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00" w:rsidRDefault="007D1603" w:rsidP="004B3E00">
      <w:pPr>
        <w:jc w:val="center"/>
        <w:rPr>
          <w:b/>
          <w:sz w:val="28"/>
          <w:szCs w:val="28"/>
        </w:rPr>
      </w:pPr>
      <w:r>
        <w:rPr>
          <w:noProof/>
          <w:color w:val="000000"/>
        </w:rPr>
        <w:drawing>
          <wp:inline distT="0" distB="0" distL="0" distR="0">
            <wp:extent cx="523875" cy="800100"/>
            <wp:effectExtent l="0" t="0" r="9525" b="0"/>
            <wp:docPr id="1" name="Рисунок 1" descr="Чупа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упа_ч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E00" w:rsidRDefault="004F3B56" w:rsidP="004B3E00">
      <w:pPr>
        <w:rPr>
          <w:b/>
          <w:sz w:val="28"/>
          <w:szCs w:val="28"/>
        </w:rPr>
      </w:pPr>
    </w:p>
    <w:p w:rsidR="004B3E00" w:rsidRPr="004B3E00" w:rsidRDefault="009B3A75" w:rsidP="004B3E00">
      <w:pPr>
        <w:jc w:val="center"/>
        <w:rPr>
          <w:sz w:val="28"/>
          <w:szCs w:val="28"/>
        </w:rPr>
      </w:pPr>
      <w:r w:rsidRPr="004B3E00">
        <w:rPr>
          <w:sz w:val="28"/>
          <w:szCs w:val="28"/>
        </w:rPr>
        <w:t>РЕСПУБЛИКА КАРЕЛИЯ</w:t>
      </w:r>
    </w:p>
    <w:p w:rsidR="004B3E00" w:rsidRPr="004B3E00" w:rsidRDefault="004F3B56" w:rsidP="004B3E00">
      <w:pPr>
        <w:jc w:val="center"/>
        <w:rPr>
          <w:b/>
          <w:sz w:val="28"/>
          <w:szCs w:val="28"/>
        </w:rPr>
      </w:pPr>
    </w:p>
    <w:p w:rsidR="004B3E00" w:rsidRPr="004B3E00" w:rsidRDefault="009B3A75" w:rsidP="004B3E00">
      <w:pPr>
        <w:jc w:val="center"/>
        <w:rPr>
          <w:sz w:val="28"/>
          <w:szCs w:val="28"/>
        </w:rPr>
      </w:pPr>
      <w:r w:rsidRPr="004B3E00">
        <w:rPr>
          <w:sz w:val="28"/>
          <w:szCs w:val="28"/>
        </w:rPr>
        <w:t>Администрация Чупинского городского поселения</w:t>
      </w:r>
    </w:p>
    <w:p w:rsidR="004B3E00" w:rsidRPr="004B3E00" w:rsidRDefault="004F3B56" w:rsidP="004B3E00">
      <w:pPr>
        <w:jc w:val="center"/>
        <w:rPr>
          <w:sz w:val="28"/>
          <w:szCs w:val="28"/>
        </w:rPr>
      </w:pPr>
    </w:p>
    <w:p w:rsidR="004B3E00" w:rsidRPr="004B3E00" w:rsidRDefault="009B3A75" w:rsidP="004B3E00">
      <w:pPr>
        <w:jc w:val="center"/>
        <w:rPr>
          <w:sz w:val="28"/>
          <w:szCs w:val="28"/>
        </w:rPr>
      </w:pPr>
      <w:r w:rsidRPr="004B3E00">
        <w:rPr>
          <w:b/>
          <w:sz w:val="28"/>
          <w:szCs w:val="28"/>
        </w:rPr>
        <w:t xml:space="preserve"> </w:t>
      </w:r>
      <w:r w:rsidR="00E85816">
        <w:rPr>
          <w:sz w:val="28"/>
          <w:szCs w:val="28"/>
        </w:rPr>
        <w:t>ПОСТАНОВЛЕНИЕ №121</w:t>
      </w:r>
      <w:r w:rsidRPr="004B3E00">
        <w:rPr>
          <w:sz w:val="28"/>
          <w:szCs w:val="28"/>
        </w:rPr>
        <w:t xml:space="preserve"> </w:t>
      </w:r>
    </w:p>
    <w:p w:rsidR="004B3E00" w:rsidRPr="004B3E00" w:rsidRDefault="004F3B56" w:rsidP="00DD70B6">
      <w:pPr>
        <w:rPr>
          <w:b/>
          <w:sz w:val="28"/>
          <w:szCs w:val="28"/>
        </w:rPr>
      </w:pPr>
    </w:p>
    <w:p w:rsidR="004B3E00" w:rsidRPr="004B3E00" w:rsidRDefault="009B3A75" w:rsidP="004B3E00">
      <w:r>
        <w:t xml:space="preserve">     </w:t>
      </w:r>
      <w:r w:rsidRPr="004B3E00">
        <w:t xml:space="preserve">пгт.Чупа                                                                                         </w:t>
      </w:r>
      <w:r>
        <w:t xml:space="preserve">            </w:t>
      </w:r>
      <w:r w:rsidR="00E85816">
        <w:t>28</w:t>
      </w:r>
      <w:r w:rsidRPr="004B3E00">
        <w:t xml:space="preserve"> сентября 2026 года</w:t>
      </w:r>
    </w:p>
    <w:p w:rsidR="004B3E00" w:rsidRPr="004B3E00" w:rsidRDefault="009B3A75" w:rsidP="004B3E00">
      <w:r w:rsidRPr="004B3E00">
        <w:t>«Об установлении публичного сервитута»</w:t>
      </w:r>
    </w:p>
    <w:p w:rsidR="005C3870" w:rsidRPr="004B3E00" w:rsidRDefault="009B3A75" w:rsidP="004B3E00">
      <w:pPr>
        <w:spacing w:after="120"/>
        <w:jc w:val="both"/>
      </w:pPr>
      <w:r w:rsidRPr="004B3E00">
        <w:t xml:space="preserve">В соответствии с главой </w:t>
      </w:r>
      <w:r>
        <w:t>V</w:t>
      </w:r>
      <w:r w:rsidRPr="004B3E00">
        <w:t>.7 Земельного кодекса Российской Федерации, рассмотрев ходатайство публичного акционерного общества «</w:t>
      </w:r>
      <w:proofErr w:type="spellStart"/>
      <w:r w:rsidRPr="004B3E00">
        <w:t>Россети</w:t>
      </w:r>
      <w:proofErr w:type="spellEnd"/>
      <w:r w:rsidRPr="004B3E00">
        <w:t xml:space="preserve"> Северо-Запад» от 26.08.2026 г. (</w:t>
      </w:r>
      <w:proofErr w:type="spellStart"/>
      <w:r w:rsidRPr="004B3E00">
        <w:t>вх</w:t>
      </w:r>
      <w:proofErr w:type="spellEnd"/>
      <w:r w:rsidRPr="004B3E00">
        <w:t>. № 02-04-801 от 03.09.2026 г.), основной государственный регистрационный номер 1047855175785, ИНН/КПП 7802312751/997650001, юридический адрес: 196247, г. Санкт-Петербург, площадь Конституции, д. 3, литер</w:t>
      </w:r>
      <w:proofErr w:type="gramStart"/>
      <w:r w:rsidRPr="004B3E00">
        <w:t xml:space="preserve"> А</w:t>
      </w:r>
      <w:proofErr w:type="gramEnd"/>
      <w:r w:rsidRPr="004B3E00">
        <w:t>, помещение 16Н,</w:t>
      </w:r>
    </w:p>
    <w:p w:rsidR="005C3870" w:rsidRDefault="009B3A75" w:rsidP="004B3E00">
      <w:pPr>
        <w:spacing w:before="120" w:after="0"/>
        <w:jc w:val="center"/>
      </w:pPr>
      <w:r w:rsidRPr="004B3E00">
        <w:t>Администрация Чупинского городского поселения</w:t>
      </w:r>
    </w:p>
    <w:p w:rsidR="004B3E00" w:rsidRPr="004B3E00" w:rsidRDefault="004F3B56" w:rsidP="004B3E00">
      <w:pPr>
        <w:spacing w:before="120" w:after="0"/>
        <w:jc w:val="center"/>
      </w:pPr>
    </w:p>
    <w:p w:rsidR="005C3870" w:rsidRPr="004B3E00" w:rsidRDefault="009B3A75" w:rsidP="004B3E00">
      <w:pPr>
        <w:spacing w:after="120"/>
        <w:jc w:val="center"/>
      </w:pPr>
      <w:r w:rsidRPr="004B3E00">
        <w:t>ПОСТАНОВЛЯЕТ:</w:t>
      </w:r>
    </w:p>
    <w:p w:rsidR="005C3870" w:rsidRPr="004B3E00" w:rsidRDefault="009B3A75" w:rsidP="004B3E00">
      <w:pPr>
        <w:spacing w:after="0"/>
        <w:jc w:val="both"/>
      </w:pPr>
      <w:r w:rsidRPr="004B3E00">
        <w:t>1. Установить публичный сервитут в интересах публичного акционерного общества «</w:t>
      </w:r>
      <w:proofErr w:type="spellStart"/>
      <w:r w:rsidRPr="004B3E00">
        <w:t>Россети</w:t>
      </w:r>
      <w:proofErr w:type="spellEnd"/>
      <w:r w:rsidRPr="004B3E00">
        <w:t xml:space="preserve"> Северо-Запад» в целях строительства и эксплуатации объекта электросетевого хозяйства «Строительство ВЛ-0,4 </w:t>
      </w:r>
      <w:proofErr w:type="spellStart"/>
      <w:r w:rsidRPr="004B3E00">
        <w:t>кВ</w:t>
      </w:r>
      <w:proofErr w:type="spellEnd"/>
      <w:r w:rsidRPr="004B3E00">
        <w:t xml:space="preserve"> с устройством линейного ответвления от ВЛ-0,4 </w:t>
      </w:r>
      <w:proofErr w:type="spellStart"/>
      <w:r w:rsidRPr="004B3E00">
        <w:t>кВ</w:t>
      </w:r>
      <w:proofErr w:type="spellEnd"/>
      <w:r w:rsidRPr="004B3E00">
        <w:t xml:space="preserve"> ТП-1136 Л-3 «Морская», Республика Карелия, Лоухский район, </w:t>
      </w:r>
      <w:proofErr w:type="spellStart"/>
      <w:r w:rsidRPr="004B3E00">
        <w:t>пгт</w:t>
      </w:r>
      <w:proofErr w:type="spellEnd"/>
      <w:r w:rsidRPr="004B3E00">
        <w:t xml:space="preserve">. Чупа (договор на технологическое присоединение малоэтажной жилой застройки </w:t>
      </w:r>
      <w:proofErr w:type="spellStart"/>
      <w:r w:rsidRPr="004B3E00">
        <w:t>Новоявчева</w:t>
      </w:r>
      <w:proofErr w:type="spellEnd"/>
      <w:r w:rsidRPr="004B3E00">
        <w:t xml:space="preserve"> О. Е. № КАР-00800-Э-К/25 от 08.04.2025)» в отношении земель и земельных участков: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5C3870">
        <w:trPr>
          <w:jc w:val="center"/>
        </w:trPr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proofErr w:type="spellStart"/>
            <w:r>
              <w:rPr>
                <w:b/>
                <w:sz w:val="20"/>
                <w:lang w:val="en-US" w:eastAsia="en-US"/>
              </w:rPr>
              <w:t>Кадастровый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номер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земельного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участка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proofErr w:type="spellStart"/>
            <w:r>
              <w:rPr>
                <w:b/>
                <w:sz w:val="20"/>
                <w:lang w:val="en-US" w:eastAsia="en-US"/>
              </w:rPr>
              <w:t>Местоположение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земельного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участка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proofErr w:type="spellStart"/>
            <w:r>
              <w:rPr>
                <w:b/>
                <w:sz w:val="20"/>
                <w:lang w:val="en-US" w:eastAsia="en-US"/>
              </w:rPr>
              <w:t>Площадь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публичного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сервитута</w:t>
            </w:r>
            <w:proofErr w:type="spellEnd"/>
          </w:p>
        </w:tc>
      </w:tr>
      <w:tr w:rsidR="005C3870">
        <w:trPr>
          <w:jc w:val="center"/>
        </w:trPr>
        <w:tc>
          <w:tcPr>
            <w:tcW w:w="3230" w:type="dxa"/>
          </w:tcPr>
          <w:p w:rsidR="005C3870" w:rsidRPr="004B3E00" w:rsidRDefault="009B3A75">
            <w:pPr>
              <w:spacing w:after="0"/>
              <w:rPr>
                <w:lang w:eastAsia="en-US"/>
              </w:rPr>
            </w:pPr>
            <w:r w:rsidRPr="004B3E00">
              <w:rPr>
                <w:sz w:val="20"/>
                <w:lang w:eastAsia="en-US"/>
              </w:rPr>
              <w:t>10:18:0050109</w:t>
            </w:r>
            <w:r w:rsidRPr="004B3E00">
              <w:rPr>
                <w:sz w:val="20"/>
                <w:lang w:eastAsia="en-US"/>
              </w:rPr>
              <w:br/>
              <w:t xml:space="preserve">(земли, </w:t>
            </w:r>
            <w:proofErr w:type="gramStart"/>
            <w:r w:rsidRPr="004B3E00">
              <w:rPr>
                <w:sz w:val="20"/>
                <w:lang w:eastAsia="en-US"/>
              </w:rPr>
              <w:t>гос. собственность</w:t>
            </w:r>
            <w:proofErr w:type="gramEnd"/>
            <w:r w:rsidRPr="004B3E00">
              <w:rPr>
                <w:sz w:val="20"/>
                <w:lang w:eastAsia="en-US"/>
              </w:rPr>
              <w:t xml:space="preserve"> на которые не разграничена)</w:t>
            </w:r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 w:rsidRPr="004B3E00">
              <w:rPr>
                <w:sz w:val="20"/>
                <w:lang w:eastAsia="en-US"/>
              </w:rPr>
              <w:t xml:space="preserve">Российская Федерация, Республика Карелия, Лоухский муниципальный район, Чупинское городское поселение, </w:t>
            </w:r>
            <w:proofErr w:type="spellStart"/>
            <w:r w:rsidRPr="004B3E00">
              <w:rPr>
                <w:sz w:val="20"/>
                <w:lang w:eastAsia="en-US"/>
              </w:rPr>
              <w:t>пгт</w:t>
            </w:r>
            <w:proofErr w:type="spellEnd"/>
            <w:r w:rsidRPr="004B3E00">
              <w:rPr>
                <w:sz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Чупа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227 </w:t>
            </w:r>
            <w:proofErr w:type="spellStart"/>
            <w:r>
              <w:rPr>
                <w:sz w:val="20"/>
                <w:lang w:val="en-US" w:eastAsia="en-US"/>
              </w:rPr>
              <w:t>кв</w:t>
            </w:r>
            <w:proofErr w:type="spellEnd"/>
            <w:r>
              <w:rPr>
                <w:sz w:val="20"/>
                <w:lang w:val="en-US" w:eastAsia="en-US"/>
              </w:rPr>
              <w:t>. м</w:t>
            </w:r>
          </w:p>
        </w:tc>
      </w:tr>
      <w:tr w:rsidR="005C3870">
        <w:trPr>
          <w:jc w:val="center"/>
        </w:trPr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10:18:0000000:7770</w:t>
            </w:r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 w:rsidRPr="004B3E00">
              <w:rPr>
                <w:sz w:val="20"/>
                <w:lang w:eastAsia="en-US"/>
              </w:rPr>
              <w:t xml:space="preserve">Российская Федерация, Республика Карелия, Лоухский район, Чупинское городское поселение, </w:t>
            </w:r>
            <w:proofErr w:type="spellStart"/>
            <w:r w:rsidRPr="004B3E00">
              <w:rPr>
                <w:sz w:val="20"/>
                <w:lang w:eastAsia="en-US"/>
              </w:rPr>
              <w:t>пгт</w:t>
            </w:r>
            <w:proofErr w:type="spellEnd"/>
            <w:r w:rsidRPr="004B3E00">
              <w:rPr>
                <w:sz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Чупа</w:t>
            </w:r>
            <w:proofErr w:type="spellEnd"/>
            <w:r>
              <w:rPr>
                <w:sz w:val="20"/>
                <w:lang w:val="en-US" w:eastAsia="en-US"/>
              </w:rPr>
              <w:t xml:space="preserve">, </w:t>
            </w:r>
            <w:proofErr w:type="spellStart"/>
            <w:r>
              <w:rPr>
                <w:sz w:val="20"/>
                <w:lang w:val="en-US" w:eastAsia="en-US"/>
              </w:rPr>
              <w:t>ул</w:t>
            </w:r>
            <w:proofErr w:type="spellEnd"/>
            <w:r>
              <w:rPr>
                <w:sz w:val="20"/>
                <w:lang w:val="en-US"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Заречная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251 </w:t>
            </w:r>
            <w:proofErr w:type="spellStart"/>
            <w:r>
              <w:rPr>
                <w:sz w:val="20"/>
                <w:lang w:val="en-US" w:eastAsia="en-US"/>
              </w:rPr>
              <w:t>кв</w:t>
            </w:r>
            <w:proofErr w:type="spellEnd"/>
            <w:r>
              <w:rPr>
                <w:sz w:val="20"/>
                <w:lang w:val="en-US" w:eastAsia="en-US"/>
              </w:rPr>
              <w:t>. м</w:t>
            </w:r>
          </w:p>
        </w:tc>
      </w:tr>
      <w:tr w:rsidR="005C3870">
        <w:trPr>
          <w:jc w:val="center"/>
        </w:trPr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10:18:0050110:16</w:t>
            </w:r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 w:rsidRPr="004B3E00">
              <w:rPr>
                <w:sz w:val="20"/>
                <w:lang w:eastAsia="en-US"/>
              </w:rPr>
              <w:t xml:space="preserve">Российская Федерация, Республика Карелия, Лоухский муниципальный район, Чупинское городское поселение, </w:t>
            </w:r>
            <w:proofErr w:type="spellStart"/>
            <w:r w:rsidRPr="004B3E00">
              <w:rPr>
                <w:sz w:val="20"/>
                <w:lang w:eastAsia="en-US"/>
              </w:rPr>
              <w:t>пгт</w:t>
            </w:r>
            <w:proofErr w:type="spellEnd"/>
            <w:r w:rsidRPr="004B3E00">
              <w:rPr>
                <w:sz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Чупа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25 </w:t>
            </w:r>
            <w:proofErr w:type="spellStart"/>
            <w:r>
              <w:rPr>
                <w:sz w:val="20"/>
                <w:lang w:val="en-US" w:eastAsia="en-US"/>
              </w:rPr>
              <w:t>кв</w:t>
            </w:r>
            <w:proofErr w:type="spellEnd"/>
            <w:r>
              <w:rPr>
                <w:sz w:val="20"/>
                <w:lang w:val="en-US" w:eastAsia="en-US"/>
              </w:rPr>
              <w:t>. м</w:t>
            </w:r>
          </w:p>
        </w:tc>
      </w:tr>
      <w:tr w:rsidR="005C3870">
        <w:trPr>
          <w:jc w:val="center"/>
        </w:trPr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lastRenderedPageBreak/>
              <w:t>10:18:0050109:282</w:t>
            </w:r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 w:rsidRPr="004B3E00">
              <w:rPr>
                <w:sz w:val="20"/>
                <w:lang w:eastAsia="en-US"/>
              </w:rPr>
              <w:t xml:space="preserve">Российская Федерация, Республика Карелия, Лоухский муниципальный район, Чупинское городское поселение, </w:t>
            </w:r>
            <w:proofErr w:type="spellStart"/>
            <w:r w:rsidRPr="004B3E00">
              <w:rPr>
                <w:sz w:val="20"/>
                <w:lang w:eastAsia="en-US"/>
              </w:rPr>
              <w:t>пгт</w:t>
            </w:r>
            <w:proofErr w:type="spellEnd"/>
            <w:r w:rsidRPr="004B3E00">
              <w:rPr>
                <w:sz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Чупа</w:t>
            </w:r>
            <w:proofErr w:type="spellEnd"/>
            <w:r>
              <w:rPr>
                <w:sz w:val="20"/>
                <w:lang w:val="en-US" w:eastAsia="en-US"/>
              </w:rPr>
              <w:t xml:space="preserve">, </w:t>
            </w:r>
            <w:proofErr w:type="spellStart"/>
            <w:r>
              <w:rPr>
                <w:sz w:val="20"/>
                <w:lang w:val="en-US" w:eastAsia="en-US"/>
              </w:rPr>
              <w:t>ул</w:t>
            </w:r>
            <w:proofErr w:type="spellEnd"/>
            <w:r>
              <w:rPr>
                <w:sz w:val="20"/>
                <w:lang w:val="en-US"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Заречная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 </w:t>
            </w:r>
            <w:proofErr w:type="spellStart"/>
            <w:r>
              <w:rPr>
                <w:sz w:val="20"/>
                <w:lang w:val="en-US" w:eastAsia="en-US"/>
              </w:rPr>
              <w:t>кв</w:t>
            </w:r>
            <w:proofErr w:type="spellEnd"/>
            <w:r>
              <w:rPr>
                <w:sz w:val="20"/>
                <w:lang w:val="en-US" w:eastAsia="en-US"/>
              </w:rPr>
              <w:t>. м</w:t>
            </w:r>
          </w:p>
        </w:tc>
      </w:tr>
      <w:tr w:rsidR="005C3870">
        <w:trPr>
          <w:jc w:val="center"/>
        </w:trPr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10:18:0050110:15</w:t>
            </w:r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 w:rsidRPr="004B3E00">
              <w:rPr>
                <w:sz w:val="20"/>
                <w:lang w:eastAsia="en-US"/>
              </w:rPr>
              <w:t xml:space="preserve">Российская Федерация, Республика Карелия, Лоухский муниципальный район, Чупинское городское поселение, </w:t>
            </w:r>
            <w:proofErr w:type="spellStart"/>
            <w:r w:rsidRPr="004B3E00">
              <w:rPr>
                <w:sz w:val="20"/>
                <w:lang w:eastAsia="en-US"/>
              </w:rPr>
              <w:t>пгт</w:t>
            </w:r>
            <w:proofErr w:type="spellEnd"/>
            <w:r w:rsidRPr="004B3E00">
              <w:rPr>
                <w:sz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Чупа</w:t>
            </w:r>
            <w:proofErr w:type="spellEnd"/>
            <w:r>
              <w:rPr>
                <w:sz w:val="20"/>
                <w:lang w:val="en-US" w:eastAsia="en-US"/>
              </w:rPr>
              <w:t xml:space="preserve">, </w:t>
            </w:r>
            <w:proofErr w:type="spellStart"/>
            <w:r>
              <w:rPr>
                <w:sz w:val="20"/>
                <w:lang w:val="en-US" w:eastAsia="en-US"/>
              </w:rPr>
              <w:t>ул</w:t>
            </w:r>
            <w:proofErr w:type="spellEnd"/>
            <w:r>
              <w:rPr>
                <w:sz w:val="20"/>
                <w:lang w:val="en-US" w:eastAsia="en-US"/>
              </w:rPr>
              <w:t xml:space="preserve">. </w:t>
            </w:r>
            <w:proofErr w:type="spellStart"/>
            <w:r>
              <w:rPr>
                <w:sz w:val="20"/>
                <w:lang w:val="en-US" w:eastAsia="en-US"/>
              </w:rPr>
              <w:t>Заречная</w:t>
            </w:r>
            <w:proofErr w:type="spellEnd"/>
          </w:p>
        </w:tc>
        <w:tc>
          <w:tcPr>
            <w:tcW w:w="3230" w:type="dxa"/>
          </w:tcPr>
          <w:p w:rsidR="005C3870" w:rsidRDefault="009B3A75">
            <w:pPr>
              <w:spacing w:after="0"/>
              <w:rPr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27 </w:t>
            </w:r>
            <w:proofErr w:type="spellStart"/>
            <w:r>
              <w:rPr>
                <w:sz w:val="20"/>
                <w:lang w:val="en-US" w:eastAsia="en-US"/>
              </w:rPr>
              <w:t>кв</w:t>
            </w:r>
            <w:proofErr w:type="spellEnd"/>
            <w:r>
              <w:rPr>
                <w:sz w:val="20"/>
                <w:lang w:val="en-US" w:eastAsia="en-US"/>
              </w:rPr>
              <w:t>. м</w:t>
            </w:r>
          </w:p>
        </w:tc>
      </w:tr>
    </w:tbl>
    <w:p w:rsidR="005C3870" w:rsidRPr="004B3E00" w:rsidRDefault="009B3A75" w:rsidP="004B3E00">
      <w:pPr>
        <w:spacing w:before="120" w:after="120"/>
        <w:jc w:val="both"/>
      </w:pPr>
      <w:r w:rsidRPr="004B3E00">
        <w:t>Общая площадь публичного сервитута: 532 кв. м.</w:t>
      </w:r>
    </w:p>
    <w:p w:rsidR="005C3870" w:rsidRPr="004B3E00" w:rsidRDefault="009B3A75" w:rsidP="004B3E00">
      <w:pPr>
        <w:spacing w:after="120"/>
        <w:jc w:val="both"/>
      </w:pPr>
      <w:r w:rsidRPr="004B3E00">
        <w:t>2. Утвердить границы публичного сервитута согласно схеме расположения границ публичного сервитута, являющейся неотъемлемой частью настоящего постановления.</w:t>
      </w:r>
    </w:p>
    <w:p w:rsidR="005C3870" w:rsidRPr="004B3E00" w:rsidRDefault="009B3A75" w:rsidP="004B3E00">
      <w:pPr>
        <w:spacing w:after="120"/>
        <w:jc w:val="both"/>
      </w:pPr>
      <w:r w:rsidRPr="004B3E00">
        <w:t>3. Установить срок действия публичного сервитута: 10 (десять) лет со дня внесения сведений о нем в Единый государственный реестр недвижимости.</w:t>
      </w:r>
    </w:p>
    <w:p w:rsidR="005C3870" w:rsidRPr="004B3E00" w:rsidRDefault="009B3A75" w:rsidP="004B3E00">
      <w:pPr>
        <w:spacing w:after="120"/>
        <w:jc w:val="both"/>
      </w:pPr>
      <w:r w:rsidRPr="004B3E00">
        <w:t>4. Определить, что график проведения работ при осуществлении деятельности, для обеспечения которой устанавливается публичный сервитут в отношении земельных участков, находящихся в государственной или муниципальной собственности и не предоставленных гражданам или юридическим лицам, устанавливается публичным акционерным обществом «</w:t>
      </w:r>
      <w:proofErr w:type="spellStart"/>
      <w:r w:rsidRPr="004B3E00">
        <w:t>Россети</w:t>
      </w:r>
      <w:proofErr w:type="spellEnd"/>
      <w:r w:rsidRPr="004B3E00">
        <w:t xml:space="preserve"> Северо-Запад» ежегодно с 1 января по 31 декабря.</w:t>
      </w:r>
    </w:p>
    <w:p w:rsidR="005C3870" w:rsidRPr="004A2135" w:rsidRDefault="009B3A75" w:rsidP="004B3E00">
      <w:pPr>
        <w:spacing w:after="0"/>
        <w:jc w:val="both"/>
      </w:pPr>
      <w:r w:rsidRPr="004B3E00">
        <w:t>5. Утвердить график выполнения работ при строительстве и эксплуатации объекта электросетевого хозяйства</w:t>
      </w:r>
      <w:r w:rsidRPr="004A2135">
        <w:t>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5C3870" w:rsidTr="00485A88">
        <w:trPr>
          <w:jc w:val="center"/>
        </w:trPr>
        <w:tc>
          <w:tcPr>
            <w:tcW w:w="3230" w:type="dxa"/>
            <w:vAlign w:val="center"/>
          </w:tcPr>
          <w:p w:rsidR="005C3870" w:rsidRDefault="009B3A75" w:rsidP="00485A88">
            <w:pPr>
              <w:spacing w:after="0"/>
              <w:jc w:val="center"/>
              <w:rPr>
                <w:lang w:val="en-US" w:eastAsia="en-US"/>
              </w:rPr>
            </w:pPr>
            <w:proofErr w:type="spellStart"/>
            <w:r>
              <w:rPr>
                <w:b/>
                <w:sz w:val="20"/>
                <w:lang w:val="en-US" w:eastAsia="en-US"/>
              </w:rPr>
              <w:t>Виды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работ</w:t>
            </w:r>
            <w:proofErr w:type="spellEnd"/>
          </w:p>
        </w:tc>
        <w:tc>
          <w:tcPr>
            <w:tcW w:w="3230" w:type="dxa"/>
            <w:vAlign w:val="center"/>
          </w:tcPr>
          <w:p w:rsidR="005C3870" w:rsidRPr="004B3E00" w:rsidRDefault="009B3A75" w:rsidP="00485A88">
            <w:pPr>
              <w:spacing w:after="0"/>
              <w:jc w:val="center"/>
              <w:rPr>
                <w:lang w:eastAsia="en-US"/>
              </w:rPr>
            </w:pPr>
            <w:r w:rsidRPr="004B3E00">
              <w:rPr>
                <w:b/>
                <w:sz w:val="20"/>
                <w:lang w:eastAsia="en-US"/>
              </w:rPr>
              <w:t>Период выполнения</w:t>
            </w:r>
            <w:r w:rsidRPr="004B3E00">
              <w:rPr>
                <w:b/>
                <w:sz w:val="20"/>
                <w:lang w:eastAsia="en-US"/>
              </w:rPr>
              <w:br/>
              <w:t>(строительно-монтажные работы)</w:t>
            </w:r>
          </w:p>
        </w:tc>
        <w:tc>
          <w:tcPr>
            <w:tcW w:w="3230" w:type="dxa"/>
            <w:vAlign w:val="center"/>
          </w:tcPr>
          <w:p w:rsidR="005C3870" w:rsidRDefault="009B3A75" w:rsidP="00485A88">
            <w:pPr>
              <w:spacing w:after="0"/>
              <w:jc w:val="center"/>
              <w:rPr>
                <w:lang w:val="en-US" w:eastAsia="en-US"/>
              </w:rPr>
            </w:pPr>
            <w:proofErr w:type="spellStart"/>
            <w:r>
              <w:rPr>
                <w:b/>
                <w:sz w:val="20"/>
                <w:lang w:val="en-US" w:eastAsia="en-US"/>
              </w:rPr>
              <w:t>Период</w:t>
            </w:r>
            <w:proofErr w:type="spellEnd"/>
            <w:r>
              <w:rPr>
                <w:b/>
                <w:sz w:val="2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en-US"/>
              </w:rPr>
              <w:t>выполнения</w:t>
            </w:r>
            <w:proofErr w:type="spellEnd"/>
            <w:r>
              <w:rPr>
                <w:b/>
                <w:sz w:val="20"/>
                <w:lang w:val="en-US" w:eastAsia="en-US"/>
              </w:rPr>
              <w:br/>
              <w:t>(</w:t>
            </w:r>
            <w:proofErr w:type="spellStart"/>
            <w:r>
              <w:rPr>
                <w:b/>
                <w:sz w:val="20"/>
                <w:lang w:val="en-US" w:eastAsia="en-US"/>
              </w:rPr>
              <w:t>эксплуатация</w:t>
            </w:r>
            <w:proofErr w:type="spellEnd"/>
            <w:r>
              <w:rPr>
                <w:b/>
                <w:sz w:val="20"/>
                <w:lang w:val="en-US" w:eastAsia="en-US"/>
              </w:rPr>
              <w:t>)</w:t>
            </w:r>
          </w:p>
        </w:tc>
      </w:tr>
      <w:tr w:rsidR="005C3870" w:rsidRPr="004B3E00">
        <w:trPr>
          <w:jc w:val="center"/>
        </w:trPr>
        <w:tc>
          <w:tcPr>
            <w:tcW w:w="3230" w:type="dxa"/>
          </w:tcPr>
          <w:p w:rsidR="005C3870" w:rsidRPr="004B3E00" w:rsidRDefault="009B3A75">
            <w:pPr>
              <w:spacing w:after="0"/>
              <w:rPr>
                <w:lang w:eastAsia="en-US"/>
              </w:rPr>
            </w:pPr>
            <w:r w:rsidRPr="004B3E00">
              <w:rPr>
                <w:sz w:val="20"/>
                <w:lang w:eastAsia="en-US"/>
              </w:rPr>
              <w:t xml:space="preserve">Строительно-монтажные работы по объекту «Строительство ВЛ-0,4 </w:t>
            </w:r>
            <w:proofErr w:type="spellStart"/>
            <w:r w:rsidRPr="004B3E00">
              <w:rPr>
                <w:sz w:val="20"/>
                <w:lang w:eastAsia="en-US"/>
              </w:rPr>
              <w:t>кВ</w:t>
            </w:r>
            <w:proofErr w:type="spellEnd"/>
            <w:r w:rsidRPr="004B3E00">
              <w:rPr>
                <w:sz w:val="20"/>
                <w:lang w:eastAsia="en-US"/>
              </w:rPr>
              <w:t xml:space="preserve"> с устройством линейного ответвления от ВЛ-0,4 </w:t>
            </w:r>
            <w:proofErr w:type="spellStart"/>
            <w:r w:rsidRPr="004B3E00">
              <w:rPr>
                <w:sz w:val="20"/>
                <w:lang w:eastAsia="en-US"/>
              </w:rPr>
              <w:t>кВ</w:t>
            </w:r>
            <w:proofErr w:type="spellEnd"/>
            <w:r w:rsidRPr="004B3E00">
              <w:rPr>
                <w:sz w:val="20"/>
                <w:lang w:eastAsia="en-US"/>
              </w:rPr>
              <w:t xml:space="preserve"> ТП-1136 Л-3 «Морская»»</w:t>
            </w:r>
          </w:p>
        </w:tc>
        <w:tc>
          <w:tcPr>
            <w:tcW w:w="3230" w:type="dxa"/>
          </w:tcPr>
          <w:p w:rsidR="005C3870" w:rsidRPr="004B3E00" w:rsidRDefault="009B3A75">
            <w:pPr>
              <w:spacing w:after="0"/>
              <w:rPr>
                <w:lang w:eastAsia="en-US"/>
              </w:rPr>
            </w:pPr>
            <w:r w:rsidRPr="004B3E00">
              <w:rPr>
                <w:sz w:val="20"/>
                <w:lang w:eastAsia="en-US"/>
              </w:rPr>
              <w:t>Октябрь 2026 г. — декабрь 2026 г.</w:t>
            </w:r>
            <w:r w:rsidRPr="004B3E00">
              <w:rPr>
                <w:sz w:val="20"/>
                <w:lang w:eastAsia="en-US"/>
              </w:rPr>
              <w:br/>
              <w:t>(3 месяца)</w:t>
            </w:r>
          </w:p>
        </w:tc>
        <w:tc>
          <w:tcPr>
            <w:tcW w:w="3230" w:type="dxa"/>
          </w:tcPr>
          <w:p w:rsidR="005C3870" w:rsidRPr="004B3E00" w:rsidRDefault="004F3B56">
            <w:pPr>
              <w:spacing w:after="0"/>
              <w:rPr>
                <w:lang w:eastAsia="en-US"/>
              </w:rPr>
            </w:pPr>
          </w:p>
        </w:tc>
      </w:tr>
      <w:tr w:rsidR="005C3870" w:rsidRPr="004B3E00">
        <w:trPr>
          <w:jc w:val="center"/>
        </w:trPr>
        <w:tc>
          <w:tcPr>
            <w:tcW w:w="3230" w:type="dxa"/>
          </w:tcPr>
          <w:p w:rsidR="005C3870" w:rsidRPr="004B3E00" w:rsidRDefault="009B3A75">
            <w:pPr>
              <w:spacing w:after="0"/>
              <w:rPr>
                <w:lang w:eastAsia="en-US"/>
              </w:rPr>
            </w:pPr>
            <w:r w:rsidRPr="004B3E00">
              <w:rPr>
                <w:sz w:val="20"/>
                <w:lang w:eastAsia="en-US"/>
              </w:rPr>
              <w:t xml:space="preserve">Эксплуатация объекта «Строительство ВЛ-0,4 </w:t>
            </w:r>
            <w:proofErr w:type="spellStart"/>
            <w:r w:rsidRPr="004B3E00">
              <w:rPr>
                <w:sz w:val="20"/>
                <w:lang w:eastAsia="en-US"/>
              </w:rPr>
              <w:t>кВ</w:t>
            </w:r>
            <w:proofErr w:type="spellEnd"/>
            <w:r w:rsidRPr="004B3E00">
              <w:rPr>
                <w:sz w:val="20"/>
                <w:lang w:eastAsia="en-US"/>
              </w:rPr>
              <w:t xml:space="preserve"> с устройством линейного ответвления от ВЛ-0,4 </w:t>
            </w:r>
            <w:proofErr w:type="spellStart"/>
            <w:r w:rsidRPr="004B3E00">
              <w:rPr>
                <w:sz w:val="20"/>
                <w:lang w:eastAsia="en-US"/>
              </w:rPr>
              <w:t>кВ</w:t>
            </w:r>
            <w:proofErr w:type="spellEnd"/>
            <w:r w:rsidRPr="004B3E00">
              <w:rPr>
                <w:sz w:val="20"/>
                <w:lang w:eastAsia="en-US"/>
              </w:rPr>
              <w:t xml:space="preserve"> ТП-1136 Л-3 «Морская»»</w:t>
            </w:r>
          </w:p>
        </w:tc>
        <w:tc>
          <w:tcPr>
            <w:tcW w:w="3230" w:type="dxa"/>
          </w:tcPr>
          <w:p w:rsidR="005C3870" w:rsidRPr="004B3E00" w:rsidRDefault="004F3B56">
            <w:pPr>
              <w:spacing w:after="0"/>
              <w:rPr>
                <w:lang w:eastAsia="en-US"/>
              </w:rPr>
            </w:pPr>
          </w:p>
        </w:tc>
        <w:tc>
          <w:tcPr>
            <w:tcW w:w="3230" w:type="dxa"/>
          </w:tcPr>
          <w:p w:rsidR="005C3870" w:rsidRPr="004B3E00" w:rsidRDefault="009B3A75">
            <w:pPr>
              <w:spacing w:after="0"/>
              <w:rPr>
                <w:lang w:eastAsia="en-US"/>
              </w:rPr>
            </w:pPr>
            <w:r w:rsidRPr="004B3E00">
              <w:rPr>
                <w:sz w:val="20"/>
                <w:lang w:eastAsia="en-US"/>
              </w:rPr>
              <w:t>Январь 2027 г. — сентябрь 2036 г.</w:t>
            </w:r>
            <w:r w:rsidRPr="004B3E00">
              <w:rPr>
                <w:sz w:val="20"/>
                <w:lang w:eastAsia="en-US"/>
              </w:rPr>
              <w:br/>
              <w:t>(9 лет 9 месяцев)</w:t>
            </w:r>
          </w:p>
        </w:tc>
      </w:tr>
    </w:tbl>
    <w:p w:rsidR="005C3870" w:rsidRPr="004B3E00" w:rsidRDefault="004F3B56">
      <w:pPr>
        <w:spacing w:after="120"/>
      </w:pPr>
    </w:p>
    <w:p w:rsidR="004A2135" w:rsidRPr="004A2135" w:rsidRDefault="009B3A75" w:rsidP="004B3E00">
      <w:pPr>
        <w:spacing w:after="120"/>
        <w:jc w:val="both"/>
      </w:pPr>
      <w:r w:rsidRPr="004B3E00">
        <w:t xml:space="preserve">6. </w:t>
      </w:r>
      <w:r w:rsidRPr="00797211">
        <w:rPr>
          <w:szCs w:val="24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составляет 3 мес.</w:t>
      </w:r>
    </w:p>
    <w:p w:rsidR="004A2135" w:rsidRDefault="009B3A75" w:rsidP="004B3E00">
      <w:pPr>
        <w:spacing w:after="0"/>
        <w:jc w:val="both"/>
        <w:rPr>
          <w:color w:val="FF0000"/>
        </w:rPr>
      </w:pPr>
      <w:r w:rsidRPr="004B3E00">
        <w:t xml:space="preserve">7. В соответствии со </w:t>
      </w:r>
      <w:r w:rsidRPr="00A7318C">
        <w:t>статьёй 39.46</w:t>
      </w:r>
      <w:r w:rsidRPr="004B3E00">
        <w:t xml:space="preserve"> Земельного кодекса Российской Федерации установить следующий порядок внесения платы за публичный сервитут:</w:t>
      </w:r>
    </w:p>
    <w:p w:rsidR="004A2135" w:rsidRPr="00797211" w:rsidRDefault="009B3A75" w:rsidP="004A2135">
      <w:pPr>
        <w:ind w:firstLine="567"/>
        <w:jc w:val="both"/>
        <w:rPr>
          <w:szCs w:val="24"/>
        </w:rPr>
      </w:pPr>
      <w:r w:rsidRPr="00797211">
        <w:rPr>
          <w:szCs w:val="24"/>
        </w:rPr>
        <w:t>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4A2135" w:rsidRPr="00797211" w:rsidRDefault="009B3A75" w:rsidP="004A2135">
      <w:pPr>
        <w:ind w:firstLine="567"/>
        <w:jc w:val="both"/>
        <w:rPr>
          <w:szCs w:val="24"/>
        </w:rPr>
      </w:pPr>
      <w:r w:rsidRPr="00797211">
        <w:rPr>
          <w:szCs w:val="24"/>
        </w:rPr>
        <w:t xml:space="preserve">Плата за публичный сервитут в отношении земельных участков, находящихся в государственной или муниципальной собственности и не обремененных правами третьих </w:t>
      </w:r>
      <w:r w:rsidRPr="00797211">
        <w:rPr>
          <w:szCs w:val="24"/>
        </w:rPr>
        <w:lastRenderedPageBreak/>
        <w:t>лиц, рассчитывается в соответствии с п. 4 ст. 39.46 Земельного кодекса Российской Федерации и устанавливается в размере 0,01 процента кадастровой стоимости таких земельных участков за каждый год использования этих земельных участков и не может быть менее чем 0,1 процента кадастровой стоимости земельных участков за весь срок сервитута.</w:t>
      </w:r>
    </w:p>
    <w:p w:rsidR="004A2135" w:rsidRPr="00797211" w:rsidRDefault="009B3A75" w:rsidP="004A2135">
      <w:pPr>
        <w:ind w:firstLine="567"/>
        <w:jc w:val="both"/>
        <w:rPr>
          <w:szCs w:val="24"/>
        </w:rPr>
      </w:pPr>
      <w:r w:rsidRPr="00797211">
        <w:rPr>
          <w:szCs w:val="24"/>
        </w:rPr>
        <w:t>Плата за публичный сервитут в отношении земель, государственная собственность на которые не разграничена, рассчитывается в соответствии с п. 5 ст. 39.46 Земельного кодекса Российской Федерации и устанавливается в размере 0,01 процента среднего уровня кадастровой стоимости земельных участков по муниципальному району.</w:t>
      </w:r>
    </w:p>
    <w:p w:rsidR="004A2135" w:rsidRPr="00797211" w:rsidRDefault="009B3A75" w:rsidP="004A2135">
      <w:pPr>
        <w:ind w:firstLine="567"/>
        <w:jc w:val="both"/>
        <w:rPr>
          <w:szCs w:val="24"/>
        </w:rPr>
      </w:pPr>
      <w:r w:rsidRPr="00797211">
        <w:rPr>
          <w:szCs w:val="24"/>
        </w:rPr>
        <w:t>Плата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вносится обладателем публичного сервитута единовременным платежом не позднее шести месяцев со дня издания настоящего постановления.</w:t>
      </w:r>
    </w:p>
    <w:p w:rsidR="004A2135" w:rsidRPr="00797211" w:rsidRDefault="009B3A75" w:rsidP="004A2135">
      <w:pPr>
        <w:ind w:firstLine="567"/>
        <w:jc w:val="both"/>
        <w:rPr>
          <w:szCs w:val="24"/>
        </w:rPr>
      </w:pPr>
      <w:r w:rsidRPr="00797211">
        <w:rPr>
          <w:szCs w:val="24"/>
        </w:rPr>
        <w:t xml:space="preserve"> 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от 29.07.1998 №135-ФЗ «Об оценочной деятельности в Российской Федерации» и приказом Минэкономразвития России от 04.06.2019 №321 «Об утверждении методических рекомендаций по определению платы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лицам». Размер такой платы определяется на дату, предшествующую не более чем на тридцать дней дате направления правообладателю земельного участка соглашения об осуществлении публичного сервитута.</w:t>
      </w:r>
    </w:p>
    <w:p w:rsidR="00FB2706" w:rsidRDefault="00FB2706" w:rsidP="00FB2706">
      <w:pPr>
        <w:spacing w:after="120"/>
        <w:jc w:val="both"/>
      </w:pPr>
      <w:r>
        <w:t>8. Размер платы за публичный сервитут, установленный настоящим постановлением, рассчитывается согласно приложению №1 к настоящему постановлению. Плата за публичный сервитут вносится обладателем публичного сервитута ПАО «</w:t>
      </w:r>
      <w:proofErr w:type="spellStart"/>
      <w:r>
        <w:t>Россети</w:t>
      </w:r>
      <w:proofErr w:type="spellEnd"/>
      <w:r>
        <w:t xml:space="preserve"> Северо-Запад» по реквизитам, указанным в приложении №2 к настоящему постановлению.</w:t>
      </w:r>
    </w:p>
    <w:p w:rsidR="004A2135" w:rsidRDefault="004F3B56" w:rsidP="004B3E00">
      <w:pPr>
        <w:spacing w:after="0"/>
        <w:jc w:val="both"/>
        <w:rPr>
          <w:color w:val="FF0000"/>
        </w:rPr>
      </w:pPr>
    </w:p>
    <w:p w:rsidR="005C3870" w:rsidRPr="004B3E00" w:rsidRDefault="00233446" w:rsidP="00A7318C">
      <w:pPr>
        <w:spacing w:after="120"/>
        <w:jc w:val="both"/>
      </w:pPr>
      <w:r>
        <w:t>9</w:t>
      </w:r>
      <w:r w:rsidR="009B3A75" w:rsidRPr="004B3E00">
        <w:t>. Порядок установления зон с особыми условиями использования территорий и содержание ограничений прав на земельные участки в границах таких зон для размещения объекта электросетевого хозяйства установлен Земельным кодексом Российской Федерации от 25.10.2001 № 136-ФЗ,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5C3870" w:rsidRPr="004B3E00" w:rsidRDefault="00233446" w:rsidP="00A7318C">
      <w:pPr>
        <w:spacing w:after="120"/>
        <w:jc w:val="both"/>
      </w:pPr>
      <w:r>
        <w:t>10</w:t>
      </w:r>
      <w:r w:rsidR="009B3A75" w:rsidRPr="004B3E00">
        <w:t>. Публичному акционерному обществу «</w:t>
      </w:r>
      <w:proofErr w:type="spellStart"/>
      <w:r w:rsidR="009B3A75" w:rsidRPr="004B3E00">
        <w:t>Россети</w:t>
      </w:r>
      <w:proofErr w:type="spellEnd"/>
      <w:r w:rsidR="009B3A75" w:rsidRPr="004B3E00">
        <w:t xml:space="preserve"> Северо-Запад» привести земельные участки в состояние, пригодное для их использования в соответствии с разрешённым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объектов электросетевого хозяйства, для размещения которых был установлен публичный сервитут.</w:t>
      </w:r>
    </w:p>
    <w:p w:rsidR="005C3870" w:rsidRPr="007A07E7" w:rsidRDefault="00233446" w:rsidP="00A7318C">
      <w:pPr>
        <w:spacing w:after="120"/>
        <w:jc w:val="both"/>
      </w:pPr>
      <w:r>
        <w:t>11</w:t>
      </w:r>
      <w:r w:rsidR="009B3A75" w:rsidRPr="004B3E00">
        <w:t xml:space="preserve">. Внести сведения о публичном сервитуте в Единый государственный реестр недвижимости в установленном </w:t>
      </w:r>
      <w:r w:rsidR="009B3A75" w:rsidRPr="007A07E7">
        <w:t>законом порядке.</w:t>
      </w:r>
    </w:p>
    <w:p w:rsidR="005C3870" w:rsidRDefault="00233446" w:rsidP="00A7318C">
      <w:pPr>
        <w:spacing w:after="120"/>
        <w:jc w:val="both"/>
      </w:pPr>
      <w:r>
        <w:lastRenderedPageBreak/>
        <w:t>12</w:t>
      </w:r>
      <w:r w:rsidR="009B3A75" w:rsidRPr="004B3E00">
        <w:t>. Настоящее постановление подлежит опубликованию в официальном информационном бюллетене «Вестник Чупинского городского поселения» и на официальном сайте Чупинского городского поселения в сети Интернет.</w:t>
      </w:r>
    </w:p>
    <w:p w:rsidR="00B459AA" w:rsidRDefault="004F3B56" w:rsidP="00A7318C">
      <w:pPr>
        <w:spacing w:after="120"/>
        <w:jc w:val="both"/>
      </w:pPr>
    </w:p>
    <w:p w:rsidR="00B459AA" w:rsidRDefault="004F3B56" w:rsidP="00A7318C">
      <w:pPr>
        <w:spacing w:after="120"/>
        <w:jc w:val="both"/>
      </w:pPr>
    </w:p>
    <w:p w:rsidR="00B459AA" w:rsidRPr="004B3E00" w:rsidRDefault="009B3A75" w:rsidP="00B459AA">
      <w:pPr>
        <w:spacing w:before="240" w:after="0"/>
      </w:pPr>
      <w:r>
        <w:t xml:space="preserve">             </w:t>
      </w:r>
      <w:r w:rsidRPr="004B3E00">
        <w:t xml:space="preserve">Глава Чупинского городского поселения            </w:t>
      </w:r>
      <w:r>
        <w:t xml:space="preserve">                    Давыдов Ю.А. </w:t>
      </w:r>
    </w:p>
    <w:p w:rsidR="00B459AA" w:rsidRPr="004B3E00" w:rsidRDefault="004F3B56" w:rsidP="00A7318C">
      <w:pPr>
        <w:spacing w:after="120"/>
        <w:jc w:val="both"/>
      </w:pPr>
    </w:p>
    <w:p w:rsidR="005C3870" w:rsidRDefault="004F3B56">
      <w:pPr>
        <w:spacing w:after="240"/>
      </w:pPr>
    </w:p>
    <w:p w:rsidR="00806DB9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B459AA" w:rsidRDefault="004F3B56">
      <w:pPr>
        <w:spacing w:after="240"/>
      </w:pPr>
    </w:p>
    <w:p w:rsidR="00006A7F" w:rsidRDefault="004F3B56">
      <w:pPr>
        <w:spacing w:after="240"/>
      </w:pPr>
    </w:p>
    <w:p w:rsidR="00B459AA" w:rsidRDefault="004F3B56">
      <w:pPr>
        <w:spacing w:after="240"/>
      </w:pPr>
    </w:p>
    <w:p w:rsidR="00806DB9" w:rsidRDefault="004F3B56">
      <w:pPr>
        <w:spacing w:after="240"/>
      </w:pPr>
    </w:p>
    <w:p w:rsidR="00806DB9" w:rsidRDefault="004F3B56">
      <w:pPr>
        <w:spacing w:after="240"/>
      </w:pPr>
    </w:p>
    <w:p w:rsidR="0034632E" w:rsidRDefault="0034632E">
      <w:pPr>
        <w:spacing w:after="240"/>
      </w:pPr>
    </w:p>
    <w:p w:rsidR="0034632E" w:rsidRDefault="0034632E">
      <w:pPr>
        <w:spacing w:after="240"/>
      </w:pPr>
    </w:p>
    <w:p w:rsidR="00B459AA" w:rsidRDefault="008A5261" w:rsidP="00B459AA">
      <w:pPr>
        <w:spacing w:after="0"/>
        <w:ind w:firstLine="567"/>
        <w:jc w:val="right"/>
        <w:rPr>
          <w:sz w:val="22"/>
        </w:rPr>
      </w:pPr>
      <w:r>
        <w:rPr>
          <w:sz w:val="22"/>
        </w:rPr>
        <w:lastRenderedPageBreak/>
        <w:t>Приложение №1</w:t>
      </w:r>
      <w:r w:rsidR="009B3A75">
        <w:rPr>
          <w:sz w:val="22"/>
        </w:rPr>
        <w:t xml:space="preserve"> к Постановлению </w:t>
      </w:r>
    </w:p>
    <w:p w:rsidR="00B459AA" w:rsidRDefault="008A5261" w:rsidP="00B459AA">
      <w:pPr>
        <w:spacing w:after="0"/>
        <w:ind w:firstLine="567"/>
        <w:jc w:val="right"/>
        <w:rPr>
          <w:sz w:val="22"/>
        </w:rPr>
      </w:pPr>
      <w:r>
        <w:rPr>
          <w:sz w:val="22"/>
        </w:rPr>
        <w:t>а</w:t>
      </w:r>
      <w:r w:rsidR="009B3A75">
        <w:rPr>
          <w:sz w:val="22"/>
        </w:rPr>
        <w:t>дминистрации Чупинского городского поселения</w:t>
      </w:r>
    </w:p>
    <w:p w:rsidR="00B459AA" w:rsidRDefault="00BD3BDD" w:rsidP="00B459AA">
      <w:pPr>
        <w:spacing w:after="0"/>
        <w:ind w:firstLine="567"/>
        <w:jc w:val="right"/>
        <w:rPr>
          <w:sz w:val="22"/>
        </w:rPr>
      </w:pPr>
      <w:bookmarkStart w:id="0" w:name="_GoBack"/>
      <w:bookmarkEnd w:id="0"/>
      <w:r>
        <w:rPr>
          <w:sz w:val="22"/>
        </w:rPr>
        <w:t>от 28 сентября 2026 №121</w:t>
      </w:r>
    </w:p>
    <w:p w:rsidR="00B459AA" w:rsidRDefault="004F3B56" w:rsidP="00B459AA">
      <w:pPr>
        <w:spacing w:after="0"/>
        <w:ind w:firstLine="567"/>
        <w:jc w:val="right"/>
        <w:rPr>
          <w:sz w:val="22"/>
        </w:rPr>
      </w:pPr>
    </w:p>
    <w:p w:rsidR="00806DB9" w:rsidRPr="00806DB9" w:rsidRDefault="009B3A75" w:rsidP="00006A7F">
      <w:pPr>
        <w:ind w:firstLine="567"/>
        <w:jc w:val="center"/>
        <w:rPr>
          <w:sz w:val="22"/>
        </w:rPr>
      </w:pPr>
      <w:r w:rsidRPr="00806DB9">
        <w:rPr>
          <w:sz w:val="22"/>
        </w:rPr>
        <w:t>Расчет платы за публичный сервитут, установленный в отношении земельных участков и (или) земель, кадастровая стоимость которых не определена</w:t>
      </w:r>
    </w:p>
    <w:p w:rsidR="00806DB9" w:rsidRPr="004263FC" w:rsidRDefault="009B3A75" w:rsidP="00006A7F">
      <w:pPr>
        <w:ind w:firstLine="567"/>
        <w:jc w:val="both"/>
        <w:rPr>
          <w:sz w:val="22"/>
        </w:rPr>
      </w:pPr>
      <w:r w:rsidRPr="00806DB9">
        <w:rPr>
          <w:sz w:val="22"/>
        </w:rPr>
        <w:t xml:space="preserve">Расчет платы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обременённых правами третьих лиц, осуществляется в соответствии с Порядком, установленным ст.39.46. Земельного кодекса Российской Федерации, Приказом Федеральной службы государственной регистрации, кадастра и картографии от 04.08.2021г № </w:t>
      </w:r>
      <w:proofErr w:type="gramStart"/>
      <w:r w:rsidRPr="00806DB9">
        <w:rPr>
          <w:sz w:val="22"/>
        </w:rPr>
        <w:t>П</w:t>
      </w:r>
      <w:proofErr w:type="gramEnd"/>
      <w:r w:rsidRPr="00806DB9">
        <w:rPr>
          <w:sz w:val="22"/>
        </w:rPr>
        <w:t xml:space="preserve">/0336 «Об утверждении Методических указаний о государственной кадастровой оценке», Приказом Министерства имущественных и земельных отношений Республики Карелия от 15.11.2022г № 256/1 «Об утверждении результатов определения кадастровой стоимости всех земельных участков, расположенных на территории Республики Карелия, и средних значений удельных показателей кадастровой стоимости земельных </w:t>
      </w:r>
      <w:proofErr w:type="gramStart"/>
      <w:r w:rsidRPr="00806DB9">
        <w:rPr>
          <w:sz w:val="22"/>
        </w:rPr>
        <w:t>участков в Республике Карелия», Приказом Министерства имущественных и земельных отношений Республики Карелия от 12.12.2023г. № 81/МИЗО-П «Об утверждении среднего уровня кадастровой стоимости земельных участков категории земель населенных пунктов, земельных участков категории земель особо охраняемых территорий и объектов и категории земель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</w:t>
      </w:r>
      <w:proofErr w:type="gramEnd"/>
      <w:r w:rsidRPr="00806DB9">
        <w:rPr>
          <w:sz w:val="22"/>
        </w:rPr>
        <w:t xml:space="preserve"> специального назначения по муниципальному району/округу (городскому округу) на </w:t>
      </w:r>
      <w:r>
        <w:rPr>
          <w:sz w:val="22"/>
        </w:rPr>
        <w:t xml:space="preserve">территории Республики Карелия», </w:t>
      </w:r>
      <w:r>
        <w:rPr>
          <w:sz w:val="22"/>
          <w:shd w:val="clear" w:color="auto" w:fill="FFFFFF"/>
        </w:rPr>
        <w:t>п</w:t>
      </w:r>
      <w:r w:rsidRPr="004263FC">
        <w:rPr>
          <w:sz w:val="22"/>
          <w:shd w:val="clear" w:color="auto" w:fill="FFFFFF"/>
        </w:rPr>
        <w:t>равила землепользования и застройки Чупинского городского поселения, утвержденные Решением Совета Чупинского городского поселения от 04 декабря 2018 года №44 (в редакции Решения Совета Чупинского городского поселения №163 от 27 декабря 2021 года)</w:t>
      </w:r>
      <w:r>
        <w:rPr>
          <w:sz w:val="22"/>
          <w:shd w:val="clear" w:color="auto" w:fill="FFFFFF"/>
        </w:rPr>
        <w:t>.</w:t>
      </w:r>
    </w:p>
    <w:p w:rsidR="00806DB9" w:rsidRPr="00806DB9" w:rsidRDefault="009B3A75" w:rsidP="00806DB9">
      <w:pPr>
        <w:ind w:firstLine="567"/>
        <w:jc w:val="both"/>
        <w:rPr>
          <w:sz w:val="22"/>
        </w:rPr>
      </w:pPr>
      <w:r w:rsidRPr="00806DB9">
        <w:rPr>
          <w:sz w:val="22"/>
        </w:rPr>
        <w:t xml:space="preserve">В соответствии с п.5 ст.39.46. Земельного кодекса Российской Федерации, если в отношении земельных участков и (или) земель кадастровая стоимость не определена, размер платы за публичный сервитут рассчитывается исходя из среднего уровня кадастровой стоимости земельных участков по муниципальному району (городскому округу), муниципальному образованию в составе города федерального значения. Плата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устанавливается в размере 0,01 процента кадастровой стоимости такого земельного участка за каждый год использования этого участка.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 </w:t>
      </w:r>
    </w:p>
    <w:p w:rsidR="00806DB9" w:rsidRPr="00485A88" w:rsidRDefault="009B3A75" w:rsidP="00806DB9">
      <w:pPr>
        <w:ind w:firstLine="567"/>
        <w:jc w:val="both"/>
        <w:rPr>
          <w:sz w:val="22"/>
        </w:rPr>
      </w:pPr>
      <w:r w:rsidRPr="00485A88">
        <w:rPr>
          <w:sz w:val="22"/>
        </w:rPr>
        <w:t>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806DB9" w:rsidRPr="00485A88" w:rsidRDefault="009B3A75" w:rsidP="00806DB9">
      <w:pPr>
        <w:ind w:firstLine="567"/>
        <w:jc w:val="both"/>
        <w:rPr>
          <w:sz w:val="22"/>
        </w:rPr>
      </w:pPr>
      <w:r w:rsidRPr="00485A88">
        <w:rPr>
          <w:sz w:val="22"/>
        </w:rPr>
        <w:t xml:space="preserve">Плата за публичный сервитут в отношении земель рассчитывается по формуле: </w:t>
      </w:r>
      <w:proofErr w:type="gramStart"/>
      <w:r w:rsidRPr="00485A88">
        <w:rPr>
          <w:sz w:val="22"/>
        </w:rPr>
        <w:t>П</w:t>
      </w:r>
      <w:proofErr w:type="gramEnd"/>
      <w:r w:rsidRPr="00485A88">
        <w:rPr>
          <w:sz w:val="22"/>
        </w:rPr>
        <w:t xml:space="preserve">=СУПКС*ПЗ*0,01%, </w:t>
      </w:r>
    </w:p>
    <w:p w:rsidR="00806DB9" w:rsidRPr="00485A88" w:rsidRDefault="009B3A75" w:rsidP="00806DB9">
      <w:pPr>
        <w:ind w:firstLine="567"/>
        <w:jc w:val="both"/>
        <w:rPr>
          <w:sz w:val="22"/>
        </w:rPr>
      </w:pPr>
      <w:r w:rsidRPr="00485A88">
        <w:rPr>
          <w:sz w:val="22"/>
        </w:rPr>
        <w:t>где СУПК</w:t>
      </w:r>
      <w:proofErr w:type="gramStart"/>
      <w:r w:rsidRPr="00485A88">
        <w:rPr>
          <w:sz w:val="22"/>
        </w:rPr>
        <w:t>С-</w:t>
      </w:r>
      <w:proofErr w:type="gramEnd"/>
      <w:r w:rsidRPr="00485A88">
        <w:rPr>
          <w:sz w:val="22"/>
        </w:rPr>
        <w:t xml:space="preserve"> средневзвешенный удельный показатель кадастровой стоимости </w:t>
      </w:r>
      <w:r w:rsidRPr="008A5261">
        <w:rPr>
          <w:sz w:val="22"/>
        </w:rPr>
        <w:t>(</w:t>
      </w:r>
      <w:r w:rsidRPr="008A5261">
        <w:rPr>
          <w:shd w:val="clear" w:color="auto" w:fill="FFFFFF"/>
        </w:rPr>
        <w:t>13, СЕГМЕНТ "Садоводство и огородничество, малоэтажная жилая застройка"</w:t>
      </w:r>
      <w:r w:rsidRPr="00485A88">
        <w:rPr>
          <w:sz w:val="22"/>
        </w:rPr>
        <w:t xml:space="preserve">; </w:t>
      </w:r>
    </w:p>
    <w:p w:rsidR="00806DB9" w:rsidRPr="00485A88" w:rsidRDefault="009B3A75" w:rsidP="00806DB9">
      <w:pPr>
        <w:ind w:firstLine="567"/>
        <w:jc w:val="both"/>
        <w:rPr>
          <w:sz w:val="22"/>
        </w:rPr>
      </w:pPr>
      <w:r w:rsidRPr="00485A88">
        <w:rPr>
          <w:sz w:val="22"/>
        </w:rPr>
        <w:t xml:space="preserve">ПЗ - площадь земель. </w:t>
      </w:r>
    </w:p>
    <w:p w:rsidR="00806DB9" w:rsidRPr="00485A88" w:rsidRDefault="004F3B56" w:rsidP="00806DB9">
      <w:pPr>
        <w:ind w:firstLine="567"/>
        <w:jc w:val="both"/>
        <w:rPr>
          <w:szCs w:val="24"/>
        </w:rPr>
      </w:pPr>
    </w:p>
    <w:p w:rsidR="00910785" w:rsidRDefault="004F3B56" w:rsidP="008156E6">
      <w:pPr>
        <w:ind w:firstLine="567"/>
        <w:jc w:val="center"/>
        <w:rPr>
          <w:b/>
          <w:szCs w:val="24"/>
        </w:rPr>
      </w:pPr>
    </w:p>
    <w:p w:rsidR="00910785" w:rsidRPr="008156E6" w:rsidRDefault="009B3A75" w:rsidP="00910785">
      <w:pPr>
        <w:ind w:firstLine="567"/>
        <w:rPr>
          <w:rFonts w:eastAsia="Times New Roman"/>
          <w:b/>
          <w:szCs w:val="24"/>
        </w:rPr>
      </w:pPr>
      <w:r w:rsidRPr="008156E6">
        <w:rPr>
          <w:b/>
          <w:szCs w:val="24"/>
        </w:rPr>
        <w:t xml:space="preserve">Расчёт платы в отношении земель кадастровых квартала </w:t>
      </w:r>
      <w:r w:rsidRPr="008156E6">
        <w:rPr>
          <w:rFonts w:eastAsia="Times New Roman"/>
          <w:b/>
          <w:szCs w:val="24"/>
        </w:rPr>
        <w:t>10:18:0050109</w:t>
      </w:r>
    </w:p>
    <w:p w:rsidR="009358C5" w:rsidRPr="00485A88" w:rsidRDefault="009B3A75" w:rsidP="009358C5">
      <w:pPr>
        <w:ind w:firstLine="567"/>
        <w:jc w:val="both"/>
        <w:rPr>
          <w:szCs w:val="24"/>
        </w:rPr>
      </w:pPr>
      <w:r w:rsidRPr="00485A88">
        <w:rPr>
          <w:szCs w:val="24"/>
        </w:rPr>
        <w:lastRenderedPageBreak/>
        <w:t>СУПКС = 160,046 руб.- средневзвешенный удельный показатель кадастровой стоимости (</w:t>
      </w:r>
      <w:r w:rsidRPr="00485A88">
        <w:rPr>
          <w:color w:val="444444"/>
          <w:szCs w:val="24"/>
          <w:shd w:val="clear" w:color="auto" w:fill="FFFFFF"/>
        </w:rPr>
        <w:t>13, СЕГМЕНТ "Садоводство и огородничество, малоэтажная жилая застройка")</w:t>
      </w:r>
      <w:r w:rsidRPr="00485A88">
        <w:rPr>
          <w:szCs w:val="24"/>
        </w:rPr>
        <w:t xml:space="preserve">; </w:t>
      </w:r>
    </w:p>
    <w:p w:rsidR="009358C5" w:rsidRPr="00485A88" w:rsidRDefault="004F3B56" w:rsidP="00806DB9">
      <w:pPr>
        <w:ind w:firstLine="567"/>
        <w:jc w:val="both"/>
        <w:rPr>
          <w:szCs w:val="24"/>
        </w:rPr>
      </w:pPr>
    </w:p>
    <w:p w:rsidR="00806DB9" w:rsidRPr="000A2C0E" w:rsidRDefault="009B3A75" w:rsidP="007456AC">
      <w:pPr>
        <w:spacing w:line="276" w:lineRule="auto"/>
        <w:jc w:val="both"/>
        <w:rPr>
          <w:b/>
        </w:rPr>
      </w:pPr>
      <w:r>
        <w:t>П</w:t>
      </w:r>
      <w:r w:rsidRPr="00910785">
        <w:t xml:space="preserve">лощадь 227 </w:t>
      </w:r>
      <w:proofErr w:type="spellStart"/>
      <w:r w:rsidRPr="00910785">
        <w:t>кв.м</w:t>
      </w:r>
      <w:proofErr w:type="spellEnd"/>
      <w:r w:rsidRPr="00910785">
        <w:t xml:space="preserve">., кадастровый квартал </w:t>
      </w:r>
      <w:r w:rsidRPr="00910785">
        <w:rPr>
          <w:rFonts w:eastAsia="Times New Roman"/>
          <w:szCs w:val="24"/>
        </w:rPr>
        <w:t>10:18:0050109</w:t>
      </w:r>
      <w:r w:rsidRPr="00910785">
        <w:t xml:space="preserve">, средневзвешенный УПКС </w:t>
      </w:r>
      <w:proofErr w:type="gramStart"/>
      <w:r w:rsidRPr="00910785">
        <w:t>П</w:t>
      </w:r>
      <w:proofErr w:type="gramEnd"/>
      <w:r w:rsidRPr="00910785">
        <w:t>=</w:t>
      </w:r>
      <w:r w:rsidRPr="00910785">
        <w:rPr>
          <w:color w:val="444444"/>
          <w:shd w:val="clear" w:color="auto" w:fill="FFFFFF"/>
        </w:rPr>
        <w:t>160,06</w:t>
      </w:r>
      <w:r w:rsidRPr="00910785">
        <w:t xml:space="preserve">*227*0,01%=3,63 руб. – за каждый год использования, </w:t>
      </w:r>
      <w:r w:rsidRPr="000A2C0E">
        <w:rPr>
          <w:b/>
        </w:rPr>
        <w:t>П=3,63*10=36,3 руб. – за весь срок использования</w:t>
      </w:r>
    </w:p>
    <w:p w:rsidR="00E17553" w:rsidRPr="00910785" w:rsidRDefault="009B3A75">
      <w:pPr>
        <w:spacing w:after="240"/>
        <w:rPr>
          <w:b/>
          <w:sz w:val="22"/>
        </w:rPr>
      </w:pPr>
      <w:r w:rsidRPr="008156E6">
        <w:rPr>
          <w:b/>
          <w:sz w:val="22"/>
        </w:rPr>
        <w:t>Расчет платы за публичный сервитут, установленный в отношении части земельных участков с кадастровыми номерами: 10:18:0000000:7770,</w:t>
      </w:r>
      <w:r w:rsidRPr="008156E6">
        <w:rPr>
          <w:b/>
          <w:sz w:val="22"/>
          <w:shd w:val="clear" w:color="auto" w:fill="FFFFFF"/>
        </w:rPr>
        <w:t xml:space="preserve"> 10:18:0050109:282</w:t>
      </w:r>
    </w:p>
    <w:p w:rsidR="00E17553" w:rsidRPr="008156E6" w:rsidRDefault="009B3A75" w:rsidP="008A5261">
      <w:pPr>
        <w:spacing w:after="240"/>
        <w:ind w:firstLine="720"/>
        <w:jc w:val="both"/>
        <w:rPr>
          <w:sz w:val="22"/>
        </w:rPr>
      </w:pPr>
      <w:r w:rsidRPr="008156E6">
        <w:rPr>
          <w:sz w:val="22"/>
        </w:rPr>
        <w:t>Порядок определения размера платы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установлен ст.39.46. Земельного кодекса Российской Федерации. В соответствии с п.4 ст. 39.46. Земельного кодекса Российской Федерации плата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устанавливается в размере 0,01 процента кадастровой стоимости такого земельного участка за каждый год использования этого участка.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 Плата за публичный сервитут рассчитывается пропорционально площади земельного участка и (или) земель в установленных границах публичного сервитута. Плата за публичный сервитут в отношении части земельного участка за каждый год использования рассчитывается по формуле:</w:t>
      </w:r>
    </w:p>
    <w:p w:rsidR="00E17553" w:rsidRPr="008156E6" w:rsidRDefault="009B3A75" w:rsidP="00E17553">
      <w:pPr>
        <w:spacing w:after="240"/>
        <w:rPr>
          <w:bCs/>
          <w:sz w:val="22"/>
        </w:rPr>
      </w:pPr>
      <w:proofErr w:type="gramStart"/>
      <w:r w:rsidRPr="008156E6">
        <w:rPr>
          <w:bCs/>
          <w:sz w:val="22"/>
        </w:rPr>
        <w:t>П</w:t>
      </w:r>
      <w:proofErr w:type="gramEnd"/>
      <w:r w:rsidRPr="008156E6">
        <w:rPr>
          <w:bCs/>
          <w:sz w:val="22"/>
        </w:rPr>
        <w:t xml:space="preserve">=КС/ПЗУ*ПЧЗУ*0,01%, </w:t>
      </w:r>
    </w:p>
    <w:p w:rsidR="00E17553" w:rsidRPr="008156E6" w:rsidRDefault="009B3A75">
      <w:pPr>
        <w:spacing w:after="240"/>
        <w:rPr>
          <w:sz w:val="22"/>
        </w:rPr>
      </w:pPr>
      <w:r w:rsidRPr="008156E6">
        <w:rPr>
          <w:sz w:val="22"/>
        </w:rPr>
        <w:t xml:space="preserve">где </w:t>
      </w:r>
      <w:r w:rsidRPr="008156E6">
        <w:rPr>
          <w:bCs/>
          <w:sz w:val="22"/>
        </w:rPr>
        <w:t xml:space="preserve">КС </w:t>
      </w:r>
      <w:r w:rsidRPr="008156E6">
        <w:rPr>
          <w:sz w:val="22"/>
        </w:rPr>
        <w:t>– кадастровая стоимость земельного участка, руб.</w:t>
      </w:r>
    </w:p>
    <w:p w:rsidR="00E17553" w:rsidRPr="008156E6" w:rsidRDefault="009B3A75">
      <w:pPr>
        <w:spacing w:after="240"/>
        <w:rPr>
          <w:sz w:val="22"/>
        </w:rPr>
      </w:pPr>
      <w:r w:rsidRPr="008156E6">
        <w:rPr>
          <w:bCs/>
          <w:sz w:val="22"/>
        </w:rPr>
        <w:t>ПЗ</w:t>
      </w:r>
      <w:proofErr w:type="gramStart"/>
      <w:r w:rsidRPr="008156E6">
        <w:rPr>
          <w:bCs/>
          <w:sz w:val="22"/>
        </w:rPr>
        <w:t>У-</w:t>
      </w:r>
      <w:proofErr w:type="gramEnd"/>
      <w:r w:rsidRPr="008156E6">
        <w:rPr>
          <w:bCs/>
          <w:sz w:val="22"/>
        </w:rPr>
        <w:t xml:space="preserve"> </w:t>
      </w:r>
      <w:r w:rsidRPr="008156E6">
        <w:rPr>
          <w:sz w:val="22"/>
        </w:rPr>
        <w:t xml:space="preserve">площадь земельного участка, </w:t>
      </w:r>
      <w:proofErr w:type="spellStart"/>
      <w:r w:rsidRPr="008156E6">
        <w:rPr>
          <w:sz w:val="22"/>
        </w:rPr>
        <w:t>кв.м</w:t>
      </w:r>
      <w:proofErr w:type="spellEnd"/>
    </w:p>
    <w:p w:rsidR="00E17553" w:rsidRPr="008156E6" w:rsidRDefault="009B3A75">
      <w:pPr>
        <w:spacing w:after="240"/>
        <w:rPr>
          <w:sz w:val="22"/>
        </w:rPr>
      </w:pPr>
      <w:r w:rsidRPr="008156E6">
        <w:rPr>
          <w:bCs/>
          <w:sz w:val="22"/>
        </w:rPr>
        <w:t>ПЧЗ</w:t>
      </w:r>
      <w:proofErr w:type="gramStart"/>
      <w:r w:rsidRPr="008156E6">
        <w:rPr>
          <w:bCs/>
          <w:sz w:val="22"/>
        </w:rPr>
        <w:t>У</w:t>
      </w:r>
      <w:r w:rsidRPr="008156E6">
        <w:rPr>
          <w:sz w:val="22"/>
        </w:rPr>
        <w:t>-</w:t>
      </w:r>
      <w:proofErr w:type="gramEnd"/>
      <w:r w:rsidRPr="008156E6">
        <w:rPr>
          <w:sz w:val="22"/>
        </w:rPr>
        <w:t xml:space="preserve"> площадь части земельного участка, </w:t>
      </w:r>
      <w:proofErr w:type="spellStart"/>
      <w:r w:rsidRPr="008156E6">
        <w:rPr>
          <w:sz w:val="22"/>
        </w:rPr>
        <w:t>кв.м</w:t>
      </w:r>
      <w:proofErr w:type="spellEnd"/>
      <w:r w:rsidRPr="008156E6">
        <w:rPr>
          <w:sz w:val="22"/>
        </w:rPr>
        <w:t>.</w:t>
      </w:r>
    </w:p>
    <w:p w:rsidR="00806DB9" w:rsidRPr="008156E6" w:rsidRDefault="009B3A75" w:rsidP="00270726">
      <w:pPr>
        <w:pStyle w:val="ae"/>
        <w:numPr>
          <w:ilvl w:val="0"/>
          <w:numId w:val="13"/>
        </w:numPr>
        <w:spacing w:after="240"/>
        <w:rPr>
          <w:sz w:val="22"/>
        </w:rPr>
      </w:pPr>
      <w:r w:rsidRPr="008156E6">
        <w:rPr>
          <w:sz w:val="22"/>
        </w:rPr>
        <w:t>Расчёт платы в отношении земельного участка 10:18:0000000:7770</w:t>
      </w:r>
    </w:p>
    <w:p w:rsidR="00E17553" w:rsidRPr="008156E6" w:rsidRDefault="009B3A75" w:rsidP="00E17553">
      <w:pPr>
        <w:spacing w:after="240"/>
        <w:rPr>
          <w:bCs/>
          <w:sz w:val="22"/>
        </w:rPr>
      </w:pPr>
      <w:proofErr w:type="gramStart"/>
      <w:r w:rsidRPr="008156E6">
        <w:rPr>
          <w:bCs/>
          <w:sz w:val="22"/>
        </w:rPr>
        <w:t>П</w:t>
      </w:r>
      <w:proofErr w:type="gramEnd"/>
      <w:r w:rsidRPr="008156E6">
        <w:rPr>
          <w:bCs/>
          <w:sz w:val="22"/>
        </w:rPr>
        <w:t xml:space="preserve">=КС/ПЗУ*ПЧЗУ*0,01%, </w:t>
      </w:r>
    </w:p>
    <w:p w:rsidR="00995B06" w:rsidRDefault="009B3A75" w:rsidP="00E17553">
      <w:pPr>
        <w:spacing w:after="240"/>
        <w:rPr>
          <w:sz w:val="22"/>
        </w:rPr>
      </w:pPr>
      <w:r w:rsidRPr="008156E6">
        <w:rPr>
          <w:sz w:val="22"/>
        </w:rPr>
        <w:t xml:space="preserve">где </w:t>
      </w:r>
      <w:r w:rsidRPr="008156E6">
        <w:rPr>
          <w:bCs/>
          <w:sz w:val="22"/>
        </w:rPr>
        <w:t xml:space="preserve">КС </w:t>
      </w:r>
      <w:r w:rsidRPr="008156E6">
        <w:rPr>
          <w:sz w:val="22"/>
        </w:rPr>
        <w:t xml:space="preserve">– кадастровая стоимость земельного участка с кадастровым номером 10:18:0000000:7770=45005,40 руб. </w:t>
      </w:r>
      <w:r w:rsidRPr="00760BE1">
        <w:rPr>
          <w:sz w:val="22"/>
        </w:rPr>
        <w:t>(на основании выписки из Единого государственного реестра недвижимости об объекте недвижимости от 04.09.2026г.)</w:t>
      </w:r>
    </w:p>
    <w:p w:rsidR="00E17553" w:rsidRPr="008156E6" w:rsidRDefault="009B3A75" w:rsidP="00E17553">
      <w:pPr>
        <w:spacing w:after="240"/>
        <w:rPr>
          <w:sz w:val="22"/>
        </w:rPr>
      </w:pPr>
      <w:r w:rsidRPr="008156E6">
        <w:rPr>
          <w:bCs/>
          <w:sz w:val="22"/>
        </w:rPr>
        <w:t>ПЗ</w:t>
      </w:r>
      <w:proofErr w:type="gramStart"/>
      <w:r w:rsidRPr="008156E6">
        <w:rPr>
          <w:bCs/>
          <w:sz w:val="22"/>
        </w:rPr>
        <w:t>У-</w:t>
      </w:r>
      <w:proofErr w:type="gramEnd"/>
      <w:r w:rsidRPr="008156E6">
        <w:rPr>
          <w:bCs/>
          <w:sz w:val="22"/>
        </w:rPr>
        <w:t xml:space="preserve"> </w:t>
      </w:r>
      <w:r w:rsidRPr="008156E6">
        <w:rPr>
          <w:sz w:val="22"/>
        </w:rPr>
        <w:t xml:space="preserve">площадь земельного участка=27276 </w:t>
      </w:r>
      <w:proofErr w:type="spellStart"/>
      <w:r w:rsidRPr="008156E6">
        <w:rPr>
          <w:sz w:val="22"/>
        </w:rPr>
        <w:t>кв.м</w:t>
      </w:r>
      <w:proofErr w:type="spellEnd"/>
      <w:r w:rsidRPr="008156E6">
        <w:rPr>
          <w:sz w:val="22"/>
        </w:rPr>
        <w:t xml:space="preserve">. </w:t>
      </w:r>
    </w:p>
    <w:p w:rsidR="00E17553" w:rsidRPr="008156E6" w:rsidRDefault="009B3A75" w:rsidP="00E17553">
      <w:pPr>
        <w:spacing w:after="240"/>
        <w:rPr>
          <w:sz w:val="22"/>
        </w:rPr>
      </w:pPr>
      <w:r w:rsidRPr="008156E6">
        <w:rPr>
          <w:bCs/>
          <w:sz w:val="22"/>
        </w:rPr>
        <w:t>ПЧЗ</w:t>
      </w:r>
      <w:proofErr w:type="gramStart"/>
      <w:r w:rsidRPr="008156E6">
        <w:rPr>
          <w:bCs/>
          <w:sz w:val="22"/>
        </w:rPr>
        <w:t>У</w:t>
      </w:r>
      <w:r w:rsidRPr="008156E6">
        <w:rPr>
          <w:sz w:val="22"/>
        </w:rPr>
        <w:t>-</w:t>
      </w:r>
      <w:proofErr w:type="gramEnd"/>
      <w:r w:rsidRPr="008156E6">
        <w:rPr>
          <w:sz w:val="22"/>
        </w:rPr>
        <w:t xml:space="preserve"> площадь части земельного участка=251 </w:t>
      </w:r>
      <w:proofErr w:type="spellStart"/>
      <w:r w:rsidRPr="008156E6">
        <w:rPr>
          <w:sz w:val="22"/>
        </w:rPr>
        <w:t>кв.м</w:t>
      </w:r>
      <w:proofErr w:type="spellEnd"/>
      <w:r w:rsidRPr="008156E6">
        <w:rPr>
          <w:sz w:val="22"/>
        </w:rPr>
        <w:t>.</w:t>
      </w:r>
    </w:p>
    <w:p w:rsidR="00E17553" w:rsidRPr="00995B06" w:rsidRDefault="009B3A75" w:rsidP="00E17553">
      <w:pPr>
        <w:spacing w:after="240"/>
        <w:rPr>
          <w:sz w:val="22"/>
        </w:rPr>
      </w:pPr>
      <w:r w:rsidRPr="00E17553">
        <w:rPr>
          <w:sz w:val="28"/>
          <w:szCs w:val="28"/>
        </w:rPr>
        <w:t xml:space="preserve"> </w:t>
      </w:r>
      <w:r w:rsidRPr="00995B06">
        <w:rPr>
          <w:sz w:val="22"/>
        </w:rPr>
        <w:t xml:space="preserve">С учётом приведенных выше показателей плата за публичный сервитут в отношении части площадью 251 </w:t>
      </w:r>
      <w:proofErr w:type="spellStart"/>
      <w:r w:rsidRPr="00995B06">
        <w:rPr>
          <w:sz w:val="22"/>
        </w:rPr>
        <w:t>кв.м</w:t>
      </w:r>
      <w:proofErr w:type="spellEnd"/>
      <w:r w:rsidRPr="00995B06">
        <w:rPr>
          <w:sz w:val="22"/>
        </w:rPr>
        <w:t xml:space="preserve">. земельного участка с кадастровым номером 10:18:0000000:7770 составляет: </w:t>
      </w:r>
    </w:p>
    <w:p w:rsidR="00BF51E7" w:rsidRPr="00995B06" w:rsidRDefault="009B3A75" w:rsidP="00E17553">
      <w:pPr>
        <w:spacing w:after="240"/>
        <w:rPr>
          <w:sz w:val="22"/>
        </w:rPr>
      </w:pPr>
      <w:proofErr w:type="gramStart"/>
      <w:r w:rsidRPr="00995B06">
        <w:rPr>
          <w:sz w:val="22"/>
        </w:rPr>
        <w:t>П</w:t>
      </w:r>
      <w:proofErr w:type="gramEnd"/>
      <w:r w:rsidRPr="00995B06">
        <w:rPr>
          <w:sz w:val="22"/>
        </w:rPr>
        <w:t xml:space="preserve">=45005,40/27276*251*0,01%*10=0,41 руб. </w:t>
      </w:r>
    </w:p>
    <w:p w:rsidR="00BF51E7" w:rsidRPr="00995B06" w:rsidRDefault="009B3A75" w:rsidP="00E17553">
      <w:pPr>
        <w:spacing w:after="240"/>
        <w:rPr>
          <w:sz w:val="22"/>
        </w:rPr>
      </w:pPr>
      <w:r w:rsidRPr="00995B06">
        <w:rPr>
          <w:sz w:val="22"/>
        </w:rPr>
        <w:lastRenderedPageBreak/>
        <w:t>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</w:t>
      </w:r>
    </w:p>
    <w:p w:rsidR="00E17553" w:rsidRPr="000A2C0E" w:rsidRDefault="009B3A75" w:rsidP="00E17553">
      <w:pPr>
        <w:spacing w:after="240"/>
        <w:rPr>
          <w:b/>
          <w:sz w:val="22"/>
        </w:rPr>
      </w:pPr>
      <w:proofErr w:type="gramStart"/>
      <w:r w:rsidRPr="000A2C0E">
        <w:rPr>
          <w:b/>
          <w:sz w:val="22"/>
        </w:rPr>
        <w:t>П</w:t>
      </w:r>
      <w:proofErr w:type="gramEnd"/>
      <w:r w:rsidRPr="000A2C0E">
        <w:rPr>
          <w:b/>
          <w:sz w:val="22"/>
        </w:rPr>
        <w:t>=45005,40*0,1%=45,0 руб.– за весь срок использования.</w:t>
      </w:r>
    </w:p>
    <w:p w:rsidR="00270726" w:rsidRPr="00995B06" w:rsidRDefault="009B3A75" w:rsidP="00E17553">
      <w:pPr>
        <w:pStyle w:val="ae"/>
        <w:numPr>
          <w:ilvl w:val="0"/>
          <w:numId w:val="13"/>
        </w:numPr>
        <w:spacing w:after="240"/>
        <w:rPr>
          <w:sz w:val="22"/>
        </w:rPr>
      </w:pPr>
      <w:r w:rsidRPr="00995B06">
        <w:rPr>
          <w:sz w:val="22"/>
        </w:rPr>
        <w:t xml:space="preserve">Расчёт платы в отношении земельного участка </w:t>
      </w:r>
      <w:r w:rsidRPr="00995B06">
        <w:rPr>
          <w:sz w:val="22"/>
          <w:shd w:val="clear" w:color="auto" w:fill="FFFFFF"/>
        </w:rPr>
        <w:t>10:18:0050109:282</w:t>
      </w:r>
    </w:p>
    <w:p w:rsidR="00270726" w:rsidRPr="00786B01" w:rsidRDefault="009B3A75" w:rsidP="00270726">
      <w:pPr>
        <w:spacing w:after="240"/>
        <w:ind w:left="360"/>
        <w:rPr>
          <w:bCs/>
          <w:sz w:val="22"/>
        </w:rPr>
      </w:pPr>
      <w:proofErr w:type="gramStart"/>
      <w:r w:rsidRPr="00786B01">
        <w:rPr>
          <w:bCs/>
          <w:sz w:val="22"/>
        </w:rPr>
        <w:t>П</w:t>
      </w:r>
      <w:proofErr w:type="gramEnd"/>
      <w:r w:rsidRPr="00786B01">
        <w:rPr>
          <w:bCs/>
          <w:sz w:val="22"/>
        </w:rPr>
        <w:t xml:space="preserve">=КС/ПЗУ*ПЧЗУ*0,01%, </w:t>
      </w:r>
    </w:p>
    <w:p w:rsidR="00270726" w:rsidRPr="00786B01" w:rsidRDefault="009B3A75" w:rsidP="00270726">
      <w:pPr>
        <w:spacing w:after="240"/>
        <w:rPr>
          <w:sz w:val="22"/>
        </w:rPr>
      </w:pPr>
      <w:r w:rsidRPr="00786B01">
        <w:rPr>
          <w:sz w:val="22"/>
        </w:rPr>
        <w:t xml:space="preserve">где </w:t>
      </w:r>
      <w:r w:rsidRPr="00786B01">
        <w:rPr>
          <w:bCs/>
          <w:sz w:val="22"/>
        </w:rPr>
        <w:t>КС</w:t>
      </w:r>
      <w:r w:rsidRPr="00786B01">
        <w:rPr>
          <w:b/>
          <w:bCs/>
          <w:sz w:val="22"/>
        </w:rPr>
        <w:t xml:space="preserve"> </w:t>
      </w:r>
      <w:r w:rsidRPr="00786B01">
        <w:rPr>
          <w:sz w:val="22"/>
        </w:rPr>
        <w:t xml:space="preserve">– кадастровая стоимость земельного участка с кадастровым номером </w:t>
      </w:r>
      <w:r w:rsidRPr="00786B01">
        <w:rPr>
          <w:sz w:val="22"/>
          <w:shd w:val="clear" w:color="auto" w:fill="FFFFFF"/>
        </w:rPr>
        <w:t>10:18:0050109:282</w:t>
      </w:r>
      <w:r w:rsidRPr="00786B01">
        <w:rPr>
          <w:sz w:val="22"/>
        </w:rPr>
        <w:t>=165,0 руб</w:t>
      </w:r>
      <w:r w:rsidRPr="00760BE1">
        <w:rPr>
          <w:sz w:val="22"/>
        </w:rPr>
        <w:t xml:space="preserve">. (на основании выписки из Единого государственного реестра недвижимости об объекте недвижимости от 04.09.2026г). </w:t>
      </w:r>
    </w:p>
    <w:p w:rsidR="00270726" w:rsidRPr="00786B01" w:rsidRDefault="009B3A75" w:rsidP="00270726">
      <w:pPr>
        <w:spacing w:after="240"/>
        <w:rPr>
          <w:sz w:val="22"/>
        </w:rPr>
      </w:pPr>
      <w:r w:rsidRPr="00786B01">
        <w:rPr>
          <w:bCs/>
          <w:sz w:val="22"/>
        </w:rPr>
        <w:t>ПЗ</w:t>
      </w:r>
      <w:proofErr w:type="gramStart"/>
      <w:r w:rsidRPr="00786B01">
        <w:rPr>
          <w:bCs/>
          <w:sz w:val="22"/>
        </w:rPr>
        <w:t>У-</w:t>
      </w:r>
      <w:proofErr w:type="gramEnd"/>
      <w:r w:rsidRPr="00786B01">
        <w:rPr>
          <w:bCs/>
          <w:sz w:val="22"/>
        </w:rPr>
        <w:t xml:space="preserve"> </w:t>
      </w:r>
      <w:r w:rsidRPr="00786B01">
        <w:rPr>
          <w:sz w:val="22"/>
        </w:rPr>
        <w:t xml:space="preserve">площадь земельного участка=100 </w:t>
      </w:r>
      <w:proofErr w:type="spellStart"/>
      <w:r w:rsidRPr="00786B01">
        <w:rPr>
          <w:sz w:val="22"/>
        </w:rPr>
        <w:t>кв.м</w:t>
      </w:r>
      <w:proofErr w:type="spellEnd"/>
      <w:r w:rsidRPr="00786B01">
        <w:rPr>
          <w:sz w:val="22"/>
        </w:rPr>
        <w:t xml:space="preserve">. </w:t>
      </w:r>
    </w:p>
    <w:p w:rsidR="00270726" w:rsidRPr="00786B01" w:rsidRDefault="009B3A75" w:rsidP="00270726">
      <w:pPr>
        <w:spacing w:after="240"/>
        <w:rPr>
          <w:sz w:val="22"/>
        </w:rPr>
      </w:pPr>
      <w:r w:rsidRPr="00786B01">
        <w:rPr>
          <w:bCs/>
          <w:sz w:val="22"/>
        </w:rPr>
        <w:t>ПЧЗ</w:t>
      </w:r>
      <w:proofErr w:type="gramStart"/>
      <w:r w:rsidRPr="00786B01">
        <w:rPr>
          <w:bCs/>
          <w:sz w:val="22"/>
        </w:rPr>
        <w:t>У</w:t>
      </w:r>
      <w:r w:rsidRPr="00786B01">
        <w:rPr>
          <w:sz w:val="22"/>
        </w:rPr>
        <w:t>-</w:t>
      </w:r>
      <w:proofErr w:type="gramEnd"/>
      <w:r w:rsidRPr="00786B01">
        <w:rPr>
          <w:sz w:val="22"/>
        </w:rPr>
        <w:t xml:space="preserve"> площадь части земельного участка=2 </w:t>
      </w:r>
      <w:proofErr w:type="spellStart"/>
      <w:r w:rsidRPr="00786B01">
        <w:rPr>
          <w:sz w:val="22"/>
        </w:rPr>
        <w:t>кв.м</w:t>
      </w:r>
      <w:proofErr w:type="spellEnd"/>
      <w:r w:rsidRPr="00786B01">
        <w:rPr>
          <w:sz w:val="22"/>
        </w:rPr>
        <w:t>.</w:t>
      </w:r>
    </w:p>
    <w:p w:rsidR="00270726" w:rsidRPr="00786B01" w:rsidRDefault="009B3A75" w:rsidP="00270726">
      <w:pPr>
        <w:spacing w:after="240"/>
        <w:rPr>
          <w:sz w:val="22"/>
        </w:rPr>
      </w:pPr>
      <w:r w:rsidRPr="00786B01">
        <w:rPr>
          <w:sz w:val="22"/>
        </w:rPr>
        <w:t xml:space="preserve">С учётом приведенных выше показателей плата за публичный сервитут в отношении части площадью 2 </w:t>
      </w:r>
      <w:proofErr w:type="spellStart"/>
      <w:r w:rsidRPr="00786B01">
        <w:rPr>
          <w:sz w:val="22"/>
        </w:rPr>
        <w:t>кв.м</w:t>
      </w:r>
      <w:proofErr w:type="spellEnd"/>
      <w:r w:rsidRPr="00786B01">
        <w:rPr>
          <w:sz w:val="22"/>
        </w:rPr>
        <w:t xml:space="preserve">. земельного участка с кадастровым номером </w:t>
      </w:r>
      <w:r w:rsidRPr="00786B01">
        <w:rPr>
          <w:sz w:val="22"/>
          <w:shd w:val="clear" w:color="auto" w:fill="FFFFFF"/>
        </w:rPr>
        <w:t xml:space="preserve">10:18:0050109:282 </w:t>
      </w:r>
      <w:r w:rsidRPr="00786B01">
        <w:rPr>
          <w:sz w:val="22"/>
        </w:rPr>
        <w:t xml:space="preserve">составляет: </w:t>
      </w:r>
    </w:p>
    <w:p w:rsidR="00BF51E7" w:rsidRPr="00786B01" w:rsidRDefault="009B3A75" w:rsidP="00270726">
      <w:pPr>
        <w:spacing w:after="240"/>
        <w:rPr>
          <w:sz w:val="22"/>
        </w:rPr>
      </w:pPr>
      <w:proofErr w:type="gramStart"/>
      <w:r w:rsidRPr="00786B01">
        <w:rPr>
          <w:sz w:val="22"/>
        </w:rPr>
        <w:t>П</w:t>
      </w:r>
      <w:proofErr w:type="gramEnd"/>
      <w:r w:rsidRPr="00786B01">
        <w:rPr>
          <w:sz w:val="22"/>
        </w:rPr>
        <w:t>=165,0/100*2*0,01%*10=0,0033 руб.</w:t>
      </w:r>
    </w:p>
    <w:p w:rsidR="00BF51E7" w:rsidRPr="00786B01" w:rsidRDefault="009B3A75" w:rsidP="00BF51E7">
      <w:pPr>
        <w:spacing w:after="240"/>
        <w:rPr>
          <w:sz w:val="22"/>
        </w:rPr>
      </w:pPr>
      <w:r w:rsidRPr="00786B01">
        <w:rPr>
          <w:sz w:val="22"/>
        </w:rPr>
        <w:t>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</w:t>
      </w:r>
    </w:p>
    <w:p w:rsidR="00270726" w:rsidRPr="000A2C0E" w:rsidRDefault="009B3A75" w:rsidP="00270726">
      <w:pPr>
        <w:spacing w:after="240"/>
        <w:rPr>
          <w:b/>
          <w:sz w:val="22"/>
        </w:rPr>
      </w:pPr>
      <w:proofErr w:type="gramStart"/>
      <w:r w:rsidRPr="000A2C0E">
        <w:rPr>
          <w:b/>
          <w:sz w:val="22"/>
        </w:rPr>
        <w:t>П</w:t>
      </w:r>
      <w:proofErr w:type="gramEnd"/>
      <w:r w:rsidRPr="000A2C0E">
        <w:rPr>
          <w:b/>
          <w:sz w:val="22"/>
        </w:rPr>
        <w:t>=165,0*0,1%=0,17 руб. – за весь срок использования.</w:t>
      </w: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Default="004F3B56" w:rsidP="00270726">
      <w:pPr>
        <w:spacing w:after="240"/>
        <w:rPr>
          <w:sz w:val="22"/>
        </w:rPr>
      </w:pPr>
    </w:p>
    <w:p w:rsidR="00910785" w:rsidRPr="00786B01" w:rsidRDefault="004F3B56" w:rsidP="00270726">
      <w:pPr>
        <w:spacing w:after="240"/>
        <w:rPr>
          <w:sz w:val="22"/>
        </w:rPr>
      </w:pPr>
    </w:p>
    <w:p w:rsidR="00910785" w:rsidRDefault="008A5261" w:rsidP="00910785">
      <w:pPr>
        <w:spacing w:after="0"/>
        <w:ind w:firstLine="567"/>
        <w:jc w:val="right"/>
        <w:rPr>
          <w:sz w:val="22"/>
        </w:rPr>
      </w:pPr>
      <w:r>
        <w:rPr>
          <w:sz w:val="22"/>
        </w:rPr>
        <w:lastRenderedPageBreak/>
        <w:t>Приложение №2</w:t>
      </w:r>
      <w:r w:rsidR="009B3A75">
        <w:rPr>
          <w:sz w:val="22"/>
        </w:rPr>
        <w:t xml:space="preserve"> к Постановлению </w:t>
      </w:r>
    </w:p>
    <w:p w:rsidR="00910785" w:rsidRDefault="009B3A75" w:rsidP="00910785">
      <w:pPr>
        <w:spacing w:after="0"/>
        <w:ind w:firstLine="567"/>
        <w:jc w:val="right"/>
        <w:rPr>
          <w:sz w:val="22"/>
        </w:rPr>
      </w:pPr>
      <w:r>
        <w:rPr>
          <w:sz w:val="22"/>
        </w:rPr>
        <w:t>Администрации Чупинского городского поселения</w:t>
      </w:r>
    </w:p>
    <w:p w:rsidR="00910785" w:rsidRDefault="00BD3BDD" w:rsidP="00910785">
      <w:pPr>
        <w:spacing w:after="0"/>
        <w:ind w:firstLine="567"/>
        <w:jc w:val="right"/>
        <w:rPr>
          <w:sz w:val="22"/>
        </w:rPr>
      </w:pPr>
      <w:r>
        <w:rPr>
          <w:sz w:val="22"/>
        </w:rPr>
        <w:t>от 28 сентября 2026 №121</w:t>
      </w:r>
    </w:p>
    <w:p w:rsidR="00270726" w:rsidRPr="00786B01" w:rsidRDefault="004F3B56" w:rsidP="00270726">
      <w:pPr>
        <w:pStyle w:val="ae"/>
        <w:spacing w:after="240"/>
        <w:rPr>
          <w:sz w:val="22"/>
        </w:rPr>
      </w:pPr>
    </w:p>
    <w:p w:rsidR="00806DB9" w:rsidRDefault="009B3A75">
      <w:pPr>
        <w:spacing w:after="240"/>
        <w:rPr>
          <w:sz w:val="22"/>
          <w:highlight w:val="yellow"/>
        </w:rPr>
      </w:pPr>
      <w:r w:rsidRPr="00786B01">
        <w:rPr>
          <w:sz w:val="22"/>
        </w:rPr>
        <w:t xml:space="preserve">Реквизиты для перечисления платы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лиц: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1629BE" w:rsidRPr="001629BE" w:rsidTr="001629BE">
        <w:tc>
          <w:tcPr>
            <w:tcW w:w="4952" w:type="dxa"/>
          </w:tcPr>
          <w:p w:rsidR="001629BE" w:rsidRDefault="009B3A75" w:rsidP="001629BE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Получатель</w:t>
            </w:r>
          </w:p>
        </w:tc>
        <w:tc>
          <w:tcPr>
            <w:tcW w:w="4953" w:type="dxa"/>
          </w:tcPr>
          <w:p w:rsidR="001629BE" w:rsidRPr="001629BE" w:rsidRDefault="009B3A75" w:rsidP="001629BE">
            <w:pPr>
              <w:spacing w:after="0"/>
              <w:rPr>
                <w:szCs w:val="24"/>
                <w:lang w:eastAsia="en-US"/>
              </w:rPr>
            </w:pPr>
            <w:r w:rsidRPr="001629BE">
              <w:rPr>
                <w:szCs w:val="24"/>
                <w:lang w:eastAsia="en-US"/>
              </w:rPr>
              <w:t>УФК по Республике Карелия</w:t>
            </w:r>
          </w:p>
          <w:p w:rsidR="001629BE" w:rsidRPr="001629BE" w:rsidRDefault="009B3A75" w:rsidP="001629BE">
            <w:pPr>
              <w:spacing w:after="0"/>
              <w:rPr>
                <w:szCs w:val="24"/>
                <w:lang w:eastAsia="en-US"/>
              </w:rPr>
            </w:pPr>
            <w:r w:rsidRPr="001629BE">
              <w:rPr>
                <w:szCs w:val="24"/>
                <w:lang w:eastAsia="en-US"/>
              </w:rPr>
              <w:t xml:space="preserve">(Администрация Чупинского городского поселения, </w:t>
            </w:r>
            <w:proofErr w:type="gramStart"/>
            <w:r w:rsidRPr="001629BE">
              <w:rPr>
                <w:szCs w:val="24"/>
                <w:lang w:eastAsia="en-US"/>
              </w:rPr>
              <w:t>л</w:t>
            </w:r>
            <w:proofErr w:type="gramEnd"/>
            <w:r w:rsidRPr="001629BE">
              <w:rPr>
                <w:szCs w:val="24"/>
                <w:lang w:eastAsia="en-US"/>
              </w:rPr>
              <w:t>/счет: 04063005850)</w:t>
            </w:r>
          </w:p>
        </w:tc>
      </w:tr>
      <w:tr w:rsidR="001629BE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ИНН</w:t>
            </w:r>
          </w:p>
        </w:tc>
        <w:tc>
          <w:tcPr>
            <w:tcW w:w="4953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Cs w:val="24"/>
                <w:lang w:val="en-US" w:eastAsia="en-US"/>
              </w:rPr>
              <w:t>1018003893</w:t>
            </w:r>
          </w:p>
        </w:tc>
      </w:tr>
      <w:tr w:rsidR="001629BE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КПП</w:t>
            </w:r>
          </w:p>
        </w:tc>
        <w:tc>
          <w:tcPr>
            <w:tcW w:w="4953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Cs w:val="24"/>
                <w:lang w:val="en-US" w:eastAsia="en-US"/>
              </w:rPr>
              <w:t>101801001</w:t>
            </w:r>
          </w:p>
        </w:tc>
      </w:tr>
      <w:tr w:rsidR="001629BE" w:rsidRPr="00482765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Банк Получателя</w:t>
            </w:r>
          </w:p>
        </w:tc>
        <w:tc>
          <w:tcPr>
            <w:tcW w:w="4953" w:type="dxa"/>
          </w:tcPr>
          <w:p w:rsidR="001629BE" w:rsidRPr="00482765" w:rsidRDefault="009B3A75" w:rsidP="00482765">
            <w:pPr>
              <w:spacing w:after="0"/>
              <w:rPr>
                <w:szCs w:val="24"/>
                <w:lang w:eastAsia="en-US"/>
              </w:rPr>
            </w:pPr>
            <w:r w:rsidRPr="00482765">
              <w:rPr>
                <w:szCs w:val="24"/>
                <w:lang w:eastAsia="en-US"/>
              </w:rPr>
              <w:t>ОКЦ №1 ВВГУ Банка России//УФК по Республике Карелия, г. Петрозаводск</w:t>
            </w:r>
          </w:p>
        </w:tc>
      </w:tr>
      <w:tr w:rsidR="001629BE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БИК</w:t>
            </w:r>
          </w:p>
        </w:tc>
        <w:tc>
          <w:tcPr>
            <w:tcW w:w="4953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Cs w:val="24"/>
                <w:lang w:val="en-US" w:eastAsia="en-US"/>
              </w:rPr>
              <w:t>042202125</w:t>
            </w:r>
          </w:p>
        </w:tc>
      </w:tr>
      <w:tr w:rsidR="001629BE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Корреспондентский счет</w:t>
            </w:r>
          </w:p>
        </w:tc>
        <w:tc>
          <w:tcPr>
            <w:tcW w:w="4953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Cs w:val="24"/>
                <w:lang w:val="en-US" w:eastAsia="en-US"/>
              </w:rPr>
              <w:t>40102810945370000125</w:t>
            </w:r>
          </w:p>
        </w:tc>
      </w:tr>
      <w:tr w:rsidR="001629BE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Расчетный счет</w:t>
            </w:r>
          </w:p>
        </w:tc>
        <w:tc>
          <w:tcPr>
            <w:tcW w:w="4953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Cs w:val="24"/>
                <w:lang w:val="en-US" w:eastAsia="en-US"/>
              </w:rPr>
              <w:t>03100643000000010600</w:t>
            </w:r>
          </w:p>
        </w:tc>
      </w:tr>
      <w:tr w:rsidR="00C01490" w:rsidTr="001629BE">
        <w:tc>
          <w:tcPr>
            <w:tcW w:w="4952" w:type="dxa"/>
          </w:tcPr>
          <w:p w:rsidR="00C01490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ОКТМО</w:t>
            </w:r>
          </w:p>
        </w:tc>
        <w:tc>
          <w:tcPr>
            <w:tcW w:w="4953" w:type="dxa"/>
          </w:tcPr>
          <w:p w:rsidR="00C01490" w:rsidRDefault="009B3A75">
            <w:pPr>
              <w:spacing w:after="240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86621170</w:t>
            </w:r>
          </w:p>
        </w:tc>
      </w:tr>
      <w:tr w:rsidR="001629BE" w:rsidTr="001629BE">
        <w:tc>
          <w:tcPr>
            <w:tcW w:w="4952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КБК доходов</w:t>
            </w:r>
          </w:p>
        </w:tc>
        <w:tc>
          <w:tcPr>
            <w:tcW w:w="4953" w:type="dxa"/>
          </w:tcPr>
          <w:p w:rsidR="001629BE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Cs w:val="24"/>
                <w:lang w:val="en-US" w:eastAsia="en-US"/>
              </w:rPr>
              <w:t>30311105410130000120</w:t>
            </w:r>
          </w:p>
        </w:tc>
      </w:tr>
      <w:tr w:rsidR="00482765" w:rsidRPr="00C01490" w:rsidTr="001629BE">
        <w:tc>
          <w:tcPr>
            <w:tcW w:w="4952" w:type="dxa"/>
          </w:tcPr>
          <w:p w:rsidR="00482765" w:rsidRDefault="009B3A75">
            <w:pPr>
              <w:spacing w:after="240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Наименование КБК доходов</w:t>
            </w:r>
          </w:p>
        </w:tc>
        <w:tc>
          <w:tcPr>
            <w:tcW w:w="4953" w:type="dxa"/>
          </w:tcPr>
          <w:p w:rsidR="00482765" w:rsidRPr="00C01490" w:rsidRDefault="009B3A75">
            <w:pPr>
              <w:spacing w:after="240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  <w:lang w:eastAsia="en-US"/>
              </w:rPr>
              <w:t>Плата за публичный сервитут</w:t>
            </w:r>
            <w:r w:rsidRPr="00C01490">
              <w:rPr>
                <w:szCs w:val="24"/>
                <w:lang w:eastAsia="en-US"/>
              </w:rPr>
              <w:t>,</w:t>
            </w:r>
            <w:r>
              <w:rPr>
                <w:szCs w:val="24"/>
                <w:lang w:eastAsia="en-US"/>
              </w:rPr>
              <w:t xml:space="preserve"> предусмотренная решением уполномоченного органа об установлении публичного сервитута в отношении земельных участков</w:t>
            </w:r>
            <w:r w:rsidRPr="00C01490">
              <w:rPr>
                <w:szCs w:val="24"/>
                <w:lang w:eastAsia="en-US"/>
              </w:rPr>
              <w:t>,</w:t>
            </w:r>
            <w:r>
              <w:rPr>
                <w:szCs w:val="24"/>
                <w:lang w:eastAsia="en-US"/>
              </w:rPr>
              <w:t xml:space="preserve"> государственная собственность на которые не разграничена и которые расположены в границах городских поселений и не представлены гражданам или юридическим лицам (за исключением органов государственной власти (государственных органов)</w:t>
            </w:r>
            <w:r w:rsidRPr="00C01490">
              <w:rPr>
                <w:szCs w:val="24"/>
                <w:lang w:eastAsia="en-US"/>
              </w:rPr>
              <w:t>,</w:t>
            </w:r>
            <w:r>
              <w:rPr>
                <w:szCs w:val="24"/>
                <w:lang w:eastAsia="en-US"/>
              </w:rPr>
              <w:t xml:space="preserve"> органов местного самоуправления государственными внебюджетными фондами и казенных учреждений)</w:t>
            </w:r>
            <w:proofErr w:type="gramEnd"/>
          </w:p>
        </w:tc>
      </w:tr>
    </w:tbl>
    <w:p w:rsidR="001629BE" w:rsidRPr="00786B01" w:rsidRDefault="004F3B56">
      <w:pPr>
        <w:spacing w:after="240"/>
        <w:rPr>
          <w:sz w:val="22"/>
        </w:rPr>
      </w:pPr>
    </w:p>
    <w:p w:rsidR="00806DB9" w:rsidRDefault="004F3B56">
      <w:pPr>
        <w:spacing w:after="240"/>
      </w:pPr>
    </w:p>
    <w:p w:rsidR="00806DB9" w:rsidRPr="004B3E00" w:rsidRDefault="004F3B56">
      <w:pPr>
        <w:spacing w:after="240"/>
      </w:pPr>
    </w:p>
    <w:p w:rsidR="005C3870" w:rsidRDefault="004F3B56">
      <w:pPr>
        <w:spacing w:after="0"/>
      </w:pPr>
    </w:p>
    <w:p w:rsidR="00D3210E" w:rsidRDefault="004F3B56">
      <w:pPr>
        <w:spacing w:after="0"/>
      </w:pPr>
    </w:p>
    <w:p w:rsidR="00D3210E" w:rsidRPr="004B3E00" w:rsidRDefault="004F3B56">
      <w:pPr>
        <w:spacing w:after="0"/>
        <w:sectPr w:rsidR="00D3210E" w:rsidRPr="004B3E00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4528BC" w:rsidRDefault="009B3A75">
      <w:pPr>
        <w:pStyle w:val="Heading10"/>
        <w:widowControl w:val="0"/>
        <w:autoSpaceDE w:val="0"/>
        <w:autoSpaceDN w:val="0"/>
        <w:spacing w:line="274" w:lineRule="exact"/>
        <w:ind w:right="2"/>
        <w:jc w:val="center"/>
        <w:rPr>
          <w:lang w:eastAsia="en-US"/>
        </w:rPr>
      </w:pPr>
      <w:r>
        <w:rPr>
          <w:lang w:eastAsia="en-US"/>
        </w:rPr>
        <w:lastRenderedPageBreak/>
        <w:t>ГРАФИЧЕСКОЕ</w:t>
      </w:r>
      <w:r>
        <w:rPr>
          <w:spacing w:val="-5"/>
          <w:lang w:eastAsia="en-US"/>
        </w:rPr>
        <w:t xml:space="preserve"> </w:t>
      </w:r>
      <w:r>
        <w:rPr>
          <w:spacing w:val="-2"/>
          <w:lang w:eastAsia="en-US"/>
        </w:rPr>
        <w:t>ОПИСАНИЕ</w:t>
      </w:r>
    </w:p>
    <w:p w:rsidR="004528BC" w:rsidRDefault="009B3A75">
      <w:pPr>
        <w:pStyle w:val="BodyText0"/>
        <w:widowControl w:val="0"/>
        <w:autoSpaceDE w:val="0"/>
        <w:autoSpaceDN w:val="0"/>
        <w:spacing w:line="228" w:lineRule="exact"/>
        <w:ind w:left="346"/>
        <w:jc w:val="center"/>
        <w:rPr>
          <w:u w:val="none"/>
          <w:lang w:eastAsia="en-US"/>
        </w:rPr>
      </w:pPr>
      <w:r>
        <w:rPr>
          <w:u w:val="none"/>
          <w:lang w:eastAsia="en-US"/>
        </w:rPr>
        <w:t>местоположения</w:t>
      </w:r>
      <w:r>
        <w:rPr>
          <w:spacing w:val="-12"/>
          <w:u w:val="none"/>
          <w:lang w:eastAsia="en-US"/>
        </w:rPr>
        <w:t xml:space="preserve"> </w:t>
      </w:r>
      <w:r>
        <w:rPr>
          <w:u w:val="none"/>
          <w:lang w:eastAsia="en-US"/>
        </w:rPr>
        <w:t>границ</w:t>
      </w:r>
      <w:r>
        <w:rPr>
          <w:spacing w:val="-11"/>
          <w:u w:val="none"/>
          <w:lang w:eastAsia="en-US"/>
        </w:rPr>
        <w:t xml:space="preserve"> </w:t>
      </w:r>
      <w:r>
        <w:rPr>
          <w:u w:val="none"/>
          <w:lang w:eastAsia="en-US"/>
        </w:rPr>
        <w:t>публичного</w:t>
      </w:r>
      <w:r>
        <w:rPr>
          <w:spacing w:val="-11"/>
          <w:u w:val="none"/>
          <w:lang w:eastAsia="en-US"/>
        </w:rPr>
        <w:t xml:space="preserve"> </w:t>
      </w:r>
      <w:r>
        <w:rPr>
          <w:spacing w:val="-2"/>
          <w:u w:val="none"/>
          <w:lang w:eastAsia="en-US"/>
        </w:rPr>
        <w:t>сервитута</w:t>
      </w:r>
    </w:p>
    <w:p w:rsidR="004528BC" w:rsidRDefault="009B3A75">
      <w:pPr>
        <w:pStyle w:val="BodyText0"/>
        <w:widowControl w:val="0"/>
        <w:autoSpaceDE w:val="0"/>
        <w:autoSpaceDN w:val="0"/>
        <w:spacing w:before="228"/>
        <w:ind w:left="588" w:right="236" w:hanging="7"/>
        <w:jc w:val="center"/>
        <w:rPr>
          <w:u w:val="none"/>
          <w:lang w:eastAsia="en-US"/>
        </w:rPr>
      </w:pPr>
      <w:r>
        <w:rPr>
          <w:lang w:eastAsia="en-US"/>
        </w:rPr>
        <w:t>Публичный сервитут в отношении земель и (или) земельного участка (земельных участков) в целях строительства и</w:t>
      </w:r>
      <w:r>
        <w:rPr>
          <w:u w:val="none"/>
          <w:lang w:eastAsia="en-US"/>
        </w:rPr>
        <w:t xml:space="preserve"> </w:t>
      </w:r>
      <w:r>
        <w:rPr>
          <w:lang w:eastAsia="en-US"/>
        </w:rPr>
        <w:t>эксплуатации</w:t>
      </w:r>
      <w:r>
        <w:rPr>
          <w:spacing w:val="-6"/>
          <w:lang w:eastAsia="en-US"/>
        </w:rPr>
        <w:t xml:space="preserve"> </w:t>
      </w:r>
      <w:r>
        <w:rPr>
          <w:lang w:eastAsia="en-US"/>
        </w:rPr>
        <w:t>объекта</w:t>
      </w:r>
      <w:r>
        <w:rPr>
          <w:spacing w:val="-5"/>
          <w:lang w:eastAsia="en-US"/>
        </w:rPr>
        <w:t xml:space="preserve"> </w:t>
      </w:r>
      <w:r>
        <w:rPr>
          <w:lang w:eastAsia="en-US"/>
        </w:rPr>
        <w:t>электросетевого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хозяйства «Строительство</w:t>
      </w:r>
      <w:r>
        <w:rPr>
          <w:spacing w:val="-5"/>
          <w:lang w:eastAsia="en-US"/>
        </w:rPr>
        <w:t xml:space="preserve"> </w:t>
      </w:r>
      <w:r>
        <w:rPr>
          <w:lang w:eastAsia="en-US"/>
        </w:rPr>
        <w:t>ВЛ-0,4</w:t>
      </w:r>
      <w:r>
        <w:rPr>
          <w:spacing w:val="-4"/>
          <w:lang w:eastAsia="en-US"/>
        </w:rPr>
        <w:t xml:space="preserve"> </w:t>
      </w:r>
      <w:proofErr w:type="spellStart"/>
      <w:r>
        <w:rPr>
          <w:lang w:eastAsia="en-US"/>
        </w:rPr>
        <w:t>кВ</w:t>
      </w:r>
      <w:proofErr w:type="spellEnd"/>
      <w:r>
        <w:rPr>
          <w:spacing w:val="-4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устройством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линейного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ответвления</w:t>
      </w:r>
      <w:r>
        <w:rPr>
          <w:spacing w:val="-6"/>
          <w:lang w:eastAsia="en-US"/>
        </w:rPr>
        <w:t xml:space="preserve"> </w:t>
      </w:r>
      <w:r>
        <w:rPr>
          <w:lang w:eastAsia="en-US"/>
        </w:rPr>
        <w:t>от</w:t>
      </w:r>
      <w:r>
        <w:rPr>
          <w:u w:val="none"/>
          <w:lang w:eastAsia="en-US"/>
        </w:rPr>
        <w:t xml:space="preserve"> </w:t>
      </w:r>
      <w:r>
        <w:rPr>
          <w:lang w:eastAsia="en-US"/>
        </w:rPr>
        <w:t xml:space="preserve">ВЛ-0,4 </w:t>
      </w:r>
      <w:proofErr w:type="spellStart"/>
      <w:r>
        <w:rPr>
          <w:lang w:eastAsia="en-US"/>
        </w:rPr>
        <w:t>кВ</w:t>
      </w:r>
      <w:proofErr w:type="spellEnd"/>
      <w:r>
        <w:rPr>
          <w:lang w:eastAsia="en-US"/>
        </w:rPr>
        <w:t xml:space="preserve"> ТП-1136 Л-3 "Морская", Республика Карелия, Лоухский район, </w:t>
      </w:r>
      <w:proofErr w:type="spellStart"/>
      <w:r>
        <w:rPr>
          <w:lang w:eastAsia="en-US"/>
        </w:rPr>
        <w:t>пгт</w:t>
      </w:r>
      <w:proofErr w:type="spellEnd"/>
      <w:r>
        <w:rPr>
          <w:lang w:eastAsia="en-US"/>
        </w:rPr>
        <w:t>. Чупа (договор на технологическое</w:t>
      </w:r>
      <w:r>
        <w:rPr>
          <w:u w:val="none"/>
          <w:lang w:eastAsia="en-US"/>
        </w:rPr>
        <w:t xml:space="preserve"> </w:t>
      </w:r>
      <w:r>
        <w:rPr>
          <w:lang w:eastAsia="en-US"/>
        </w:rPr>
        <w:t xml:space="preserve">присоединение малоэтажной жилой застройки </w:t>
      </w:r>
      <w:proofErr w:type="spellStart"/>
      <w:r>
        <w:rPr>
          <w:lang w:eastAsia="en-US"/>
        </w:rPr>
        <w:t>Новоявчева</w:t>
      </w:r>
      <w:proofErr w:type="spellEnd"/>
      <w:r>
        <w:rPr>
          <w:lang w:eastAsia="en-US"/>
        </w:rPr>
        <w:t xml:space="preserve"> О. Е., №КАР-00800-Э-К/25 от 08.04.2025)»</w:t>
      </w:r>
    </w:p>
    <w:p w:rsidR="004528BC" w:rsidRDefault="009B3A75">
      <w:pPr>
        <w:pStyle w:val="BodyText0"/>
        <w:widowControl w:val="0"/>
        <w:autoSpaceDE w:val="0"/>
        <w:autoSpaceDN w:val="0"/>
        <w:spacing w:before="2"/>
        <w:ind w:left="352" w:right="3"/>
        <w:jc w:val="center"/>
        <w:rPr>
          <w:u w:val="none"/>
          <w:lang w:eastAsia="en-US"/>
        </w:rPr>
      </w:pPr>
      <w:proofErr w:type="gramStart"/>
      <w:r>
        <w:rPr>
          <w:u w:val="none"/>
          <w:lang w:eastAsia="en-US"/>
        </w:rPr>
        <w:t>(наименование</w:t>
      </w:r>
      <w:r>
        <w:rPr>
          <w:spacing w:val="-7"/>
          <w:u w:val="none"/>
          <w:lang w:eastAsia="en-US"/>
        </w:rPr>
        <w:t xml:space="preserve"> </w:t>
      </w:r>
      <w:r>
        <w:rPr>
          <w:u w:val="none"/>
          <w:lang w:eastAsia="en-US"/>
        </w:rPr>
        <w:t>объекта,</w:t>
      </w:r>
      <w:r>
        <w:rPr>
          <w:spacing w:val="-9"/>
          <w:u w:val="none"/>
          <w:lang w:eastAsia="en-US"/>
        </w:rPr>
        <w:t xml:space="preserve"> </w:t>
      </w:r>
      <w:r>
        <w:rPr>
          <w:u w:val="none"/>
          <w:lang w:eastAsia="en-US"/>
        </w:rPr>
        <w:t>местоположение</w:t>
      </w:r>
      <w:r>
        <w:rPr>
          <w:spacing w:val="-8"/>
          <w:u w:val="none"/>
          <w:lang w:eastAsia="en-US"/>
        </w:rPr>
        <w:t xml:space="preserve"> </w:t>
      </w:r>
      <w:r>
        <w:rPr>
          <w:u w:val="none"/>
          <w:lang w:eastAsia="en-US"/>
        </w:rPr>
        <w:t>границ</w:t>
      </w:r>
      <w:r>
        <w:rPr>
          <w:spacing w:val="-8"/>
          <w:u w:val="none"/>
          <w:lang w:eastAsia="en-US"/>
        </w:rPr>
        <w:t xml:space="preserve"> </w:t>
      </w:r>
      <w:r>
        <w:rPr>
          <w:u w:val="none"/>
          <w:lang w:eastAsia="en-US"/>
        </w:rPr>
        <w:t>которого</w:t>
      </w:r>
      <w:r>
        <w:rPr>
          <w:spacing w:val="-7"/>
          <w:u w:val="none"/>
          <w:lang w:eastAsia="en-US"/>
        </w:rPr>
        <w:t xml:space="preserve"> </w:t>
      </w:r>
      <w:r>
        <w:rPr>
          <w:u w:val="none"/>
          <w:lang w:eastAsia="en-US"/>
        </w:rPr>
        <w:t>описано</w:t>
      </w:r>
      <w:r>
        <w:rPr>
          <w:spacing w:val="-8"/>
          <w:u w:val="none"/>
          <w:lang w:eastAsia="en-US"/>
        </w:rPr>
        <w:t xml:space="preserve"> </w:t>
      </w:r>
      <w:r>
        <w:rPr>
          <w:u w:val="none"/>
          <w:lang w:eastAsia="en-US"/>
        </w:rPr>
        <w:t>(далее</w:t>
      </w:r>
      <w:r>
        <w:rPr>
          <w:spacing w:val="-3"/>
          <w:u w:val="none"/>
          <w:lang w:eastAsia="en-US"/>
        </w:rPr>
        <w:t xml:space="preserve"> </w:t>
      </w:r>
      <w:r>
        <w:rPr>
          <w:u w:val="none"/>
          <w:lang w:eastAsia="en-US"/>
        </w:rPr>
        <w:t>-</w:t>
      </w:r>
      <w:r>
        <w:rPr>
          <w:spacing w:val="-10"/>
          <w:u w:val="none"/>
          <w:lang w:eastAsia="en-US"/>
        </w:rPr>
        <w:t xml:space="preserve"> </w:t>
      </w:r>
      <w:r>
        <w:rPr>
          <w:spacing w:val="-2"/>
          <w:u w:val="none"/>
          <w:lang w:eastAsia="en-US"/>
        </w:rPr>
        <w:t>объект)</w:t>
      </w:r>
      <w:proofErr w:type="gramEnd"/>
    </w:p>
    <w:p w:rsidR="004528BC" w:rsidRDefault="004F3B56">
      <w:pPr>
        <w:pStyle w:val="BodyText0"/>
        <w:widowControl w:val="0"/>
        <w:autoSpaceDE w:val="0"/>
        <w:autoSpaceDN w:val="0"/>
        <w:rPr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89"/>
        <w:rPr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spacing w:after="8"/>
        <w:ind w:left="352"/>
        <w:jc w:val="center"/>
        <w:rPr>
          <w:sz w:val="24"/>
          <w:lang w:eastAsia="en-US"/>
        </w:rPr>
      </w:pPr>
      <w:r>
        <w:rPr>
          <w:sz w:val="24"/>
          <w:lang w:eastAsia="en-US"/>
        </w:rPr>
        <w:t>Раздел</w:t>
      </w:r>
      <w:r>
        <w:rPr>
          <w:spacing w:val="-2"/>
          <w:sz w:val="24"/>
          <w:lang w:eastAsia="en-US"/>
        </w:rPr>
        <w:t xml:space="preserve"> </w:t>
      </w:r>
      <w:r>
        <w:rPr>
          <w:spacing w:val="-10"/>
          <w:sz w:val="24"/>
          <w:lang w:eastAsia="en-US"/>
        </w:rPr>
        <w:t>1</w:t>
      </w:r>
    </w:p>
    <w:tbl>
      <w:tblPr>
        <w:tblStyle w:val="TableNormal0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8"/>
        <w:gridCol w:w="4819"/>
      </w:tblGrid>
      <w:tr w:rsidR="004528BC">
        <w:trPr>
          <w:trHeight w:val="388"/>
        </w:trPr>
        <w:tc>
          <w:tcPr>
            <w:tcW w:w="10349" w:type="dxa"/>
            <w:gridSpan w:val="3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72" w:line="240" w:lineRule="auto"/>
              <w:ind w:left="5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Сведения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об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объекте</w:t>
            </w:r>
          </w:p>
        </w:tc>
      </w:tr>
      <w:tr w:rsidR="004528BC">
        <w:trPr>
          <w:trHeight w:val="246"/>
        </w:trPr>
        <w:tc>
          <w:tcPr>
            <w:tcW w:w="852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7" w:lineRule="exact"/>
              <w:ind w:left="7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</w:t>
            </w:r>
            <w:r>
              <w:rPr>
                <w:spacing w:val="-3"/>
                <w:sz w:val="20"/>
                <w:lang w:eastAsia="en-US"/>
              </w:rPr>
              <w:t xml:space="preserve"> </w:t>
            </w:r>
            <w:proofErr w:type="gramStart"/>
            <w:r>
              <w:rPr>
                <w:spacing w:val="-5"/>
                <w:sz w:val="20"/>
                <w:lang w:eastAsia="en-US"/>
              </w:rPr>
              <w:t>п</w:t>
            </w:r>
            <w:proofErr w:type="gramEnd"/>
            <w:r>
              <w:rPr>
                <w:spacing w:val="-5"/>
                <w:sz w:val="20"/>
                <w:lang w:eastAsia="en-US"/>
              </w:rPr>
              <w:t>/п</w:t>
            </w:r>
          </w:p>
        </w:tc>
        <w:tc>
          <w:tcPr>
            <w:tcW w:w="467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7" w:lineRule="exact"/>
              <w:ind w:left="1284"/>
              <w:jc w:val="left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Характеристики</w:t>
            </w:r>
            <w:r>
              <w:rPr>
                <w:spacing w:val="12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объекта</w:t>
            </w:r>
          </w:p>
        </w:tc>
        <w:tc>
          <w:tcPr>
            <w:tcW w:w="481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7" w:lineRule="exact"/>
              <w:ind w:left="1347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Описание</w:t>
            </w:r>
            <w:r>
              <w:rPr>
                <w:spacing w:val="-11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характеристик</w:t>
            </w:r>
          </w:p>
        </w:tc>
      </w:tr>
      <w:tr w:rsidR="004528BC">
        <w:trPr>
          <w:trHeight w:val="242"/>
        </w:trPr>
        <w:tc>
          <w:tcPr>
            <w:tcW w:w="852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2" w:lineRule="exact"/>
              <w:ind w:left="7" w:right="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1</w:t>
            </w:r>
          </w:p>
        </w:tc>
        <w:tc>
          <w:tcPr>
            <w:tcW w:w="467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2" w:lineRule="exact"/>
              <w:ind w:left="7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2</w:t>
            </w:r>
          </w:p>
        </w:tc>
        <w:tc>
          <w:tcPr>
            <w:tcW w:w="481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2" w:lineRule="exact"/>
              <w:ind w:left="1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3</w:t>
            </w:r>
          </w:p>
        </w:tc>
      </w:tr>
      <w:tr w:rsidR="004528BC">
        <w:trPr>
          <w:trHeight w:val="690"/>
        </w:trPr>
        <w:tc>
          <w:tcPr>
            <w:tcW w:w="852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7" w:right="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1</w:t>
            </w:r>
          </w:p>
        </w:tc>
        <w:tc>
          <w:tcPr>
            <w:tcW w:w="467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Местоположение</w:t>
            </w:r>
            <w:r>
              <w:rPr>
                <w:spacing w:val="9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объекта</w:t>
            </w:r>
          </w:p>
        </w:tc>
        <w:tc>
          <w:tcPr>
            <w:tcW w:w="481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Карелия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Республика,</w:t>
            </w:r>
            <w:r>
              <w:rPr>
                <w:spacing w:val="-12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муниципальный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pacing w:val="-4"/>
                <w:sz w:val="20"/>
                <w:lang w:eastAsia="en-US"/>
              </w:rPr>
              <w:t>район</w:t>
            </w: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30" w:lineRule="atLeas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Лоухский,</w:t>
            </w:r>
            <w:r>
              <w:rPr>
                <w:spacing w:val="-11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городское</w:t>
            </w:r>
            <w:r>
              <w:rPr>
                <w:spacing w:val="-11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поселение</w:t>
            </w:r>
            <w:r>
              <w:rPr>
                <w:spacing w:val="-9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Чупинское,</w:t>
            </w:r>
            <w:r>
              <w:rPr>
                <w:spacing w:val="-11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поселок городского типа Чупа</w:t>
            </w:r>
          </w:p>
        </w:tc>
      </w:tr>
      <w:tr w:rsidR="004528BC">
        <w:trPr>
          <w:trHeight w:val="688"/>
        </w:trPr>
        <w:tc>
          <w:tcPr>
            <w:tcW w:w="852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4" w:lineRule="exact"/>
              <w:ind w:left="7" w:right="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2</w:t>
            </w:r>
          </w:p>
        </w:tc>
        <w:tc>
          <w:tcPr>
            <w:tcW w:w="467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Площадь</w:t>
            </w:r>
            <w:r>
              <w:rPr>
                <w:spacing w:val="-10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объекта</w:t>
            </w:r>
            <w:r>
              <w:rPr>
                <w:spacing w:val="-10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+/-</w:t>
            </w:r>
            <w:r>
              <w:rPr>
                <w:spacing w:val="-11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величина</w:t>
            </w:r>
            <w:r>
              <w:rPr>
                <w:spacing w:val="-10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погрешности определения площади</w:t>
            </w: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5" w:lineRule="exac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</w:t>
            </w:r>
            <w:proofErr w:type="gramStart"/>
            <w:r>
              <w:rPr>
                <w:sz w:val="20"/>
                <w:lang w:eastAsia="en-US"/>
              </w:rPr>
              <w:t>Р</w:t>
            </w:r>
            <w:proofErr w:type="gramEnd"/>
            <w:r>
              <w:rPr>
                <w:sz w:val="20"/>
                <w:lang w:eastAsia="en-US"/>
              </w:rPr>
              <w:t>+/-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Дельта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pacing w:val="-5"/>
                <w:sz w:val="20"/>
                <w:lang w:eastAsia="en-US"/>
              </w:rPr>
              <w:t>Р)</w:t>
            </w:r>
          </w:p>
        </w:tc>
        <w:tc>
          <w:tcPr>
            <w:tcW w:w="481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4" w:lineRule="exac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532</w:t>
            </w:r>
            <w:r>
              <w:rPr>
                <w:spacing w:val="-2"/>
                <w:sz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lang w:eastAsia="en-US"/>
              </w:rPr>
              <w:t>кв</w:t>
            </w:r>
            <w:proofErr w:type="gramStart"/>
            <w:r>
              <w:rPr>
                <w:sz w:val="20"/>
                <w:lang w:eastAsia="en-US"/>
              </w:rPr>
              <w:t>.м</w:t>
            </w:r>
            <w:proofErr w:type="spellEnd"/>
            <w:proofErr w:type="gramEnd"/>
            <w:r>
              <w:rPr>
                <w:spacing w:val="-1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±</w:t>
            </w:r>
            <w:r>
              <w:rPr>
                <w:spacing w:val="-4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4.86</w:t>
            </w:r>
            <w:r>
              <w:rPr>
                <w:spacing w:val="-3"/>
                <w:sz w:val="20"/>
                <w:lang w:eastAsia="en-US"/>
              </w:rPr>
              <w:t xml:space="preserve"> </w:t>
            </w:r>
            <w:proofErr w:type="spellStart"/>
            <w:r>
              <w:rPr>
                <w:spacing w:val="-4"/>
                <w:sz w:val="20"/>
                <w:lang w:eastAsia="en-US"/>
              </w:rPr>
              <w:t>кв.м</w:t>
            </w:r>
            <w:proofErr w:type="spellEnd"/>
          </w:p>
        </w:tc>
      </w:tr>
      <w:tr w:rsidR="004528BC">
        <w:trPr>
          <w:trHeight w:val="244"/>
        </w:trPr>
        <w:tc>
          <w:tcPr>
            <w:tcW w:w="852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7" w:right="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3</w:t>
            </w:r>
          </w:p>
        </w:tc>
        <w:tc>
          <w:tcPr>
            <w:tcW w:w="467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Иные</w:t>
            </w:r>
            <w:r>
              <w:rPr>
                <w:spacing w:val="-11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характеристики</w:t>
            </w:r>
            <w:r>
              <w:rPr>
                <w:spacing w:val="-12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объекта</w:t>
            </w:r>
          </w:p>
        </w:tc>
        <w:tc>
          <w:tcPr>
            <w:tcW w:w="481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08"/>
              <w:jc w:val="left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–</w:t>
            </w:r>
          </w:p>
        </w:tc>
      </w:tr>
    </w:tbl>
    <w:p w:rsidR="004528BC" w:rsidRDefault="004F3B56">
      <w:pPr>
        <w:pStyle w:val="BodyText0"/>
        <w:widowControl w:val="0"/>
        <w:autoSpaceDE w:val="0"/>
        <w:autoSpaceDN w:val="0"/>
        <w:spacing w:before="5"/>
        <w:rPr>
          <w:u w:val="none"/>
          <w:lang w:eastAsia="en-US"/>
        </w:rPr>
      </w:pPr>
    </w:p>
    <w:tbl>
      <w:tblPr>
        <w:tblStyle w:val="TableNormal0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555"/>
        <w:gridCol w:w="1559"/>
        <w:gridCol w:w="2138"/>
        <w:gridCol w:w="1986"/>
        <w:gridCol w:w="1705"/>
      </w:tblGrid>
      <w:tr w:rsidR="004528BC">
        <w:trPr>
          <w:trHeight w:val="427"/>
        </w:trPr>
        <w:tc>
          <w:tcPr>
            <w:tcW w:w="10639" w:type="dxa"/>
            <w:gridSpan w:val="6"/>
            <w:tcBorders>
              <w:top w:val="nil"/>
              <w:left w:val="nil"/>
              <w:right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66" w:lineRule="exact"/>
              <w:ind w:left="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Раздел</w:t>
            </w:r>
            <w:r>
              <w:rPr>
                <w:spacing w:val="-2"/>
                <w:sz w:val="24"/>
                <w:lang w:eastAsia="en-US"/>
              </w:rPr>
              <w:t xml:space="preserve"> </w:t>
            </w:r>
            <w:r>
              <w:rPr>
                <w:spacing w:val="-10"/>
                <w:sz w:val="24"/>
                <w:lang w:eastAsia="en-US"/>
              </w:rPr>
              <w:t>2</w:t>
            </w:r>
          </w:p>
        </w:tc>
      </w:tr>
      <w:tr w:rsidR="004528BC">
        <w:trPr>
          <w:trHeight w:val="429"/>
        </w:trPr>
        <w:tc>
          <w:tcPr>
            <w:tcW w:w="10639" w:type="dxa"/>
            <w:gridSpan w:val="6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3" w:line="240" w:lineRule="auto"/>
              <w:ind w:left="1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Сведения</w:t>
            </w:r>
            <w:r>
              <w:rPr>
                <w:spacing w:val="-9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о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местоположении</w:t>
            </w:r>
            <w:r>
              <w:rPr>
                <w:spacing w:val="-8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границ</w:t>
            </w:r>
            <w:r>
              <w:rPr>
                <w:spacing w:val="-9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объекта</w:t>
            </w:r>
          </w:p>
        </w:tc>
      </w:tr>
      <w:tr w:rsidR="004528BC">
        <w:trPr>
          <w:trHeight w:val="388"/>
        </w:trPr>
        <w:tc>
          <w:tcPr>
            <w:tcW w:w="10639" w:type="dxa"/>
            <w:gridSpan w:val="6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10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</w:t>
            </w:r>
            <w:r>
              <w:rPr>
                <w:spacing w:val="-4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Система</w:t>
            </w:r>
            <w:r>
              <w:rPr>
                <w:spacing w:val="-4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координат</w:t>
            </w:r>
            <w:r>
              <w:rPr>
                <w:spacing w:val="-3"/>
                <w:sz w:val="20"/>
                <w:lang w:eastAsia="en-US"/>
              </w:rPr>
              <w:t xml:space="preserve"> </w:t>
            </w:r>
            <w:r>
              <w:rPr>
                <w:sz w:val="20"/>
                <w:u w:val="single"/>
                <w:lang w:eastAsia="en-US"/>
              </w:rPr>
              <w:t>МСК-10,</w:t>
            </w:r>
            <w:r>
              <w:rPr>
                <w:spacing w:val="-3"/>
                <w:sz w:val="20"/>
                <w:u w:val="single"/>
                <w:lang w:eastAsia="en-US"/>
              </w:rPr>
              <w:t xml:space="preserve"> </w:t>
            </w:r>
            <w:r>
              <w:rPr>
                <w:sz w:val="20"/>
                <w:u w:val="single"/>
                <w:lang w:eastAsia="en-US"/>
              </w:rPr>
              <w:t>зона</w:t>
            </w:r>
            <w:r>
              <w:rPr>
                <w:spacing w:val="-5"/>
                <w:sz w:val="20"/>
                <w:u w:val="single"/>
                <w:lang w:eastAsia="en-US"/>
              </w:rPr>
              <w:t xml:space="preserve"> </w:t>
            </w:r>
            <w:r>
              <w:rPr>
                <w:sz w:val="20"/>
                <w:u w:val="single"/>
                <w:lang w:eastAsia="en-US"/>
              </w:rPr>
              <w:t>1,</w:t>
            </w:r>
            <w:r>
              <w:rPr>
                <w:spacing w:val="-6"/>
                <w:sz w:val="20"/>
                <w:u w:val="single"/>
                <w:lang w:eastAsia="en-US"/>
              </w:rPr>
              <w:t xml:space="preserve"> </w:t>
            </w:r>
            <w:r>
              <w:rPr>
                <w:sz w:val="20"/>
                <w:u w:val="single"/>
                <w:lang w:eastAsia="en-US"/>
              </w:rPr>
              <w:t>6</w:t>
            </w:r>
            <w:r>
              <w:rPr>
                <w:spacing w:val="-3"/>
                <w:sz w:val="20"/>
                <w:u w:val="single"/>
                <w:lang w:eastAsia="en-US"/>
              </w:rPr>
              <w:t xml:space="preserve"> </w:t>
            </w:r>
            <w:r>
              <w:rPr>
                <w:spacing w:val="-2"/>
                <w:sz w:val="20"/>
                <w:u w:val="single"/>
                <w:lang w:eastAsia="en-US"/>
              </w:rPr>
              <w:t>градусная</w:t>
            </w:r>
          </w:p>
        </w:tc>
      </w:tr>
      <w:tr w:rsidR="004528BC">
        <w:trPr>
          <w:trHeight w:val="386"/>
        </w:trPr>
        <w:tc>
          <w:tcPr>
            <w:tcW w:w="10639" w:type="dxa"/>
            <w:gridSpan w:val="6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10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Сведения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о</w:t>
            </w:r>
            <w:r>
              <w:rPr>
                <w:spacing w:val="-5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характерных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точках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границ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объекта</w:t>
            </w:r>
          </w:p>
        </w:tc>
      </w:tr>
      <w:tr w:rsidR="004528BC">
        <w:trPr>
          <w:trHeight w:val="230"/>
        </w:trPr>
        <w:tc>
          <w:tcPr>
            <w:tcW w:w="1696" w:type="dxa"/>
            <w:vMerge w:val="restart"/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before="168"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290" w:right="280"/>
              <w:jc w:val="both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 xml:space="preserve">Обозначение характерных </w:t>
            </w:r>
            <w:r>
              <w:rPr>
                <w:sz w:val="20"/>
                <w:lang w:eastAsia="en-US"/>
              </w:rPr>
              <w:t>точек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границ</w:t>
            </w:r>
          </w:p>
        </w:tc>
        <w:tc>
          <w:tcPr>
            <w:tcW w:w="3114" w:type="dxa"/>
            <w:gridSpan w:val="2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915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Координаты,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proofErr w:type="gramStart"/>
            <w:r>
              <w:rPr>
                <w:spacing w:val="-12"/>
                <w:sz w:val="20"/>
                <w:lang w:eastAsia="en-US"/>
              </w:rPr>
              <w:t>м</w:t>
            </w:r>
            <w:proofErr w:type="gramEnd"/>
          </w:p>
        </w:tc>
        <w:tc>
          <w:tcPr>
            <w:tcW w:w="2138" w:type="dxa"/>
            <w:vMerge w:val="restart"/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before="168"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123" w:right="108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Метод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 xml:space="preserve">определения </w:t>
            </w:r>
            <w:r>
              <w:rPr>
                <w:spacing w:val="-2"/>
                <w:sz w:val="20"/>
                <w:lang w:eastAsia="en-US"/>
              </w:rPr>
              <w:t xml:space="preserve">координат </w:t>
            </w:r>
            <w:r>
              <w:rPr>
                <w:sz w:val="20"/>
                <w:lang w:eastAsia="en-US"/>
              </w:rPr>
              <w:t>характерной точки</w:t>
            </w:r>
          </w:p>
        </w:tc>
        <w:tc>
          <w:tcPr>
            <w:tcW w:w="1986" w:type="dxa"/>
            <w:vMerge w:val="restart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53" w:line="240" w:lineRule="auto"/>
              <w:ind w:left="11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Средняя</w:t>
            </w: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190" w:right="178" w:hanging="3"/>
              <w:rPr>
                <w:sz w:val="20"/>
                <w:lang w:eastAsia="en-US"/>
              </w:rPr>
            </w:pPr>
            <w:proofErr w:type="spellStart"/>
            <w:r>
              <w:rPr>
                <w:spacing w:val="-2"/>
                <w:sz w:val="20"/>
                <w:lang w:eastAsia="en-US"/>
              </w:rPr>
              <w:t>квадратическая</w:t>
            </w:r>
            <w:proofErr w:type="spellEnd"/>
            <w:r>
              <w:rPr>
                <w:spacing w:val="-2"/>
                <w:sz w:val="20"/>
                <w:lang w:eastAsia="en-US"/>
              </w:rPr>
              <w:t xml:space="preserve"> погрешность положения </w:t>
            </w:r>
            <w:r>
              <w:rPr>
                <w:sz w:val="20"/>
                <w:lang w:eastAsia="en-US"/>
              </w:rPr>
              <w:t>характерной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точки (</w:t>
            </w:r>
            <w:proofErr w:type="spellStart"/>
            <w:r>
              <w:rPr>
                <w:sz w:val="20"/>
                <w:lang w:eastAsia="en-US"/>
              </w:rPr>
              <w:t>М</w:t>
            </w:r>
            <w:proofErr w:type="gramStart"/>
            <w:r>
              <w:rPr>
                <w:sz w:val="20"/>
                <w:vertAlign w:val="subscript"/>
                <w:lang w:eastAsia="en-US"/>
              </w:rPr>
              <w:t>t</w:t>
            </w:r>
            <w:proofErr w:type="spellEnd"/>
            <w:proofErr w:type="gramEnd"/>
            <w:r>
              <w:rPr>
                <w:sz w:val="20"/>
                <w:lang w:eastAsia="en-US"/>
              </w:rPr>
              <w:t>), м</w:t>
            </w:r>
          </w:p>
        </w:tc>
        <w:tc>
          <w:tcPr>
            <w:tcW w:w="1705" w:type="dxa"/>
            <w:vMerge w:val="restart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68" w:line="240" w:lineRule="auto"/>
              <w:ind w:left="314" w:right="308" w:firstLine="2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 xml:space="preserve">Описание обозначения </w:t>
            </w:r>
            <w:r>
              <w:rPr>
                <w:sz w:val="20"/>
                <w:lang w:eastAsia="en-US"/>
              </w:rPr>
              <w:t xml:space="preserve">точки </w:t>
            </w:r>
            <w:proofErr w:type="gramStart"/>
            <w:r>
              <w:rPr>
                <w:sz w:val="20"/>
                <w:lang w:eastAsia="en-US"/>
              </w:rPr>
              <w:t>на</w:t>
            </w:r>
            <w:proofErr w:type="gramEnd"/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" w:line="240" w:lineRule="auto"/>
              <w:ind w:left="7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местности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 xml:space="preserve">(при </w:t>
            </w:r>
            <w:r>
              <w:rPr>
                <w:spacing w:val="-2"/>
                <w:sz w:val="20"/>
                <w:lang w:eastAsia="en-US"/>
              </w:rPr>
              <w:t>наличии)</w:t>
            </w:r>
          </w:p>
        </w:tc>
      </w:tr>
      <w:tr w:rsidR="004528BC">
        <w:trPr>
          <w:trHeight w:val="1260"/>
        </w:trPr>
        <w:tc>
          <w:tcPr>
            <w:tcW w:w="1696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55" w:type="dxa"/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before="49"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10" w:right="3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Х</w:t>
            </w:r>
          </w:p>
        </w:tc>
        <w:tc>
          <w:tcPr>
            <w:tcW w:w="1559" w:type="dxa"/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before="49"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14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Y</w:t>
            </w: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30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3" w:right="6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1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0" w:right="4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2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4" w:right="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3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5" w:right="2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4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1" w:right="4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5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right="793"/>
              <w:jc w:val="right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6</w:t>
            </w:r>
          </w:p>
        </w:tc>
      </w:tr>
      <w:tr w:rsidR="004528BC">
        <w:trPr>
          <w:trHeight w:val="208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1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843075.38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1447552.03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5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2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843077.58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1447548.69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5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3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843106.58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1447567.74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8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4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843109.10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1447595.60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6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5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843134.77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1447596.00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8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6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843134.76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1447642.86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5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7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843130.75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1447642.86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6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8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843130.75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1447640.86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8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9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843130.77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1447599.95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5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/>
              <w:rPr>
                <w:sz w:val="18"/>
                <w:lang w:eastAsia="en-US"/>
              </w:rPr>
            </w:pPr>
            <w:r>
              <w:rPr>
                <w:spacing w:val="-5"/>
                <w:sz w:val="18"/>
                <w:lang w:eastAsia="en-US"/>
              </w:rPr>
              <w:t>10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843105.44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1447599.55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8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3"/>
              <w:rPr>
                <w:sz w:val="18"/>
                <w:lang w:eastAsia="en-US"/>
              </w:rPr>
            </w:pPr>
            <w:r>
              <w:rPr>
                <w:spacing w:val="-5"/>
                <w:sz w:val="18"/>
                <w:lang w:eastAsia="en-US"/>
              </w:rPr>
              <w:t>11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843102.77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1447570.02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88" w:lineRule="exact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206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1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843075.38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4"/>
              <w:rPr>
                <w:sz w:val="18"/>
                <w:lang w:eastAsia="en-US"/>
              </w:rPr>
            </w:pPr>
            <w:r>
              <w:rPr>
                <w:spacing w:val="-2"/>
                <w:sz w:val="18"/>
                <w:lang w:eastAsia="en-US"/>
              </w:rPr>
              <w:t>1447552.03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5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Аналитический</w:t>
            </w:r>
            <w:r>
              <w:rPr>
                <w:spacing w:val="-11"/>
                <w:sz w:val="18"/>
                <w:lang w:eastAsia="en-US"/>
              </w:rPr>
              <w:t xml:space="preserve"> </w:t>
            </w:r>
            <w:r>
              <w:rPr>
                <w:spacing w:val="-4"/>
                <w:sz w:val="18"/>
                <w:lang w:eastAsia="en-US"/>
              </w:rPr>
              <w:t>метод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1"/>
              <w:rPr>
                <w:sz w:val="18"/>
                <w:lang w:eastAsia="en-US"/>
              </w:rPr>
            </w:pPr>
            <w:r>
              <w:rPr>
                <w:spacing w:val="-4"/>
                <w:sz w:val="18"/>
                <w:lang w:eastAsia="en-US"/>
              </w:rPr>
              <w:t>0.10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ind w:left="108"/>
              <w:jc w:val="lef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  <w:tr w:rsidR="004528BC">
        <w:trPr>
          <w:trHeight w:val="386"/>
        </w:trPr>
        <w:tc>
          <w:tcPr>
            <w:tcW w:w="10639" w:type="dxa"/>
            <w:gridSpan w:val="6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3" w:lineRule="exact"/>
              <w:ind w:left="110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Сведения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о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характерных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точках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части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(частей)</w:t>
            </w:r>
            <w:r>
              <w:rPr>
                <w:spacing w:val="-6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границы</w:t>
            </w:r>
            <w:r>
              <w:rPr>
                <w:spacing w:val="-7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объекта</w:t>
            </w:r>
          </w:p>
        </w:tc>
      </w:tr>
      <w:tr w:rsidR="004528BC">
        <w:trPr>
          <w:trHeight w:val="230"/>
        </w:trPr>
        <w:tc>
          <w:tcPr>
            <w:tcW w:w="1696" w:type="dxa"/>
            <w:vMerge w:val="restart"/>
            <w:tcBorders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8"/>
                <w:lang w:eastAsia="en-US"/>
              </w:rPr>
            </w:pPr>
          </w:p>
        </w:tc>
        <w:tc>
          <w:tcPr>
            <w:tcW w:w="3114" w:type="dxa"/>
            <w:gridSpan w:val="2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915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Координаты,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proofErr w:type="gramStart"/>
            <w:r>
              <w:rPr>
                <w:spacing w:val="-12"/>
                <w:sz w:val="20"/>
                <w:lang w:eastAsia="en-US"/>
              </w:rPr>
              <w:t>м</w:t>
            </w:r>
            <w:proofErr w:type="gramEnd"/>
          </w:p>
        </w:tc>
        <w:tc>
          <w:tcPr>
            <w:tcW w:w="2138" w:type="dxa"/>
            <w:vMerge w:val="restart"/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before="169" w:line="240" w:lineRule="auto"/>
              <w:jc w:val="left"/>
              <w:rPr>
                <w:sz w:val="20"/>
                <w:lang w:eastAsia="en-US"/>
              </w:rPr>
            </w:pPr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123" w:right="108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Метод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 xml:space="preserve">определения </w:t>
            </w:r>
            <w:r>
              <w:rPr>
                <w:spacing w:val="-2"/>
                <w:sz w:val="20"/>
                <w:lang w:eastAsia="en-US"/>
              </w:rPr>
              <w:t xml:space="preserve">координат </w:t>
            </w:r>
            <w:r>
              <w:rPr>
                <w:sz w:val="20"/>
                <w:lang w:eastAsia="en-US"/>
              </w:rPr>
              <w:t>характерной точки</w:t>
            </w:r>
          </w:p>
        </w:tc>
        <w:tc>
          <w:tcPr>
            <w:tcW w:w="1986" w:type="dxa"/>
            <w:vMerge w:val="restart"/>
            <w:tcBorders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56" w:line="209" w:lineRule="exact"/>
              <w:ind w:left="637"/>
              <w:jc w:val="left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Средняя</w:t>
            </w:r>
          </w:p>
        </w:tc>
        <w:tc>
          <w:tcPr>
            <w:tcW w:w="1705" w:type="dxa"/>
            <w:vMerge w:val="restart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71" w:line="240" w:lineRule="auto"/>
              <w:ind w:left="314" w:right="308" w:firstLine="2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 xml:space="preserve">Описание обозначения </w:t>
            </w:r>
            <w:r>
              <w:rPr>
                <w:sz w:val="20"/>
                <w:lang w:eastAsia="en-US"/>
              </w:rPr>
              <w:t xml:space="preserve">точки </w:t>
            </w:r>
            <w:proofErr w:type="gramStart"/>
            <w:r>
              <w:rPr>
                <w:sz w:val="20"/>
                <w:lang w:eastAsia="en-US"/>
              </w:rPr>
              <w:t>на</w:t>
            </w:r>
            <w:proofErr w:type="gramEnd"/>
          </w:p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7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местности</w:t>
            </w:r>
            <w:r>
              <w:rPr>
                <w:spacing w:val="-13"/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 xml:space="preserve">(при </w:t>
            </w:r>
            <w:r>
              <w:rPr>
                <w:spacing w:val="-2"/>
                <w:sz w:val="20"/>
                <w:lang w:eastAsia="en-US"/>
              </w:rPr>
              <w:t>наличии)</w:t>
            </w:r>
          </w:p>
        </w:tc>
      </w:tr>
      <w:tr w:rsidR="004528BC">
        <w:trPr>
          <w:trHeight w:val="43"/>
        </w:trPr>
        <w:tc>
          <w:tcPr>
            <w:tcW w:w="1696" w:type="dxa"/>
            <w:vMerge/>
            <w:tcBorders>
              <w:top w:val="nil"/>
              <w:bottom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55" w:type="dxa"/>
            <w:tcBorders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2"/>
                <w:lang w:eastAsia="en-US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2"/>
                <w:lang w:eastAsia="en-US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vMerge/>
            <w:tcBorders>
              <w:top w:val="nil"/>
              <w:bottom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19"/>
        </w:trPr>
        <w:tc>
          <w:tcPr>
            <w:tcW w:w="169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99" w:lineRule="exact"/>
              <w:ind w:left="13" w:right="9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Обозначение</w:t>
            </w:r>
          </w:p>
        </w:tc>
        <w:tc>
          <w:tcPr>
            <w:tcW w:w="1555" w:type="dxa"/>
            <w:tcBorders>
              <w:top w:val="nil"/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4"/>
                <w:lang w:eastAsia="en-US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99" w:lineRule="exact"/>
              <w:ind w:left="11" w:right="3"/>
              <w:rPr>
                <w:sz w:val="20"/>
                <w:lang w:eastAsia="en-US"/>
              </w:rPr>
            </w:pPr>
            <w:proofErr w:type="spellStart"/>
            <w:r>
              <w:rPr>
                <w:spacing w:val="-2"/>
                <w:sz w:val="20"/>
                <w:lang w:eastAsia="en-US"/>
              </w:rPr>
              <w:t>квадратическая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20"/>
        </w:trPr>
        <w:tc>
          <w:tcPr>
            <w:tcW w:w="169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00" w:lineRule="exact"/>
              <w:ind w:left="13" w:right="5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характерных</w:t>
            </w:r>
          </w:p>
        </w:tc>
        <w:tc>
          <w:tcPr>
            <w:tcW w:w="1555" w:type="dxa"/>
            <w:tcBorders>
              <w:top w:val="nil"/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4"/>
                <w:lang w:eastAsia="en-US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00" w:lineRule="exact"/>
              <w:ind w:left="11" w:right="3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погрешность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22"/>
        </w:trPr>
        <w:tc>
          <w:tcPr>
            <w:tcW w:w="169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03" w:lineRule="exact"/>
              <w:ind w:left="13" w:right="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точек</w:t>
            </w:r>
            <w:r>
              <w:rPr>
                <w:spacing w:val="-5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части</w:t>
            </w:r>
          </w:p>
        </w:tc>
        <w:tc>
          <w:tcPr>
            <w:tcW w:w="1555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03" w:lineRule="exact"/>
              <w:ind w:left="10" w:right="3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03" w:lineRule="exact"/>
              <w:ind w:left="14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Y</w:t>
            </w: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03" w:lineRule="exact"/>
              <w:ind w:left="11" w:right="1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положения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17"/>
        </w:trPr>
        <w:tc>
          <w:tcPr>
            <w:tcW w:w="169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98" w:lineRule="exact"/>
              <w:ind w:left="13" w:right="6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границы</w:t>
            </w:r>
          </w:p>
        </w:tc>
        <w:tc>
          <w:tcPr>
            <w:tcW w:w="1555" w:type="dxa"/>
            <w:tcBorders>
              <w:top w:val="nil"/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4"/>
                <w:lang w:eastAsia="en-US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198" w:lineRule="exact"/>
              <w:ind w:left="11" w:right="1"/>
              <w:rPr>
                <w:sz w:val="20"/>
                <w:lang w:eastAsia="en-US"/>
              </w:rPr>
            </w:pPr>
            <w:r>
              <w:rPr>
                <w:spacing w:val="-2"/>
                <w:sz w:val="20"/>
                <w:lang w:eastAsia="en-US"/>
              </w:rPr>
              <w:t>характерной</w:t>
            </w:r>
            <w:r>
              <w:rPr>
                <w:spacing w:val="9"/>
                <w:sz w:val="20"/>
                <w:lang w:eastAsia="en-US"/>
              </w:rPr>
              <w:t xml:space="preserve"> </w:t>
            </w:r>
            <w:r>
              <w:rPr>
                <w:spacing w:val="-2"/>
                <w:sz w:val="20"/>
                <w:lang w:eastAsia="en-US"/>
              </w:rPr>
              <w:t>точки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87"/>
        </w:trPr>
        <w:tc>
          <w:tcPr>
            <w:tcW w:w="1696" w:type="dxa"/>
            <w:tcBorders>
              <w:top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8"/>
                <w:lang w:eastAsia="en-US"/>
              </w:rPr>
            </w:pPr>
          </w:p>
        </w:tc>
        <w:tc>
          <w:tcPr>
            <w:tcW w:w="1555" w:type="dxa"/>
            <w:tcBorders>
              <w:top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4528BC" w:rsidRDefault="004F3B56">
            <w:pPr>
              <w:pStyle w:val="TableParagraph"/>
              <w:widowControl w:val="0"/>
              <w:autoSpaceDE w:val="0"/>
              <w:autoSpaceDN w:val="0"/>
              <w:spacing w:line="240" w:lineRule="auto"/>
              <w:jc w:val="left"/>
              <w:rPr>
                <w:sz w:val="18"/>
                <w:lang w:eastAsia="en-US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21" w:lineRule="exact"/>
              <w:ind w:left="11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</w:t>
            </w:r>
            <w:proofErr w:type="spellStart"/>
            <w:r>
              <w:rPr>
                <w:sz w:val="20"/>
                <w:lang w:eastAsia="en-US"/>
              </w:rPr>
              <w:t>М</w:t>
            </w:r>
            <w:proofErr w:type="gramStart"/>
            <w:r>
              <w:rPr>
                <w:sz w:val="20"/>
                <w:vertAlign w:val="subscript"/>
                <w:lang w:eastAsia="en-US"/>
              </w:rPr>
              <w:t>t</w:t>
            </w:r>
            <w:proofErr w:type="spellEnd"/>
            <w:proofErr w:type="gramEnd"/>
            <w:r>
              <w:rPr>
                <w:sz w:val="20"/>
                <w:lang w:eastAsia="en-US"/>
              </w:rPr>
              <w:t>),</w:t>
            </w:r>
            <w:r>
              <w:rPr>
                <w:spacing w:val="-4"/>
                <w:sz w:val="20"/>
                <w:lang w:eastAsia="en-US"/>
              </w:rPr>
              <w:t xml:space="preserve"> </w:t>
            </w:r>
            <w:r>
              <w:rPr>
                <w:spacing w:val="-10"/>
                <w:sz w:val="20"/>
                <w:lang w:eastAsia="en-US"/>
              </w:rPr>
              <w:t>м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4528BC" w:rsidRDefault="004F3B56">
            <w:pPr>
              <w:pStyle w:val="Normal0"/>
              <w:widowControl w:val="0"/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</w:tr>
      <w:tr w:rsidR="004528BC">
        <w:trPr>
          <w:trHeight w:val="229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3" w:right="6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1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0" w:right="4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2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4" w:right="1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3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5" w:right="2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4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left="11" w:right="4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5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line="210" w:lineRule="exact"/>
              <w:ind w:right="793"/>
              <w:jc w:val="right"/>
              <w:rPr>
                <w:sz w:val="20"/>
                <w:lang w:eastAsia="en-US"/>
              </w:rPr>
            </w:pPr>
            <w:r>
              <w:rPr>
                <w:spacing w:val="-10"/>
                <w:sz w:val="20"/>
                <w:lang w:eastAsia="en-US"/>
              </w:rPr>
              <w:t>6</w:t>
            </w:r>
          </w:p>
        </w:tc>
      </w:tr>
      <w:tr w:rsidR="004528BC">
        <w:trPr>
          <w:trHeight w:val="242"/>
        </w:trPr>
        <w:tc>
          <w:tcPr>
            <w:tcW w:w="169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" w:line="240" w:lineRule="auto"/>
              <w:ind w:left="13" w:right="6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  <w:tc>
          <w:tcPr>
            <w:tcW w:w="155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" w:line="240" w:lineRule="auto"/>
              <w:ind w:left="10" w:right="4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  <w:tc>
          <w:tcPr>
            <w:tcW w:w="1559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" w:line="240" w:lineRule="auto"/>
              <w:ind w:left="14" w:right="1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  <w:tc>
          <w:tcPr>
            <w:tcW w:w="2138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" w:line="240" w:lineRule="auto"/>
              <w:ind w:left="15" w:right="2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  <w:tc>
          <w:tcPr>
            <w:tcW w:w="1986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" w:line="240" w:lineRule="auto"/>
              <w:ind w:left="11" w:right="4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  <w:tc>
          <w:tcPr>
            <w:tcW w:w="1705" w:type="dxa"/>
          </w:tcPr>
          <w:p w:rsidR="004528BC" w:rsidRDefault="009B3A75">
            <w:pPr>
              <w:pStyle w:val="TableParagraph"/>
              <w:widowControl w:val="0"/>
              <w:autoSpaceDE w:val="0"/>
              <w:autoSpaceDN w:val="0"/>
              <w:spacing w:before="11" w:line="240" w:lineRule="auto"/>
              <w:ind w:right="798"/>
              <w:jc w:val="right"/>
              <w:rPr>
                <w:sz w:val="18"/>
                <w:lang w:eastAsia="en-US"/>
              </w:rPr>
            </w:pPr>
            <w:r>
              <w:rPr>
                <w:spacing w:val="-10"/>
                <w:sz w:val="18"/>
                <w:lang w:eastAsia="en-US"/>
              </w:rPr>
              <w:t>–</w:t>
            </w:r>
          </w:p>
        </w:tc>
      </w:tr>
    </w:tbl>
    <w:p w:rsidR="004528BC" w:rsidRDefault="004F3B56">
      <w:pPr>
        <w:pStyle w:val="TableParagraph"/>
        <w:widowControl w:val="0"/>
        <w:autoSpaceDE w:val="0"/>
        <w:autoSpaceDN w:val="0"/>
        <w:spacing w:line="240" w:lineRule="auto"/>
        <w:jc w:val="right"/>
        <w:rPr>
          <w:sz w:val="18"/>
          <w:lang w:eastAsia="en-US"/>
        </w:rPr>
        <w:sectPr w:rsidR="004528BC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:rsidR="004528BC" w:rsidRDefault="009B3A75">
      <w:pPr>
        <w:pStyle w:val="Normal0"/>
        <w:widowControl w:val="0"/>
        <w:autoSpaceDE w:val="0"/>
        <w:autoSpaceDN w:val="0"/>
        <w:spacing w:before="68"/>
        <w:ind w:left="5072"/>
        <w:rPr>
          <w:sz w:val="25"/>
          <w:lang w:eastAsia="en-US"/>
        </w:rPr>
      </w:pPr>
      <w:bookmarkStart w:id="1" w:name="Россети_Чупа_ПC-Лист1"/>
      <w:bookmarkEnd w:id="1"/>
      <w:r>
        <w:rPr>
          <w:sz w:val="25"/>
          <w:lang w:eastAsia="en-US"/>
        </w:rPr>
        <w:lastRenderedPageBreak/>
        <w:t>Схема</w:t>
      </w:r>
      <w:r>
        <w:rPr>
          <w:spacing w:val="-2"/>
          <w:sz w:val="25"/>
          <w:lang w:eastAsia="en-US"/>
        </w:rPr>
        <w:t xml:space="preserve"> </w:t>
      </w:r>
      <w:r>
        <w:rPr>
          <w:sz w:val="25"/>
          <w:lang w:eastAsia="en-US"/>
        </w:rPr>
        <w:t>расположения</w:t>
      </w:r>
      <w:r>
        <w:rPr>
          <w:spacing w:val="-1"/>
          <w:sz w:val="25"/>
          <w:lang w:eastAsia="en-US"/>
        </w:rPr>
        <w:t xml:space="preserve"> </w:t>
      </w:r>
      <w:r>
        <w:rPr>
          <w:sz w:val="25"/>
          <w:lang w:eastAsia="en-US"/>
        </w:rPr>
        <w:t>границ</w:t>
      </w:r>
      <w:r>
        <w:rPr>
          <w:spacing w:val="-1"/>
          <w:sz w:val="25"/>
          <w:lang w:eastAsia="en-US"/>
        </w:rPr>
        <w:t xml:space="preserve"> </w:t>
      </w:r>
      <w:r>
        <w:rPr>
          <w:sz w:val="25"/>
          <w:lang w:eastAsia="en-US"/>
        </w:rPr>
        <w:t>публичного</w:t>
      </w:r>
      <w:r>
        <w:rPr>
          <w:spacing w:val="-1"/>
          <w:sz w:val="25"/>
          <w:lang w:eastAsia="en-US"/>
        </w:rPr>
        <w:t xml:space="preserve"> </w:t>
      </w:r>
      <w:r>
        <w:rPr>
          <w:spacing w:val="-2"/>
          <w:sz w:val="25"/>
          <w:lang w:eastAsia="en-US"/>
        </w:rPr>
        <w:t>сервитута</w:t>
      </w:r>
    </w:p>
    <w:p w:rsidR="004528BC" w:rsidRDefault="009B3A75">
      <w:pPr>
        <w:pStyle w:val="Normal0"/>
        <w:widowControl w:val="0"/>
        <w:autoSpaceDE w:val="0"/>
        <w:autoSpaceDN w:val="0"/>
        <w:spacing w:before="209"/>
        <w:ind w:right="1615"/>
        <w:jc w:val="right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Земельный</w:t>
      </w:r>
      <w:r>
        <w:rPr>
          <w:spacing w:val="2"/>
          <w:sz w:val="21"/>
          <w:lang w:eastAsia="en-US"/>
        </w:rPr>
        <w:t xml:space="preserve"> </w:t>
      </w:r>
      <w:r>
        <w:rPr>
          <w:spacing w:val="-2"/>
          <w:sz w:val="21"/>
          <w:lang w:eastAsia="en-US"/>
        </w:rPr>
        <w:t>участок</w:t>
      </w:r>
      <w:r>
        <w:rPr>
          <w:spacing w:val="3"/>
          <w:sz w:val="21"/>
          <w:lang w:eastAsia="en-US"/>
        </w:rPr>
        <w:t xml:space="preserve"> </w:t>
      </w:r>
      <w:r>
        <w:rPr>
          <w:spacing w:val="-2"/>
          <w:sz w:val="21"/>
          <w:lang w:eastAsia="en-US"/>
        </w:rPr>
        <w:t>заявителя</w:t>
      </w:r>
    </w:p>
    <w:p w:rsidR="004528BC" w:rsidRDefault="004F3B56">
      <w:pPr>
        <w:pStyle w:val="Normal0"/>
        <w:widowControl w:val="0"/>
        <w:autoSpaceDE w:val="0"/>
        <w:autoSpaceDN w:val="0"/>
        <w:jc w:val="right"/>
        <w:rPr>
          <w:sz w:val="21"/>
          <w:lang w:eastAsia="en-US"/>
        </w:rPr>
        <w:sectPr w:rsidR="004528BC">
          <w:pgSz w:w="16840" w:h="11900" w:orient="landscape"/>
          <w:pgMar w:top="240" w:right="1417" w:bottom="280" w:left="1275" w:header="720" w:footer="720" w:gutter="0"/>
          <w:cols w:space="720"/>
        </w:sectPr>
      </w:pPr>
    </w:p>
    <w:p w:rsidR="004528BC" w:rsidRDefault="009B3A75">
      <w:pPr>
        <w:pStyle w:val="Normal0"/>
        <w:widowControl w:val="0"/>
        <w:autoSpaceDE w:val="0"/>
        <w:autoSpaceDN w:val="0"/>
        <w:spacing w:before="21"/>
        <w:ind w:left="701"/>
        <w:rPr>
          <w:sz w:val="21"/>
          <w:lang w:eastAsia="en-US"/>
        </w:rPr>
      </w:pPr>
      <w:r>
        <w:rPr>
          <w:spacing w:val="-2"/>
          <w:sz w:val="21"/>
          <w:lang w:eastAsia="en-US"/>
        </w:rPr>
        <w:lastRenderedPageBreak/>
        <w:t>10:18:0050109</w:t>
      </w:r>
    </w:p>
    <w:p w:rsidR="004528BC" w:rsidRDefault="009B3A75">
      <w:pPr>
        <w:pStyle w:val="Normal0"/>
        <w:widowControl w:val="0"/>
        <w:autoSpaceDE w:val="0"/>
        <w:autoSpaceDN w:val="0"/>
        <w:spacing w:before="32" w:line="241" w:lineRule="exact"/>
        <w:ind w:left="701"/>
        <w:rPr>
          <w:sz w:val="21"/>
          <w:lang w:eastAsia="en-US"/>
        </w:rPr>
      </w:pPr>
      <w:r>
        <w:rPr>
          <w:lang w:eastAsia="en-US"/>
        </w:rPr>
        <w:br w:type="column"/>
      </w:r>
      <w:r>
        <w:rPr>
          <w:spacing w:val="-2"/>
          <w:sz w:val="21"/>
          <w:lang w:eastAsia="en-US"/>
        </w:rPr>
        <w:lastRenderedPageBreak/>
        <w:t>Проектируемые</w:t>
      </w:r>
      <w:r>
        <w:rPr>
          <w:spacing w:val="10"/>
          <w:sz w:val="21"/>
          <w:lang w:eastAsia="en-US"/>
        </w:rPr>
        <w:t xml:space="preserve"> </w:t>
      </w:r>
      <w:r>
        <w:rPr>
          <w:spacing w:val="-2"/>
          <w:sz w:val="21"/>
          <w:lang w:eastAsia="en-US"/>
        </w:rPr>
        <w:t>границы</w:t>
      </w:r>
    </w:p>
    <w:p w:rsidR="004528BC" w:rsidRDefault="009B3A75">
      <w:pPr>
        <w:pStyle w:val="Normal0"/>
        <w:widowControl w:val="0"/>
        <w:tabs>
          <w:tab w:val="left" w:pos="4059"/>
          <w:tab w:val="right" w:pos="9884"/>
        </w:tabs>
        <w:autoSpaceDE w:val="0"/>
        <w:autoSpaceDN w:val="0"/>
        <w:spacing w:before="65" w:line="151" w:lineRule="auto"/>
        <w:ind w:left="950"/>
        <w:rPr>
          <w:position w:val="-12"/>
          <w:sz w:val="33"/>
          <w:lang w:eastAsia="en-US"/>
        </w:rPr>
      </w:pPr>
      <w:r>
        <w:rPr>
          <w:sz w:val="21"/>
          <w:lang w:eastAsia="en-US"/>
        </w:rPr>
        <w:t>публичного</w:t>
      </w:r>
      <w:r>
        <w:rPr>
          <w:spacing w:val="-12"/>
          <w:sz w:val="21"/>
          <w:lang w:eastAsia="en-US"/>
        </w:rPr>
        <w:t xml:space="preserve"> </w:t>
      </w:r>
      <w:r>
        <w:rPr>
          <w:spacing w:val="-2"/>
          <w:sz w:val="21"/>
          <w:lang w:eastAsia="en-US"/>
        </w:rPr>
        <w:t>сервитута</w:t>
      </w:r>
      <w:r>
        <w:rPr>
          <w:sz w:val="21"/>
          <w:lang w:eastAsia="en-US"/>
        </w:rPr>
        <w:tab/>
      </w:r>
      <w:r>
        <w:rPr>
          <w:spacing w:val="-10"/>
          <w:position w:val="-12"/>
          <w:sz w:val="33"/>
          <w:lang w:eastAsia="en-US"/>
        </w:rPr>
        <w:t>5</w:t>
      </w:r>
      <w:r>
        <w:rPr>
          <w:position w:val="-12"/>
          <w:sz w:val="33"/>
          <w:lang w:eastAsia="en-US"/>
        </w:rPr>
        <w:tab/>
      </w:r>
      <w:r>
        <w:rPr>
          <w:spacing w:val="-10"/>
          <w:position w:val="-12"/>
          <w:sz w:val="33"/>
          <w:lang w:eastAsia="en-US"/>
        </w:rPr>
        <w:t>6</w:t>
      </w:r>
    </w:p>
    <w:p w:rsidR="004528BC" w:rsidRDefault="009B3A75">
      <w:pPr>
        <w:pStyle w:val="Normal0"/>
        <w:widowControl w:val="0"/>
        <w:autoSpaceDE w:val="0"/>
        <w:autoSpaceDN w:val="0"/>
        <w:spacing w:before="148" w:line="312" w:lineRule="exact"/>
        <w:ind w:left="9719"/>
        <w:rPr>
          <w:sz w:val="33"/>
          <w:lang w:eastAsia="en-US"/>
        </w:rPr>
      </w:pPr>
      <w:r>
        <w:rPr>
          <w:spacing w:val="-10"/>
          <w:sz w:val="33"/>
          <w:lang w:eastAsia="en-US"/>
        </w:rPr>
        <w:t>7</w:t>
      </w:r>
    </w:p>
    <w:p w:rsidR="004528BC" w:rsidRDefault="009B3A75">
      <w:pPr>
        <w:pStyle w:val="Normal0"/>
        <w:widowControl w:val="0"/>
        <w:tabs>
          <w:tab w:val="left" w:pos="4829"/>
          <w:tab w:val="right" w:pos="9342"/>
        </w:tabs>
        <w:autoSpaceDE w:val="0"/>
        <w:autoSpaceDN w:val="0"/>
        <w:spacing w:before="1" w:line="98" w:lineRule="auto"/>
        <w:ind w:left="1053"/>
        <w:rPr>
          <w:position w:val="-18"/>
          <w:sz w:val="33"/>
          <w:lang w:eastAsia="en-US"/>
        </w:rPr>
      </w:pPr>
      <w:r>
        <w:rPr>
          <w:spacing w:val="-2"/>
          <w:sz w:val="21"/>
          <w:lang w:eastAsia="en-US"/>
        </w:rPr>
        <w:t>Проектируемая</w:t>
      </w:r>
      <w:r>
        <w:rPr>
          <w:spacing w:val="11"/>
          <w:sz w:val="21"/>
          <w:lang w:eastAsia="en-US"/>
        </w:rPr>
        <w:t xml:space="preserve"> </w:t>
      </w:r>
      <w:r>
        <w:rPr>
          <w:spacing w:val="-2"/>
          <w:sz w:val="21"/>
          <w:lang w:eastAsia="en-US"/>
        </w:rPr>
        <w:t>ВЛ-0.4кВ</w:t>
      </w:r>
      <w:r>
        <w:rPr>
          <w:sz w:val="21"/>
          <w:lang w:eastAsia="en-US"/>
        </w:rPr>
        <w:tab/>
      </w:r>
      <w:r>
        <w:rPr>
          <w:spacing w:val="-10"/>
          <w:position w:val="-16"/>
          <w:sz w:val="33"/>
          <w:lang w:eastAsia="en-US"/>
        </w:rPr>
        <w:t>9</w:t>
      </w:r>
      <w:r>
        <w:rPr>
          <w:position w:val="-16"/>
          <w:sz w:val="33"/>
          <w:lang w:eastAsia="en-US"/>
        </w:rPr>
        <w:tab/>
      </w:r>
      <w:r>
        <w:rPr>
          <w:spacing w:val="-10"/>
          <w:position w:val="-18"/>
          <w:sz w:val="33"/>
          <w:lang w:eastAsia="en-US"/>
        </w:rPr>
        <w:t>8</w:t>
      </w:r>
    </w:p>
    <w:p w:rsidR="004528BC" w:rsidRDefault="004F3B56">
      <w:pPr>
        <w:pStyle w:val="Normal0"/>
        <w:widowControl w:val="0"/>
        <w:autoSpaceDE w:val="0"/>
        <w:autoSpaceDN w:val="0"/>
        <w:spacing w:line="98" w:lineRule="auto"/>
        <w:rPr>
          <w:position w:val="-18"/>
          <w:sz w:val="33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num="2" w:space="720" w:equalWidth="0">
            <w:col w:w="2010" w:space="1140"/>
            <w:col w:w="10998"/>
          </w:cols>
        </w:sectPr>
      </w:pPr>
    </w:p>
    <w:p w:rsidR="004528BC" w:rsidRDefault="009B3A75">
      <w:pPr>
        <w:pStyle w:val="Normal0"/>
        <w:widowControl w:val="0"/>
        <w:autoSpaceDE w:val="0"/>
        <w:autoSpaceDN w:val="0"/>
        <w:spacing w:before="488"/>
        <w:ind w:right="3589"/>
        <w:jc w:val="right"/>
        <w:rPr>
          <w:sz w:val="21"/>
          <w:lang w:eastAsia="en-US"/>
        </w:rPr>
      </w:pPr>
      <w:r>
        <w:rPr>
          <w:spacing w:val="-4"/>
          <w:sz w:val="21"/>
          <w:lang w:eastAsia="en-US"/>
        </w:rPr>
        <w:lastRenderedPageBreak/>
        <w:t>:279</w:t>
      </w:r>
    </w:p>
    <w:p w:rsidR="004528BC" w:rsidRDefault="004F3B56">
      <w:pPr>
        <w:pStyle w:val="Normal0"/>
        <w:widowControl w:val="0"/>
        <w:autoSpaceDE w:val="0"/>
        <w:autoSpaceDN w:val="0"/>
        <w:jc w:val="right"/>
        <w:rPr>
          <w:sz w:val="21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space="720"/>
        </w:sect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67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left="1463"/>
        <w:rPr>
          <w:sz w:val="21"/>
          <w:lang w:eastAsia="en-US"/>
        </w:rPr>
      </w:pPr>
      <w:r>
        <w:rPr>
          <w:color w:val="DD6D00"/>
          <w:spacing w:val="-2"/>
          <w:sz w:val="21"/>
          <w:lang w:eastAsia="en-US"/>
        </w:rPr>
        <w:t>10:18:0000000:6914</w:t>
      </w:r>
    </w:p>
    <w:p w:rsidR="004528BC" w:rsidRDefault="009B3A75">
      <w:pPr>
        <w:pStyle w:val="Normal0"/>
        <w:widowControl w:val="0"/>
        <w:autoSpaceDE w:val="0"/>
        <w:autoSpaceDN w:val="0"/>
        <w:spacing w:before="160"/>
        <w:ind w:right="283"/>
        <w:jc w:val="center"/>
        <w:rPr>
          <w:sz w:val="21"/>
          <w:lang w:eastAsia="en-US"/>
        </w:rPr>
      </w:pPr>
      <w:r>
        <w:rPr>
          <w:spacing w:val="-4"/>
          <w:sz w:val="21"/>
          <w:lang w:eastAsia="en-US"/>
        </w:rPr>
        <w:t>:112</w:t>
      </w:r>
    </w:p>
    <w:p w:rsidR="004528BC" w:rsidRDefault="009B3A75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181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spacing w:line="213" w:lineRule="exact"/>
        <w:ind w:left="19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10:18:0050109:282</w:t>
      </w:r>
    </w:p>
    <w:p w:rsidR="004528BC" w:rsidRDefault="009B3A75">
      <w:pPr>
        <w:pStyle w:val="Normal0"/>
        <w:widowControl w:val="0"/>
        <w:autoSpaceDE w:val="0"/>
        <w:autoSpaceDN w:val="0"/>
        <w:spacing w:line="351" w:lineRule="exact"/>
        <w:ind w:left="181"/>
        <w:jc w:val="center"/>
        <w:rPr>
          <w:sz w:val="33"/>
          <w:lang w:eastAsia="en-US"/>
        </w:rPr>
      </w:pPr>
      <w:r>
        <w:rPr>
          <w:spacing w:val="-10"/>
          <w:sz w:val="33"/>
          <w:lang w:eastAsia="en-US"/>
        </w:rPr>
        <w:t>3</w:t>
      </w:r>
    </w:p>
    <w:p w:rsidR="004528BC" w:rsidRDefault="004F3B56">
      <w:pPr>
        <w:pStyle w:val="BodyText0"/>
        <w:widowControl w:val="0"/>
        <w:autoSpaceDE w:val="0"/>
        <w:autoSpaceDN w:val="0"/>
        <w:spacing w:before="123"/>
        <w:rPr>
          <w:sz w:val="33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right="91"/>
        <w:jc w:val="right"/>
        <w:rPr>
          <w:sz w:val="33"/>
          <w:lang w:eastAsia="en-US"/>
        </w:rPr>
      </w:pPr>
      <w:r>
        <w:rPr>
          <w:spacing w:val="-5"/>
          <w:sz w:val="33"/>
          <w:lang w:eastAsia="en-US"/>
        </w:rPr>
        <w:t>11</w:t>
      </w:r>
    </w:p>
    <w:p w:rsidR="004528BC" w:rsidRDefault="009B3A75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174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spacing w:line="223" w:lineRule="exact"/>
        <w:ind w:left="263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10:18:0050110:16(2)</w:t>
      </w:r>
    </w:p>
    <w:p w:rsidR="004528BC" w:rsidRDefault="009B3A75">
      <w:pPr>
        <w:pStyle w:val="Normal0"/>
        <w:widowControl w:val="0"/>
        <w:autoSpaceDE w:val="0"/>
        <w:autoSpaceDN w:val="0"/>
        <w:spacing w:line="361" w:lineRule="exact"/>
        <w:jc w:val="right"/>
        <w:rPr>
          <w:sz w:val="33"/>
          <w:lang w:eastAsia="en-US"/>
        </w:rPr>
      </w:pPr>
      <w:r>
        <w:rPr>
          <w:spacing w:val="-10"/>
          <w:sz w:val="33"/>
          <w:lang w:eastAsia="en-US"/>
        </w:rPr>
        <w:t>4</w:t>
      </w:r>
    </w:p>
    <w:p w:rsidR="004528BC" w:rsidRDefault="004F3B56">
      <w:pPr>
        <w:pStyle w:val="BodyText0"/>
        <w:widowControl w:val="0"/>
        <w:autoSpaceDE w:val="0"/>
        <w:autoSpaceDN w:val="0"/>
        <w:rPr>
          <w:sz w:val="33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33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306"/>
        <w:rPr>
          <w:sz w:val="33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left="125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10:18:0050110:16(1)</w:t>
      </w:r>
    </w:p>
    <w:p w:rsidR="004528BC" w:rsidRDefault="009B3A75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4F3B56">
      <w:pPr>
        <w:pStyle w:val="BodyText0"/>
        <w:widowControl w:val="0"/>
        <w:autoSpaceDE w:val="0"/>
        <w:autoSpaceDN w:val="0"/>
        <w:spacing w:before="139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right="38"/>
        <w:jc w:val="right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10:18:0000000:7770</w:t>
      </w: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231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left="542"/>
        <w:rPr>
          <w:sz w:val="33"/>
          <w:lang w:eastAsia="en-US"/>
        </w:rPr>
      </w:pPr>
      <w:r>
        <w:rPr>
          <w:spacing w:val="-5"/>
          <w:sz w:val="33"/>
          <w:lang w:eastAsia="en-US"/>
        </w:rPr>
        <w:t>10</w:t>
      </w:r>
    </w:p>
    <w:p w:rsidR="004528BC" w:rsidRDefault="004F3B56">
      <w:pPr>
        <w:pStyle w:val="BodyText0"/>
        <w:widowControl w:val="0"/>
        <w:autoSpaceDE w:val="0"/>
        <w:autoSpaceDN w:val="0"/>
        <w:spacing w:before="147"/>
        <w:rPr>
          <w:sz w:val="33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right="55"/>
        <w:jc w:val="right"/>
        <w:rPr>
          <w:sz w:val="21"/>
          <w:lang w:eastAsia="en-US"/>
        </w:rPr>
      </w:pPr>
      <w:r>
        <w:rPr>
          <w:spacing w:val="-5"/>
          <w:sz w:val="21"/>
          <w:lang w:eastAsia="en-US"/>
        </w:rPr>
        <w:t>:14</w:t>
      </w:r>
    </w:p>
    <w:p w:rsidR="004528BC" w:rsidRDefault="009B3A75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159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right="14"/>
        <w:jc w:val="right"/>
        <w:rPr>
          <w:sz w:val="21"/>
          <w:lang w:eastAsia="en-US"/>
        </w:rPr>
      </w:pPr>
      <w:r>
        <w:rPr>
          <w:spacing w:val="-4"/>
          <w:sz w:val="21"/>
          <w:lang w:eastAsia="en-US"/>
        </w:rPr>
        <w:t>:255</w:t>
      </w:r>
    </w:p>
    <w:p w:rsidR="004528BC" w:rsidRDefault="004F3B56">
      <w:pPr>
        <w:pStyle w:val="Normal0"/>
        <w:widowControl w:val="0"/>
        <w:autoSpaceDE w:val="0"/>
        <w:autoSpaceDN w:val="0"/>
        <w:jc w:val="right"/>
        <w:rPr>
          <w:sz w:val="21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num="5" w:space="720" w:equalWidth="0">
            <w:col w:w="3208" w:space="40"/>
            <w:col w:w="1659" w:space="39"/>
            <w:col w:w="2403" w:space="40"/>
            <w:col w:w="2684" w:space="2411"/>
            <w:col w:w="1664"/>
          </w:cols>
        </w:sectPr>
      </w:pPr>
    </w:p>
    <w:p w:rsidR="004528BC" w:rsidRDefault="004F3B56">
      <w:pPr>
        <w:pStyle w:val="BodyText0"/>
        <w:widowControl w:val="0"/>
        <w:autoSpaceDE w:val="0"/>
        <w:autoSpaceDN w:val="0"/>
        <w:rPr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67"/>
        <w:rPr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space="720"/>
        </w:sectPr>
      </w:pPr>
    </w:p>
    <w:p w:rsidR="004528BC" w:rsidRDefault="009B3A75">
      <w:pPr>
        <w:pStyle w:val="Normal0"/>
        <w:widowControl w:val="0"/>
        <w:autoSpaceDE w:val="0"/>
        <w:autoSpaceDN w:val="0"/>
        <w:spacing w:before="90"/>
        <w:ind w:left="3861"/>
        <w:rPr>
          <w:sz w:val="21"/>
          <w:lang w:eastAsia="en-US"/>
        </w:rPr>
      </w:pPr>
      <w:r>
        <w:rPr>
          <w:spacing w:val="-2"/>
          <w:sz w:val="21"/>
          <w:lang w:eastAsia="en-US"/>
        </w:rPr>
        <w:lastRenderedPageBreak/>
        <w:t>10:18:0050110:15</w:t>
      </w:r>
    </w:p>
    <w:p w:rsidR="004528BC" w:rsidRDefault="004F3B56">
      <w:pPr>
        <w:pStyle w:val="BodyText0"/>
        <w:widowControl w:val="0"/>
        <w:autoSpaceDE w:val="0"/>
        <w:autoSpaceDN w:val="0"/>
        <w:rPr>
          <w:sz w:val="21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192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tabs>
          <w:tab w:val="left" w:pos="4190"/>
        </w:tabs>
        <w:autoSpaceDE w:val="0"/>
        <w:autoSpaceDN w:val="0"/>
        <w:spacing w:line="151" w:lineRule="auto"/>
        <w:ind w:left="1839"/>
        <w:rPr>
          <w:sz w:val="21"/>
          <w:lang w:eastAsia="en-US"/>
        </w:rPr>
      </w:pPr>
      <w:r>
        <w:rPr>
          <w:spacing w:val="-10"/>
          <w:position w:val="-15"/>
          <w:sz w:val="33"/>
          <w:lang w:eastAsia="en-US"/>
        </w:rPr>
        <w:t>2</w:t>
      </w:r>
      <w:r>
        <w:rPr>
          <w:position w:val="-15"/>
          <w:sz w:val="33"/>
          <w:lang w:eastAsia="en-US"/>
        </w:rPr>
        <w:tab/>
      </w:r>
      <w:r>
        <w:rPr>
          <w:spacing w:val="-2"/>
          <w:sz w:val="21"/>
          <w:lang w:eastAsia="en-US"/>
        </w:rPr>
        <w:t>10:18-6.878</w:t>
      </w:r>
    </w:p>
    <w:p w:rsidR="004528BC" w:rsidRDefault="009B3A75">
      <w:pPr>
        <w:pStyle w:val="Normal0"/>
        <w:widowControl w:val="0"/>
        <w:autoSpaceDE w:val="0"/>
        <w:autoSpaceDN w:val="0"/>
        <w:spacing w:before="58"/>
        <w:ind w:left="2290"/>
        <w:rPr>
          <w:sz w:val="33"/>
          <w:lang w:eastAsia="en-US"/>
        </w:rPr>
      </w:pPr>
      <w:r>
        <w:rPr>
          <w:spacing w:val="-10"/>
          <w:sz w:val="33"/>
          <w:lang w:eastAsia="en-US"/>
        </w:rPr>
        <w:t>1</w:t>
      </w:r>
    </w:p>
    <w:p w:rsidR="004528BC" w:rsidRDefault="009B3A75">
      <w:pPr>
        <w:pStyle w:val="Normal0"/>
        <w:widowControl w:val="0"/>
        <w:autoSpaceDE w:val="0"/>
        <w:autoSpaceDN w:val="0"/>
        <w:spacing w:before="189"/>
        <w:ind w:left="3879"/>
        <w:rPr>
          <w:sz w:val="21"/>
          <w:lang w:eastAsia="en-US"/>
        </w:rPr>
      </w:pPr>
      <w:r>
        <w:rPr>
          <w:sz w:val="21"/>
          <w:lang w:eastAsia="en-US"/>
        </w:rPr>
        <w:t>«ВЛ-0,4</w:t>
      </w:r>
      <w:r>
        <w:rPr>
          <w:spacing w:val="-6"/>
          <w:sz w:val="21"/>
          <w:lang w:eastAsia="en-US"/>
        </w:rPr>
        <w:t xml:space="preserve"> </w:t>
      </w:r>
      <w:proofErr w:type="spellStart"/>
      <w:r>
        <w:rPr>
          <w:sz w:val="21"/>
          <w:lang w:eastAsia="en-US"/>
        </w:rPr>
        <w:t>кВ</w:t>
      </w:r>
      <w:proofErr w:type="spellEnd"/>
      <w:r>
        <w:rPr>
          <w:spacing w:val="-7"/>
          <w:sz w:val="21"/>
          <w:lang w:eastAsia="en-US"/>
        </w:rPr>
        <w:t xml:space="preserve"> </w:t>
      </w:r>
      <w:r>
        <w:rPr>
          <w:sz w:val="21"/>
          <w:lang w:eastAsia="en-US"/>
        </w:rPr>
        <w:t>от</w:t>
      </w:r>
      <w:r>
        <w:rPr>
          <w:spacing w:val="-6"/>
          <w:sz w:val="21"/>
          <w:lang w:eastAsia="en-US"/>
        </w:rPr>
        <w:t xml:space="preserve"> </w:t>
      </w:r>
      <w:r>
        <w:rPr>
          <w:sz w:val="21"/>
          <w:lang w:eastAsia="en-US"/>
        </w:rPr>
        <w:t>ТП-136</w:t>
      </w:r>
      <w:r>
        <w:rPr>
          <w:spacing w:val="-7"/>
          <w:sz w:val="21"/>
          <w:lang w:eastAsia="en-US"/>
        </w:rPr>
        <w:t xml:space="preserve"> </w:t>
      </w:r>
      <w:r>
        <w:rPr>
          <w:sz w:val="21"/>
          <w:lang w:eastAsia="en-US"/>
        </w:rPr>
        <w:t>Л-2,3</w:t>
      </w:r>
      <w:r>
        <w:rPr>
          <w:spacing w:val="-5"/>
          <w:sz w:val="21"/>
          <w:lang w:eastAsia="en-US"/>
        </w:rPr>
        <w:t xml:space="preserve"> </w:t>
      </w:r>
      <w:proofErr w:type="spellStart"/>
      <w:r>
        <w:rPr>
          <w:spacing w:val="-2"/>
          <w:sz w:val="21"/>
          <w:lang w:eastAsia="en-US"/>
        </w:rPr>
        <w:t>п</w:t>
      </w:r>
      <w:proofErr w:type="gramStart"/>
      <w:r>
        <w:rPr>
          <w:spacing w:val="-2"/>
          <w:sz w:val="21"/>
          <w:lang w:eastAsia="en-US"/>
        </w:rPr>
        <w:t>.Ч</w:t>
      </w:r>
      <w:proofErr w:type="gramEnd"/>
      <w:r>
        <w:rPr>
          <w:spacing w:val="-2"/>
          <w:sz w:val="21"/>
          <w:lang w:eastAsia="en-US"/>
        </w:rPr>
        <w:t>упа</w:t>
      </w:r>
      <w:proofErr w:type="spellEnd"/>
      <w:r>
        <w:rPr>
          <w:spacing w:val="-2"/>
          <w:sz w:val="21"/>
          <w:lang w:eastAsia="en-US"/>
        </w:rPr>
        <w:t>»</w:t>
      </w:r>
    </w:p>
    <w:p w:rsidR="004528BC" w:rsidRDefault="009B3A75">
      <w:pPr>
        <w:pStyle w:val="BodyText0"/>
        <w:widowControl w:val="0"/>
        <w:autoSpaceDE w:val="0"/>
        <w:autoSpaceDN w:val="0"/>
        <w:spacing w:before="61"/>
        <w:rPr>
          <w:sz w:val="21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9B3A75">
      <w:pPr>
        <w:pStyle w:val="Normal0"/>
        <w:widowControl w:val="0"/>
        <w:autoSpaceDE w:val="0"/>
        <w:autoSpaceDN w:val="0"/>
        <w:ind w:left="964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10:18:0050110:144</w:t>
      </w:r>
    </w:p>
    <w:p w:rsidR="004528BC" w:rsidRDefault="009B3A75">
      <w:pPr>
        <w:pStyle w:val="BodyText0"/>
        <w:widowControl w:val="0"/>
        <w:autoSpaceDE w:val="0"/>
        <w:autoSpaceDN w:val="0"/>
        <w:spacing w:before="187"/>
        <w:rPr>
          <w:sz w:val="21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9B3A75">
      <w:pPr>
        <w:pStyle w:val="Normal0"/>
        <w:widowControl w:val="0"/>
        <w:autoSpaceDE w:val="0"/>
        <w:autoSpaceDN w:val="0"/>
        <w:spacing w:line="237" w:lineRule="exact"/>
        <w:ind w:left="317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10:00-6.347</w:t>
      </w:r>
    </w:p>
    <w:p w:rsidR="004528BC" w:rsidRDefault="009B3A75">
      <w:pPr>
        <w:pStyle w:val="Normal0"/>
        <w:widowControl w:val="0"/>
        <w:autoSpaceDE w:val="0"/>
        <w:autoSpaceDN w:val="0"/>
        <w:spacing w:line="237" w:lineRule="exact"/>
        <w:ind w:left="314"/>
        <w:rPr>
          <w:sz w:val="21"/>
          <w:lang w:eastAsia="en-US"/>
        </w:rPr>
      </w:pPr>
      <w:r>
        <w:rPr>
          <w:spacing w:val="-2"/>
          <w:sz w:val="21"/>
          <w:lang w:eastAsia="en-US"/>
        </w:rPr>
        <w:t>10:00-6.348</w:t>
      </w:r>
    </w:p>
    <w:p w:rsidR="004528BC" w:rsidRDefault="004F3B56">
      <w:pPr>
        <w:pStyle w:val="Normal0"/>
        <w:widowControl w:val="0"/>
        <w:autoSpaceDE w:val="0"/>
        <w:autoSpaceDN w:val="0"/>
        <w:spacing w:line="237" w:lineRule="exact"/>
        <w:rPr>
          <w:sz w:val="21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num="3" w:space="720" w:equalWidth="0">
            <w:col w:w="7147" w:space="40"/>
            <w:col w:w="2604" w:space="39"/>
            <w:col w:w="4318"/>
          </w:cols>
        </w:sectPr>
      </w:pPr>
    </w:p>
    <w:p w:rsidR="004528BC" w:rsidRDefault="004F3B56">
      <w:pPr>
        <w:pStyle w:val="BodyText0"/>
        <w:widowControl w:val="0"/>
        <w:autoSpaceDE w:val="0"/>
        <w:autoSpaceDN w:val="0"/>
        <w:spacing w:before="3"/>
        <w:rPr>
          <w:sz w:val="9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9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space="720"/>
        </w:sectPr>
      </w:pPr>
    </w:p>
    <w:p w:rsidR="004528BC" w:rsidRDefault="009B3A75">
      <w:pPr>
        <w:pStyle w:val="Heading10"/>
        <w:widowControl w:val="0"/>
        <w:autoSpaceDE w:val="0"/>
        <w:autoSpaceDN w:val="0"/>
        <w:spacing w:before="178"/>
        <w:ind w:left="721"/>
        <w:rPr>
          <w:lang w:eastAsia="en-US"/>
        </w:rPr>
      </w:pPr>
      <w:r>
        <w:rPr>
          <w:lang w:eastAsia="en-US"/>
        </w:rPr>
        <w:lastRenderedPageBreak/>
        <w:t>Условные</w:t>
      </w:r>
      <w:r>
        <w:rPr>
          <w:spacing w:val="10"/>
          <w:lang w:eastAsia="en-US"/>
        </w:rPr>
        <w:t xml:space="preserve"> </w:t>
      </w:r>
      <w:r>
        <w:rPr>
          <w:spacing w:val="-2"/>
          <w:lang w:eastAsia="en-US"/>
        </w:rPr>
        <w:t>обозначения:</w:t>
      </w:r>
    </w:p>
    <w:p w:rsidR="004528BC" w:rsidRDefault="009B3A75">
      <w:pPr>
        <w:pStyle w:val="Normal0"/>
        <w:widowControl w:val="0"/>
        <w:autoSpaceDE w:val="0"/>
        <w:autoSpaceDN w:val="0"/>
        <w:spacing w:before="274" w:line="131" w:lineRule="exact"/>
        <w:ind w:left="1060"/>
        <w:rPr>
          <w:sz w:val="12"/>
          <w:lang w:eastAsia="en-US"/>
        </w:rPr>
      </w:pPr>
      <w:r>
        <w:rPr>
          <w:w w:val="105"/>
          <w:sz w:val="12"/>
          <w:lang w:eastAsia="en-US"/>
        </w:rPr>
        <w:t>-</w:t>
      </w:r>
      <w:r>
        <w:rPr>
          <w:spacing w:val="-4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граница</w:t>
      </w:r>
      <w:r>
        <w:rPr>
          <w:spacing w:val="-5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публичного</w:t>
      </w:r>
      <w:r>
        <w:rPr>
          <w:spacing w:val="-4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сервитута</w:t>
      </w:r>
    </w:p>
    <w:p w:rsidR="004528BC" w:rsidRDefault="009B3A75">
      <w:pPr>
        <w:pStyle w:val="Normal0"/>
        <w:widowControl w:val="0"/>
        <w:autoSpaceDE w:val="0"/>
        <w:autoSpaceDN w:val="0"/>
        <w:spacing w:before="92"/>
        <w:ind w:left="1484"/>
        <w:rPr>
          <w:sz w:val="21"/>
          <w:lang w:eastAsia="en-US"/>
        </w:rPr>
      </w:pPr>
      <w:r>
        <w:rPr>
          <w:lang w:eastAsia="en-US"/>
        </w:rPr>
        <w:br w:type="column"/>
      </w:r>
      <w:r>
        <w:rPr>
          <w:sz w:val="21"/>
          <w:lang w:eastAsia="en-US"/>
        </w:rPr>
        <w:lastRenderedPageBreak/>
        <w:t>масштаб</w:t>
      </w:r>
      <w:r>
        <w:rPr>
          <w:spacing w:val="-5"/>
          <w:sz w:val="21"/>
          <w:lang w:eastAsia="en-US"/>
        </w:rPr>
        <w:t xml:space="preserve"> </w:t>
      </w:r>
      <w:r>
        <w:rPr>
          <w:sz w:val="21"/>
          <w:lang w:eastAsia="en-US"/>
        </w:rPr>
        <w:t>1</w:t>
      </w:r>
      <w:proofErr w:type="gramStart"/>
      <w:r>
        <w:rPr>
          <w:spacing w:val="-4"/>
          <w:sz w:val="21"/>
          <w:lang w:eastAsia="en-US"/>
        </w:rPr>
        <w:t xml:space="preserve"> </w:t>
      </w:r>
      <w:r>
        <w:rPr>
          <w:sz w:val="21"/>
          <w:lang w:eastAsia="en-US"/>
        </w:rPr>
        <w:t>:</w:t>
      </w:r>
      <w:proofErr w:type="gramEnd"/>
      <w:r>
        <w:rPr>
          <w:spacing w:val="-3"/>
          <w:sz w:val="21"/>
          <w:lang w:eastAsia="en-US"/>
        </w:rPr>
        <w:t xml:space="preserve"> </w:t>
      </w:r>
      <w:r>
        <w:rPr>
          <w:spacing w:val="-5"/>
          <w:sz w:val="21"/>
          <w:lang w:eastAsia="en-US"/>
        </w:rPr>
        <w:t>500</w:t>
      </w:r>
    </w:p>
    <w:p w:rsidR="004528BC" w:rsidRDefault="004F3B56">
      <w:pPr>
        <w:pStyle w:val="BodyText0"/>
        <w:widowControl w:val="0"/>
        <w:autoSpaceDE w:val="0"/>
        <w:autoSpaceDN w:val="0"/>
        <w:spacing w:before="63"/>
        <w:rPr>
          <w:sz w:val="21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ind w:left="721"/>
        <w:rPr>
          <w:sz w:val="12"/>
          <w:lang w:eastAsia="en-US"/>
        </w:rPr>
      </w:pPr>
      <w:r>
        <w:rPr>
          <w:w w:val="105"/>
          <w:position w:val="4"/>
          <w:sz w:val="16"/>
          <w:lang w:eastAsia="en-US"/>
        </w:rPr>
        <w:t>1</w:t>
      </w:r>
      <w:r>
        <w:rPr>
          <w:spacing w:val="56"/>
          <w:w w:val="105"/>
          <w:position w:val="4"/>
          <w:sz w:val="16"/>
          <w:lang w:eastAsia="en-US"/>
        </w:rPr>
        <w:t xml:space="preserve"> </w:t>
      </w:r>
      <w:r>
        <w:rPr>
          <w:w w:val="105"/>
          <w:sz w:val="12"/>
          <w:lang w:eastAsia="en-US"/>
        </w:rPr>
        <w:t>-</w:t>
      </w:r>
      <w:r>
        <w:rPr>
          <w:spacing w:val="-2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характерная</w:t>
      </w:r>
      <w:r>
        <w:rPr>
          <w:spacing w:val="-2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точка</w:t>
      </w:r>
      <w:r>
        <w:rPr>
          <w:spacing w:val="-2"/>
          <w:w w:val="105"/>
          <w:sz w:val="12"/>
          <w:lang w:eastAsia="en-US"/>
        </w:rPr>
        <w:t xml:space="preserve"> границы</w:t>
      </w:r>
    </w:p>
    <w:p w:rsidR="004528BC" w:rsidRDefault="009B3A75">
      <w:pPr>
        <w:pStyle w:val="BodyText0"/>
        <w:widowControl w:val="0"/>
        <w:autoSpaceDE w:val="0"/>
        <w:autoSpaceDN w:val="0"/>
        <w:rPr>
          <w:sz w:val="12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4F3B56">
      <w:pPr>
        <w:pStyle w:val="BodyText0"/>
        <w:widowControl w:val="0"/>
        <w:autoSpaceDE w:val="0"/>
        <w:autoSpaceDN w:val="0"/>
        <w:rPr>
          <w:sz w:val="12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12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rPr>
          <w:sz w:val="12"/>
          <w:u w:val="none"/>
          <w:lang w:eastAsia="en-US"/>
        </w:rPr>
      </w:pPr>
    </w:p>
    <w:p w:rsidR="004528BC" w:rsidRDefault="004F3B56">
      <w:pPr>
        <w:pStyle w:val="BodyText0"/>
        <w:widowControl w:val="0"/>
        <w:autoSpaceDE w:val="0"/>
        <w:autoSpaceDN w:val="0"/>
        <w:spacing w:before="39"/>
        <w:rPr>
          <w:sz w:val="12"/>
          <w:u w:val="none"/>
          <w:lang w:eastAsia="en-US"/>
        </w:rPr>
      </w:pPr>
    </w:p>
    <w:p w:rsidR="004528BC" w:rsidRDefault="009B3A75">
      <w:pPr>
        <w:pStyle w:val="Normal0"/>
        <w:widowControl w:val="0"/>
        <w:autoSpaceDE w:val="0"/>
        <w:autoSpaceDN w:val="0"/>
        <w:spacing w:before="1" w:line="129" w:lineRule="exact"/>
        <w:ind w:left="369"/>
        <w:rPr>
          <w:position w:val="1"/>
          <w:sz w:val="12"/>
          <w:lang w:eastAsia="en-US"/>
        </w:rPr>
      </w:pPr>
      <w:r>
        <w:rPr>
          <w:w w:val="105"/>
          <w:sz w:val="12"/>
          <w:lang w:eastAsia="en-US"/>
        </w:rPr>
        <w:t>:303</w:t>
      </w:r>
      <w:r>
        <w:rPr>
          <w:spacing w:val="16"/>
          <w:w w:val="105"/>
          <w:sz w:val="12"/>
          <w:lang w:eastAsia="en-US"/>
        </w:rPr>
        <w:t xml:space="preserve"> </w:t>
      </w:r>
      <w:r>
        <w:rPr>
          <w:w w:val="105"/>
          <w:position w:val="1"/>
          <w:sz w:val="12"/>
          <w:lang w:eastAsia="en-US"/>
        </w:rPr>
        <w:t>-</w:t>
      </w:r>
      <w:r>
        <w:rPr>
          <w:spacing w:val="-5"/>
          <w:w w:val="105"/>
          <w:position w:val="1"/>
          <w:sz w:val="12"/>
          <w:lang w:eastAsia="en-US"/>
        </w:rPr>
        <w:t xml:space="preserve"> </w:t>
      </w:r>
      <w:r>
        <w:rPr>
          <w:w w:val="105"/>
          <w:position w:val="1"/>
          <w:sz w:val="12"/>
          <w:lang w:eastAsia="en-US"/>
        </w:rPr>
        <w:t>кадастровый</w:t>
      </w:r>
      <w:r>
        <w:rPr>
          <w:spacing w:val="-5"/>
          <w:w w:val="105"/>
          <w:position w:val="1"/>
          <w:sz w:val="12"/>
          <w:lang w:eastAsia="en-US"/>
        </w:rPr>
        <w:t xml:space="preserve"> </w:t>
      </w:r>
      <w:r>
        <w:rPr>
          <w:w w:val="105"/>
          <w:position w:val="1"/>
          <w:sz w:val="12"/>
          <w:lang w:eastAsia="en-US"/>
        </w:rPr>
        <w:t>номер</w:t>
      </w:r>
      <w:r>
        <w:rPr>
          <w:spacing w:val="-6"/>
          <w:w w:val="105"/>
          <w:position w:val="1"/>
          <w:sz w:val="12"/>
          <w:lang w:eastAsia="en-US"/>
        </w:rPr>
        <w:t xml:space="preserve"> </w:t>
      </w:r>
      <w:r>
        <w:rPr>
          <w:w w:val="105"/>
          <w:position w:val="1"/>
          <w:sz w:val="12"/>
          <w:lang w:eastAsia="en-US"/>
        </w:rPr>
        <w:t>земельного</w:t>
      </w:r>
      <w:r>
        <w:rPr>
          <w:spacing w:val="-5"/>
          <w:w w:val="105"/>
          <w:position w:val="1"/>
          <w:sz w:val="12"/>
          <w:lang w:eastAsia="en-US"/>
        </w:rPr>
        <w:t xml:space="preserve"> </w:t>
      </w:r>
      <w:r>
        <w:rPr>
          <w:spacing w:val="-2"/>
          <w:w w:val="105"/>
          <w:position w:val="1"/>
          <w:sz w:val="12"/>
          <w:lang w:eastAsia="en-US"/>
        </w:rPr>
        <w:t>участка</w:t>
      </w:r>
    </w:p>
    <w:p w:rsidR="004528BC" w:rsidRDefault="004F3B56">
      <w:pPr>
        <w:pStyle w:val="Normal0"/>
        <w:widowControl w:val="0"/>
        <w:autoSpaceDE w:val="0"/>
        <w:autoSpaceDN w:val="0"/>
        <w:spacing w:line="129" w:lineRule="exact"/>
        <w:rPr>
          <w:position w:val="1"/>
          <w:sz w:val="12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num="3" w:space="720" w:equalWidth="0">
            <w:col w:w="3415" w:space="938"/>
            <w:col w:w="2889" w:space="40"/>
            <w:col w:w="6866"/>
          </w:cols>
        </w:sectPr>
      </w:pPr>
    </w:p>
    <w:p w:rsidR="004528BC" w:rsidRDefault="009B3A75">
      <w:pPr>
        <w:pStyle w:val="ListParagraph0"/>
        <w:widowControl w:val="0"/>
        <w:numPr>
          <w:ilvl w:val="0"/>
          <w:numId w:val="15"/>
        </w:numPr>
        <w:tabs>
          <w:tab w:val="left" w:pos="1065"/>
          <w:tab w:val="left" w:pos="1134"/>
        </w:tabs>
        <w:autoSpaceDE w:val="0"/>
        <w:autoSpaceDN w:val="0"/>
        <w:spacing w:before="79" w:line="244" w:lineRule="auto"/>
        <w:ind w:hanging="3"/>
        <w:rPr>
          <w:sz w:val="12"/>
          <w:lang w:eastAsia="en-US"/>
        </w:rPr>
      </w:pPr>
      <w:r>
        <w:rPr>
          <w:w w:val="105"/>
          <w:sz w:val="12"/>
          <w:lang w:eastAsia="en-US"/>
        </w:rPr>
        <w:lastRenderedPageBreak/>
        <w:t>существующая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часть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границы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земельного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участка,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имеющиеся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в</w:t>
      </w:r>
      <w:r>
        <w:rPr>
          <w:spacing w:val="40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ЕГРН сведения о которой достаточны для определения ее</w:t>
      </w:r>
    </w:p>
    <w:p w:rsidR="004528BC" w:rsidRDefault="009B3A75">
      <w:pPr>
        <w:pStyle w:val="Normal0"/>
        <w:widowControl w:val="0"/>
        <w:autoSpaceDE w:val="0"/>
        <w:autoSpaceDN w:val="0"/>
        <w:spacing w:line="135" w:lineRule="exact"/>
        <w:ind w:left="1064"/>
        <w:rPr>
          <w:sz w:val="12"/>
          <w:lang w:eastAsia="en-US"/>
        </w:rPr>
      </w:pPr>
      <w:r>
        <w:rPr>
          <w:spacing w:val="-2"/>
          <w:w w:val="105"/>
          <w:sz w:val="12"/>
          <w:lang w:eastAsia="en-US"/>
        </w:rPr>
        <w:t>местоположения</w:t>
      </w:r>
    </w:p>
    <w:p w:rsidR="004528BC" w:rsidRDefault="009B3A75">
      <w:pPr>
        <w:pStyle w:val="ListParagraph0"/>
        <w:widowControl w:val="0"/>
        <w:numPr>
          <w:ilvl w:val="0"/>
          <w:numId w:val="15"/>
        </w:numPr>
        <w:tabs>
          <w:tab w:val="left" w:pos="1122"/>
        </w:tabs>
        <w:autoSpaceDE w:val="0"/>
        <w:autoSpaceDN w:val="0"/>
        <w:ind w:left="1122" w:hanging="72"/>
        <w:rPr>
          <w:sz w:val="12"/>
          <w:lang w:eastAsia="en-US"/>
        </w:rPr>
      </w:pPr>
      <w:r>
        <w:rPr>
          <w:spacing w:val="-2"/>
          <w:w w:val="105"/>
          <w:sz w:val="12"/>
          <w:lang w:eastAsia="en-US"/>
        </w:rPr>
        <w:t>граница</w:t>
      </w:r>
      <w:r>
        <w:rPr>
          <w:spacing w:val="4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территориальной</w:t>
      </w:r>
      <w:r>
        <w:rPr>
          <w:spacing w:val="5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или</w:t>
      </w:r>
      <w:r>
        <w:rPr>
          <w:spacing w:val="5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иной</w:t>
      </w:r>
      <w:r>
        <w:rPr>
          <w:spacing w:val="5"/>
          <w:w w:val="105"/>
          <w:sz w:val="12"/>
          <w:lang w:eastAsia="en-US"/>
        </w:rPr>
        <w:t xml:space="preserve"> </w:t>
      </w:r>
      <w:r>
        <w:rPr>
          <w:spacing w:val="-4"/>
          <w:w w:val="105"/>
          <w:sz w:val="12"/>
          <w:lang w:eastAsia="en-US"/>
        </w:rPr>
        <w:t>зоны</w:t>
      </w:r>
    </w:p>
    <w:p w:rsidR="004528BC" w:rsidRDefault="009B3A75">
      <w:pPr>
        <w:pStyle w:val="BodyText0"/>
        <w:widowControl w:val="0"/>
        <w:autoSpaceDE w:val="0"/>
        <w:autoSpaceDN w:val="0"/>
        <w:spacing w:before="154"/>
        <w:rPr>
          <w:sz w:val="16"/>
          <w:u w:val="none"/>
          <w:lang w:eastAsia="en-US"/>
        </w:rPr>
      </w:pPr>
      <w:r>
        <w:rPr>
          <w:u w:val="none"/>
          <w:lang w:eastAsia="en-US"/>
        </w:rPr>
        <w:br w:type="column"/>
      </w:r>
    </w:p>
    <w:p w:rsidR="004528BC" w:rsidRDefault="009B3A75">
      <w:pPr>
        <w:pStyle w:val="Normal0"/>
        <w:widowControl w:val="0"/>
        <w:autoSpaceDE w:val="0"/>
        <w:autoSpaceDN w:val="0"/>
        <w:ind w:left="158"/>
        <w:rPr>
          <w:sz w:val="16"/>
          <w:lang w:eastAsia="en-US"/>
        </w:rPr>
      </w:pPr>
      <w:r>
        <w:rPr>
          <w:color w:val="B85B00"/>
          <w:spacing w:val="-4"/>
          <w:sz w:val="16"/>
          <w:lang w:eastAsia="en-US"/>
        </w:rPr>
        <w:t>:183</w:t>
      </w:r>
    </w:p>
    <w:p w:rsidR="004528BC" w:rsidRDefault="009B3A75">
      <w:pPr>
        <w:pStyle w:val="Normal0"/>
        <w:widowControl w:val="0"/>
        <w:autoSpaceDE w:val="0"/>
        <w:autoSpaceDN w:val="0"/>
        <w:spacing w:before="1"/>
        <w:ind w:left="180"/>
        <w:rPr>
          <w:sz w:val="12"/>
          <w:lang w:eastAsia="en-US"/>
        </w:rPr>
      </w:pPr>
      <w:r>
        <w:rPr>
          <w:lang w:eastAsia="en-US"/>
        </w:rPr>
        <w:br w:type="column"/>
      </w:r>
      <w:r>
        <w:rPr>
          <w:w w:val="105"/>
          <w:sz w:val="12"/>
          <w:lang w:eastAsia="en-US"/>
        </w:rPr>
        <w:lastRenderedPageBreak/>
        <w:t>публичного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сервитута</w:t>
      </w:r>
    </w:p>
    <w:p w:rsidR="004528BC" w:rsidRDefault="009B3A75">
      <w:pPr>
        <w:pStyle w:val="ListParagraph0"/>
        <w:widowControl w:val="0"/>
        <w:numPr>
          <w:ilvl w:val="0"/>
          <w:numId w:val="16"/>
        </w:numPr>
        <w:tabs>
          <w:tab w:val="left" w:pos="196"/>
          <w:tab w:val="left" w:pos="200"/>
        </w:tabs>
        <w:autoSpaceDE w:val="0"/>
        <w:autoSpaceDN w:val="0"/>
        <w:spacing w:before="97" w:line="244" w:lineRule="auto"/>
        <w:ind w:hanging="68"/>
        <w:rPr>
          <w:sz w:val="12"/>
          <w:lang w:eastAsia="en-US"/>
        </w:rPr>
      </w:pPr>
      <w:r>
        <w:rPr>
          <w:w w:val="105"/>
          <w:sz w:val="12"/>
          <w:lang w:eastAsia="en-US"/>
        </w:rPr>
        <w:t>обозначение</w:t>
      </w:r>
      <w:r>
        <w:rPr>
          <w:spacing w:val="-4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объекта</w:t>
      </w:r>
      <w:r>
        <w:rPr>
          <w:spacing w:val="40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капитального</w:t>
      </w:r>
      <w:r>
        <w:rPr>
          <w:spacing w:val="-6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строительства</w:t>
      </w:r>
    </w:p>
    <w:p w:rsidR="004528BC" w:rsidRDefault="009B3A75">
      <w:pPr>
        <w:pStyle w:val="Normal0"/>
        <w:widowControl w:val="0"/>
        <w:autoSpaceDE w:val="0"/>
        <w:autoSpaceDN w:val="0"/>
        <w:spacing w:before="95"/>
        <w:ind w:left="772"/>
        <w:rPr>
          <w:sz w:val="12"/>
          <w:lang w:eastAsia="en-US"/>
        </w:rPr>
      </w:pPr>
      <w:r>
        <w:rPr>
          <w:lang w:eastAsia="en-US"/>
        </w:rPr>
        <w:br w:type="column"/>
      </w:r>
      <w:r>
        <w:rPr>
          <w:color w:val="5BB800"/>
          <w:sz w:val="12"/>
          <w:lang w:eastAsia="en-US"/>
        </w:rPr>
        <w:lastRenderedPageBreak/>
        <w:t>10:00-</w:t>
      </w:r>
      <w:r>
        <w:rPr>
          <w:color w:val="5BB800"/>
          <w:spacing w:val="-2"/>
          <w:sz w:val="12"/>
          <w:lang w:eastAsia="en-US"/>
        </w:rPr>
        <w:t>15.17</w:t>
      </w:r>
    </w:p>
    <w:p w:rsidR="004528BC" w:rsidRDefault="009B3A75">
      <w:pPr>
        <w:pStyle w:val="Normal0"/>
        <w:widowControl w:val="0"/>
        <w:autoSpaceDE w:val="0"/>
        <w:autoSpaceDN w:val="0"/>
        <w:spacing w:before="98"/>
        <w:ind w:left="811"/>
        <w:rPr>
          <w:sz w:val="12"/>
          <w:lang w:eastAsia="en-US"/>
        </w:rPr>
      </w:pPr>
      <w:r>
        <w:rPr>
          <w:sz w:val="12"/>
          <w:lang w:eastAsia="en-US"/>
        </w:rPr>
        <w:t>10:00-</w:t>
      </w:r>
      <w:r>
        <w:rPr>
          <w:spacing w:val="-4"/>
          <w:sz w:val="12"/>
          <w:lang w:eastAsia="en-US"/>
        </w:rPr>
        <w:t>6.25</w:t>
      </w:r>
    </w:p>
    <w:p w:rsidR="004528BC" w:rsidRDefault="009B3A75">
      <w:pPr>
        <w:pStyle w:val="ListParagraph0"/>
        <w:widowControl w:val="0"/>
        <w:numPr>
          <w:ilvl w:val="0"/>
          <w:numId w:val="16"/>
        </w:numPr>
        <w:tabs>
          <w:tab w:val="left" w:pos="188"/>
        </w:tabs>
        <w:autoSpaceDE w:val="0"/>
        <w:autoSpaceDN w:val="0"/>
        <w:spacing w:before="108"/>
        <w:ind w:left="188" w:hanging="72"/>
        <w:rPr>
          <w:sz w:val="12"/>
          <w:lang w:eastAsia="en-US"/>
        </w:rPr>
      </w:pPr>
      <w:r>
        <w:rPr>
          <w:lang w:eastAsia="en-US"/>
        </w:rPr>
        <w:br w:type="column"/>
      </w:r>
      <w:r>
        <w:rPr>
          <w:spacing w:val="-2"/>
          <w:w w:val="105"/>
          <w:sz w:val="12"/>
          <w:lang w:eastAsia="en-US"/>
        </w:rPr>
        <w:lastRenderedPageBreak/>
        <w:t>номер</w:t>
      </w:r>
      <w:r>
        <w:rPr>
          <w:spacing w:val="3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территориальной</w:t>
      </w:r>
      <w:r>
        <w:rPr>
          <w:spacing w:val="4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или</w:t>
      </w:r>
      <w:r>
        <w:rPr>
          <w:spacing w:val="4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иной</w:t>
      </w:r>
      <w:r>
        <w:rPr>
          <w:spacing w:val="4"/>
          <w:w w:val="105"/>
          <w:sz w:val="12"/>
          <w:lang w:eastAsia="en-US"/>
        </w:rPr>
        <w:t xml:space="preserve"> </w:t>
      </w:r>
      <w:r>
        <w:rPr>
          <w:spacing w:val="-4"/>
          <w:w w:val="105"/>
          <w:sz w:val="12"/>
          <w:lang w:eastAsia="en-US"/>
        </w:rPr>
        <w:t>зоны</w:t>
      </w:r>
    </w:p>
    <w:p w:rsidR="004528BC" w:rsidRDefault="009B3A75">
      <w:pPr>
        <w:pStyle w:val="ListParagraph0"/>
        <w:widowControl w:val="0"/>
        <w:numPr>
          <w:ilvl w:val="0"/>
          <w:numId w:val="16"/>
        </w:numPr>
        <w:tabs>
          <w:tab w:val="left" w:pos="194"/>
        </w:tabs>
        <w:autoSpaceDE w:val="0"/>
        <w:autoSpaceDN w:val="0"/>
        <w:spacing w:before="99"/>
        <w:ind w:left="194" w:hanging="72"/>
        <w:rPr>
          <w:sz w:val="12"/>
          <w:lang w:eastAsia="en-US"/>
        </w:rPr>
      </w:pPr>
      <w:r>
        <w:rPr>
          <w:w w:val="105"/>
          <w:sz w:val="12"/>
          <w:lang w:eastAsia="en-US"/>
        </w:rPr>
        <w:t>номер</w:t>
      </w:r>
      <w:r>
        <w:rPr>
          <w:spacing w:val="-4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ЗОУИТ</w:t>
      </w:r>
    </w:p>
    <w:p w:rsidR="004528BC" w:rsidRDefault="004F3B56">
      <w:pPr>
        <w:pStyle w:val="ListParagraph0"/>
        <w:widowControl w:val="0"/>
        <w:autoSpaceDE w:val="0"/>
        <w:autoSpaceDN w:val="0"/>
        <w:rPr>
          <w:sz w:val="12"/>
          <w:lang w:eastAsia="en-US"/>
        </w:rPr>
        <w:sectPr w:rsidR="004528BC">
          <w:type w:val="continuous"/>
          <w:pgSz w:w="16840" w:h="11900" w:orient="landscape"/>
          <w:pgMar w:top="1100" w:right="1417" w:bottom="280" w:left="1275" w:header="720" w:footer="720" w:gutter="0"/>
          <w:cols w:num="5" w:space="720" w:equalWidth="0">
            <w:col w:w="4609" w:space="40"/>
            <w:col w:w="456" w:space="39"/>
            <w:col w:w="1714" w:space="40"/>
            <w:col w:w="1384" w:space="40"/>
            <w:col w:w="5826"/>
          </w:cols>
        </w:sectPr>
      </w:pPr>
    </w:p>
    <w:p w:rsidR="004528BC" w:rsidRDefault="007D1603">
      <w:pPr>
        <w:pStyle w:val="ListParagraph0"/>
        <w:widowControl w:val="0"/>
        <w:numPr>
          <w:ilvl w:val="1"/>
          <w:numId w:val="16"/>
        </w:numPr>
        <w:tabs>
          <w:tab w:val="left" w:pos="1122"/>
        </w:tabs>
        <w:autoSpaceDE w:val="0"/>
        <w:autoSpaceDN w:val="0"/>
        <w:spacing w:before="72"/>
        <w:ind w:left="1122" w:hanging="72"/>
        <w:rPr>
          <w:sz w:val="12"/>
          <w:lang w:eastAsia="en-US"/>
        </w:rPr>
      </w:pPr>
      <w:r>
        <w:rPr>
          <w:noProof/>
          <w:sz w:val="12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-1905</wp:posOffset>
                </wp:positionH>
                <wp:positionV relativeFrom="page">
                  <wp:posOffset>-6985</wp:posOffset>
                </wp:positionV>
                <wp:extent cx="10700385" cy="7568565"/>
                <wp:effectExtent l="7620" t="2540" r="7620" b="12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00385" cy="7568565"/>
                          <a:chOff x="-3" y="-11"/>
                          <a:chExt cx="16851" cy="11919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138" y="648"/>
                            <a:ext cx="15418" cy="7823"/>
                          </a:xfrm>
                          <a:custGeom>
                            <a:avLst/>
                            <a:gdLst>
                              <a:gd name="T0" fmla="+- 0 1342 1138"/>
                              <a:gd name="T1" fmla="*/ T0 w 15418"/>
                              <a:gd name="T2" fmla="+- 0 2758 649"/>
                              <a:gd name="T3" fmla="*/ 2758 h 7823"/>
                              <a:gd name="T4" fmla="+- 0 2469 1138"/>
                              <a:gd name="T5" fmla="*/ T4 w 15418"/>
                              <a:gd name="T6" fmla="+- 0 3229 649"/>
                              <a:gd name="T7" fmla="*/ 3229 h 7823"/>
                              <a:gd name="T8" fmla="+- 0 5235 1138"/>
                              <a:gd name="T9" fmla="*/ T8 w 15418"/>
                              <a:gd name="T10" fmla="+- 0 3994 649"/>
                              <a:gd name="T11" fmla="*/ 3994 h 7823"/>
                              <a:gd name="T12" fmla="+- 0 4812 1138"/>
                              <a:gd name="T13" fmla="*/ T12 w 15418"/>
                              <a:gd name="T14" fmla="+- 0 5394 649"/>
                              <a:gd name="T15" fmla="*/ 5394 h 7823"/>
                              <a:gd name="T16" fmla="+- 0 4508 1138"/>
                              <a:gd name="T17" fmla="*/ T16 w 15418"/>
                              <a:gd name="T18" fmla="+- 0 5622 649"/>
                              <a:gd name="T19" fmla="*/ 5622 h 7823"/>
                              <a:gd name="T20" fmla="+- 0 3459 1138"/>
                              <a:gd name="T21" fmla="*/ T20 w 15418"/>
                              <a:gd name="T22" fmla="+- 0 7342 649"/>
                              <a:gd name="T23" fmla="*/ 7342 h 7823"/>
                              <a:gd name="T24" fmla="+- 0 2590 1138"/>
                              <a:gd name="T25" fmla="*/ T24 w 15418"/>
                              <a:gd name="T26" fmla="+- 0 7956 649"/>
                              <a:gd name="T27" fmla="*/ 7956 h 7823"/>
                              <a:gd name="T28" fmla="+- 0 16556 1138"/>
                              <a:gd name="T29" fmla="*/ T28 w 15418"/>
                              <a:gd name="T30" fmla="+- 0 7047 649"/>
                              <a:gd name="T31" fmla="*/ 7047 h 7823"/>
                              <a:gd name="T32" fmla="+- 0 16384 1138"/>
                              <a:gd name="T33" fmla="*/ T32 w 15418"/>
                              <a:gd name="T34" fmla="+- 0 8452 649"/>
                              <a:gd name="T35" fmla="*/ 8452 h 7823"/>
                              <a:gd name="T36" fmla="+- 0 13833 1138"/>
                              <a:gd name="T37" fmla="*/ T36 w 15418"/>
                              <a:gd name="T38" fmla="+- 0 2096 649"/>
                              <a:gd name="T39" fmla="*/ 2096 h 7823"/>
                              <a:gd name="T40" fmla="+- 0 16556 1138"/>
                              <a:gd name="T41" fmla="*/ T40 w 15418"/>
                              <a:gd name="T42" fmla="+- 0 1106 649"/>
                              <a:gd name="T43" fmla="*/ 1106 h 7823"/>
                              <a:gd name="T44" fmla="+- 0 14649 1138"/>
                              <a:gd name="T45" fmla="*/ T44 w 15418"/>
                              <a:gd name="T46" fmla="+- 0 649 649"/>
                              <a:gd name="T47" fmla="*/ 649 h 7823"/>
                              <a:gd name="T48" fmla="+- 0 13833 1138"/>
                              <a:gd name="T49" fmla="*/ T48 w 15418"/>
                              <a:gd name="T50" fmla="+- 0 2096 649"/>
                              <a:gd name="T51" fmla="*/ 2096 h 7823"/>
                              <a:gd name="T52" fmla="+- 0 12765 1138"/>
                              <a:gd name="T53" fmla="*/ T52 w 15418"/>
                              <a:gd name="T54" fmla="+- 0 7054 649"/>
                              <a:gd name="T55" fmla="*/ 7054 h 7823"/>
                              <a:gd name="T56" fmla="+- 0 9437 1138"/>
                              <a:gd name="T57" fmla="*/ T56 w 15418"/>
                              <a:gd name="T58" fmla="+- 0 6759 649"/>
                              <a:gd name="T59" fmla="*/ 6759 h 7823"/>
                              <a:gd name="T60" fmla="+- 0 9413 1138"/>
                              <a:gd name="T61" fmla="*/ T60 w 15418"/>
                              <a:gd name="T62" fmla="+- 0 6002 649"/>
                              <a:gd name="T63" fmla="*/ 6002 h 7823"/>
                              <a:gd name="T64" fmla="+- 0 9238 1138"/>
                              <a:gd name="T65" fmla="*/ T64 w 15418"/>
                              <a:gd name="T66" fmla="+- 0 5515 649"/>
                              <a:gd name="T67" fmla="*/ 5515 h 7823"/>
                              <a:gd name="T68" fmla="+- 0 9194 1138"/>
                              <a:gd name="T69" fmla="*/ T68 w 15418"/>
                              <a:gd name="T70" fmla="+- 0 2094 649"/>
                              <a:gd name="T71" fmla="*/ 2094 h 7823"/>
                              <a:gd name="T72" fmla="+- 0 9483 1138"/>
                              <a:gd name="T73" fmla="*/ T72 w 15418"/>
                              <a:gd name="T74" fmla="+- 0 6543 649"/>
                              <a:gd name="T75" fmla="*/ 6543 h 7823"/>
                              <a:gd name="T76" fmla="+- 0 13082 1138"/>
                              <a:gd name="T77" fmla="*/ T76 w 15418"/>
                              <a:gd name="T78" fmla="+- 0 4478 649"/>
                              <a:gd name="T79" fmla="*/ 4478 h 7823"/>
                              <a:gd name="T80" fmla="+- 0 9598 1138"/>
                              <a:gd name="T81" fmla="*/ T80 w 15418"/>
                              <a:gd name="T82" fmla="+- 0 6830 649"/>
                              <a:gd name="T83" fmla="*/ 6830 h 7823"/>
                              <a:gd name="T84" fmla="+- 0 1205 1138"/>
                              <a:gd name="T85" fmla="*/ T84 w 15418"/>
                              <a:gd name="T86" fmla="+- 0 8455 649"/>
                              <a:gd name="T87" fmla="*/ 8455 h 7823"/>
                              <a:gd name="T88" fmla="+- 0 1376 1138"/>
                              <a:gd name="T89" fmla="*/ T88 w 15418"/>
                              <a:gd name="T90" fmla="+- 0 8445 649"/>
                              <a:gd name="T91" fmla="*/ 8445 h 7823"/>
                              <a:gd name="T92" fmla="+- 0 1546 1138"/>
                              <a:gd name="T93" fmla="*/ T92 w 15418"/>
                              <a:gd name="T94" fmla="+- 0 8437 649"/>
                              <a:gd name="T95" fmla="*/ 8437 h 7823"/>
                              <a:gd name="T96" fmla="+- 0 1715 1138"/>
                              <a:gd name="T97" fmla="*/ T96 w 15418"/>
                              <a:gd name="T98" fmla="+- 0 8427 649"/>
                              <a:gd name="T99" fmla="*/ 8427 h 7823"/>
                              <a:gd name="T100" fmla="+- 0 1886 1138"/>
                              <a:gd name="T101" fmla="*/ T100 w 15418"/>
                              <a:gd name="T102" fmla="+- 0 8419 649"/>
                              <a:gd name="T103" fmla="*/ 8419 h 7823"/>
                              <a:gd name="T104" fmla="+- 0 2055 1138"/>
                              <a:gd name="T105" fmla="*/ T104 w 15418"/>
                              <a:gd name="T106" fmla="+- 0 8409 649"/>
                              <a:gd name="T107" fmla="*/ 8409 h 7823"/>
                              <a:gd name="T108" fmla="+- 0 2242 1138"/>
                              <a:gd name="T109" fmla="*/ T108 w 15418"/>
                              <a:gd name="T110" fmla="+- 0 8400 649"/>
                              <a:gd name="T111" fmla="*/ 8400 h 7823"/>
                              <a:gd name="T112" fmla="+- 0 2387 1138"/>
                              <a:gd name="T113" fmla="*/ T112 w 15418"/>
                              <a:gd name="T114" fmla="+- 0 8364 649"/>
                              <a:gd name="T115" fmla="*/ 8364 h 7823"/>
                              <a:gd name="T116" fmla="+- 0 2553 1138"/>
                              <a:gd name="T117" fmla="*/ T116 w 15418"/>
                              <a:gd name="T118" fmla="+- 0 8323 649"/>
                              <a:gd name="T119" fmla="*/ 8323 h 7823"/>
                              <a:gd name="T120" fmla="+- 0 2718 1138"/>
                              <a:gd name="T121" fmla="*/ T120 w 15418"/>
                              <a:gd name="T122" fmla="+- 0 8283 649"/>
                              <a:gd name="T123" fmla="*/ 8283 h 7823"/>
                              <a:gd name="T124" fmla="+- 0 2883 1138"/>
                              <a:gd name="T125" fmla="*/ T124 w 15418"/>
                              <a:gd name="T126" fmla="+- 0 8242 649"/>
                              <a:gd name="T127" fmla="*/ 8242 h 7823"/>
                              <a:gd name="T128" fmla="+- 0 3048 1138"/>
                              <a:gd name="T129" fmla="*/ T128 w 15418"/>
                              <a:gd name="T130" fmla="+- 0 8202 649"/>
                              <a:gd name="T131" fmla="*/ 8202 h 7823"/>
                              <a:gd name="T132" fmla="+- 0 3196 1138"/>
                              <a:gd name="T133" fmla="*/ T132 w 15418"/>
                              <a:gd name="T134" fmla="+- 0 8103 649"/>
                              <a:gd name="T135" fmla="*/ 8103 h 7823"/>
                              <a:gd name="T136" fmla="+- 0 3317 1138"/>
                              <a:gd name="T137" fmla="*/ T136 w 15418"/>
                              <a:gd name="T138" fmla="+- 0 7984 649"/>
                              <a:gd name="T139" fmla="*/ 7984 h 7823"/>
                              <a:gd name="T140" fmla="+- 0 3438 1138"/>
                              <a:gd name="T141" fmla="*/ T140 w 15418"/>
                              <a:gd name="T142" fmla="+- 0 7866 649"/>
                              <a:gd name="T143" fmla="*/ 7866 h 7823"/>
                              <a:gd name="T144" fmla="+- 0 3560 1138"/>
                              <a:gd name="T145" fmla="*/ T144 w 15418"/>
                              <a:gd name="T146" fmla="+- 0 7746 649"/>
                              <a:gd name="T147" fmla="*/ 7746 h 7823"/>
                              <a:gd name="T148" fmla="+- 0 3681 1138"/>
                              <a:gd name="T149" fmla="*/ T148 w 15418"/>
                              <a:gd name="T150" fmla="+- 0 7627 649"/>
                              <a:gd name="T151" fmla="*/ 7627 h 7823"/>
                              <a:gd name="T152" fmla="+- 0 3802 1138"/>
                              <a:gd name="T153" fmla="*/ T152 w 15418"/>
                              <a:gd name="T154" fmla="+- 0 7507 649"/>
                              <a:gd name="T155" fmla="*/ 7507 h 7823"/>
                              <a:gd name="T156" fmla="+- 0 3923 1138"/>
                              <a:gd name="T157" fmla="*/ T156 w 15418"/>
                              <a:gd name="T158" fmla="+- 0 7388 649"/>
                              <a:gd name="T159" fmla="*/ 7388 h 7823"/>
                              <a:gd name="T160" fmla="+- 0 4046 1138"/>
                              <a:gd name="T161" fmla="*/ T160 w 15418"/>
                              <a:gd name="T162" fmla="+- 0 7269 649"/>
                              <a:gd name="T163" fmla="*/ 7269 h 7823"/>
                              <a:gd name="T164" fmla="+- 0 4167 1138"/>
                              <a:gd name="T165" fmla="*/ T164 w 15418"/>
                              <a:gd name="T166" fmla="+- 0 7149 649"/>
                              <a:gd name="T167" fmla="*/ 7149 h 7823"/>
                              <a:gd name="T168" fmla="+- 0 4311 1138"/>
                              <a:gd name="T169" fmla="*/ T168 w 15418"/>
                              <a:gd name="T170" fmla="+- 0 7008 649"/>
                              <a:gd name="T171" fmla="*/ 7008 h 7823"/>
                              <a:gd name="T172" fmla="+- 0 4432 1138"/>
                              <a:gd name="T173" fmla="*/ T172 w 15418"/>
                              <a:gd name="T174" fmla="+- 0 6916 649"/>
                              <a:gd name="T175" fmla="*/ 6916 h 7823"/>
                              <a:gd name="T176" fmla="+- 0 4568 1138"/>
                              <a:gd name="T177" fmla="*/ T176 w 15418"/>
                              <a:gd name="T178" fmla="+- 0 6813 649"/>
                              <a:gd name="T179" fmla="*/ 6813 h 7823"/>
                              <a:gd name="T180" fmla="+- 0 4703 1138"/>
                              <a:gd name="T181" fmla="*/ T180 w 15418"/>
                              <a:gd name="T182" fmla="+- 0 6711 649"/>
                              <a:gd name="T183" fmla="*/ 6711 h 7823"/>
                              <a:gd name="T184" fmla="+- 0 4839 1138"/>
                              <a:gd name="T185" fmla="*/ T184 w 15418"/>
                              <a:gd name="T186" fmla="+- 0 6608 649"/>
                              <a:gd name="T187" fmla="*/ 6608 h 7823"/>
                              <a:gd name="T188" fmla="+- 0 4974 1138"/>
                              <a:gd name="T189" fmla="*/ T188 w 15418"/>
                              <a:gd name="T190" fmla="+- 0 6506 649"/>
                              <a:gd name="T191" fmla="*/ 6506 h 7823"/>
                              <a:gd name="T192" fmla="+- 0 5140 1138"/>
                              <a:gd name="T193" fmla="*/ T192 w 15418"/>
                              <a:gd name="T194" fmla="+- 0 6465 649"/>
                              <a:gd name="T195" fmla="*/ 6465 h 78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5418" h="7823">
                                <a:moveTo>
                                  <a:pt x="0" y="2101"/>
                                </a:moveTo>
                                <a:lnTo>
                                  <a:pt x="204" y="2109"/>
                                </a:lnTo>
                                <a:lnTo>
                                  <a:pt x="716" y="2274"/>
                                </a:lnTo>
                                <a:lnTo>
                                  <a:pt x="1331" y="2580"/>
                                </a:lnTo>
                                <a:lnTo>
                                  <a:pt x="2360" y="2820"/>
                                </a:lnTo>
                                <a:lnTo>
                                  <a:pt x="4097" y="3345"/>
                                </a:lnTo>
                                <a:lnTo>
                                  <a:pt x="3791" y="4742"/>
                                </a:lnTo>
                                <a:lnTo>
                                  <a:pt x="3674" y="4745"/>
                                </a:lnTo>
                                <a:lnTo>
                                  <a:pt x="3620" y="4953"/>
                                </a:lnTo>
                                <a:lnTo>
                                  <a:pt x="3370" y="4973"/>
                                </a:lnTo>
                                <a:lnTo>
                                  <a:pt x="3300" y="5745"/>
                                </a:lnTo>
                                <a:lnTo>
                                  <a:pt x="2321" y="6693"/>
                                </a:lnTo>
                                <a:lnTo>
                                  <a:pt x="1682" y="7310"/>
                                </a:lnTo>
                                <a:lnTo>
                                  <a:pt x="1452" y="7307"/>
                                </a:lnTo>
                                <a:lnTo>
                                  <a:pt x="0" y="7271"/>
                                </a:lnTo>
                                <a:moveTo>
                                  <a:pt x="15418" y="6398"/>
                                </a:moveTo>
                                <a:lnTo>
                                  <a:pt x="15262" y="6398"/>
                                </a:lnTo>
                                <a:lnTo>
                                  <a:pt x="15246" y="7803"/>
                                </a:lnTo>
                                <a:lnTo>
                                  <a:pt x="12694" y="7823"/>
                                </a:lnTo>
                                <a:lnTo>
                                  <a:pt x="12695" y="1447"/>
                                </a:lnTo>
                                <a:lnTo>
                                  <a:pt x="15418" y="1447"/>
                                </a:lnTo>
                                <a:moveTo>
                                  <a:pt x="15418" y="457"/>
                                </a:moveTo>
                                <a:lnTo>
                                  <a:pt x="14858" y="462"/>
                                </a:lnTo>
                                <a:lnTo>
                                  <a:pt x="13511" y="0"/>
                                </a:lnTo>
                                <a:moveTo>
                                  <a:pt x="8056" y="1445"/>
                                </a:moveTo>
                                <a:lnTo>
                                  <a:pt x="12695" y="1447"/>
                                </a:lnTo>
                                <a:lnTo>
                                  <a:pt x="12694" y="6434"/>
                                </a:lnTo>
                                <a:lnTo>
                                  <a:pt x="11627" y="6405"/>
                                </a:lnTo>
                                <a:lnTo>
                                  <a:pt x="8460" y="6181"/>
                                </a:lnTo>
                                <a:lnTo>
                                  <a:pt x="8299" y="6110"/>
                                </a:lnTo>
                                <a:lnTo>
                                  <a:pt x="8345" y="5894"/>
                                </a:lnTo>
                                <a:lnTo>
                                  <a:pt x="8275" y="5353"/>
                                </a:lnTo>
                                <a:lnTo>
                                  <a:pt x="8226" y="4860"/>
                                </a:lnTo>
                                <a:lnTo>
                                  <a:pt x="8100" y="4866"/>
                                </a:lnTo>
                                <a:lnTo>
                                  <a:pt x="8038" y="3167"/>
                                </a:lnTo>
                                <a:lnTo>
                                  <a:pt x="8056" y="1445"/>
                                </a:lnTo>
                                <a:moveTo>
                                  <a:pt x="8460" y="6181"/>
                                </a:moveTo>
                                <a:lnTo>
                                  <a:pt x="8345" y="5894"/>
                                </a:lnTo>
                                <a:lnTo>
                                  <a:pt x="8093" y="3653"/>
                                </a:lnTo>
                                <a:lnTo>
                                  <a:pt x="11944" y="3829"/>
                                </a:lnTo>
                                <a:lnTo>
                                  <a:pt x="11627" y="6405"/>
                                </a:lnTo>
                                <a:lnTo>
                                  <a:pt x="8460" y="6181"/>
                                </a:lnTo>
                                <a:moveTo>
                                  <a:pt x="0" y="7809"/>
                                </a:moveTo>
                                <a:lnTo>
                                  <a:pt x="67" y="7806"/>
                                </a:lnTo>
                                <a:moveTo>
                                  <a:pt x="152" y="7801"/>
                                </a:moveTo>
                                <a:lnTo>
                                  <a:pt x="238" y="7796"/>
                                </a:lnTo>
                                <a:moveTo>
                                  <a:pt x="323" y="7791"/>
                                </a:moveTo>
                                <a:lnTo>
                                  <a:pt x="408" y="7788"/>
                                </a:lnTo>
                                <a:moveTo>
                                  <a:pt x="492" y="7783"/>
                                </a:moveTo>
                                <a:lnTo>
                                  <a:pt x="577" y="7778"/>
                                </a:lnTo>
                                <a:moveTo>
                                  <a:pt x="662" y="7773"/>
                                </a:moveTo>
                                <a:lnTo>
                                  <a:pt x="748" y="7770"/>
                                </a:lnTo>
                                <a:moveTo>
                                  <a:pt x="832" y="7765"/>
                                </a:moveTo>
                                <a:lnTo>
                                  <a:pt x="917" y="7760"/>
                                </a:lnTo>
                                <a:moveTo>
                                  <a:pt x="1002" y="7755"/>
                                </a:moveTo>
                                <a:lnTo>
                                  <a:pt x="1104" y="7751"/>
                                </a:lnTo>
                                <a:lnTo>
                                  <a:pt x="1168" y="7735"/>
                                </a:lnTo>
                                <a:moveTo>
                                  <a:pt x="1249" y="7715"/>
                                </a:moveTo>
                                <a:lnTo>
                                  <a:pt x="1332" y="7694"/>
                                </a:lnTo>
                                <a:moveTo>
                                  <a:pt x="1415" y="7674"/>
                                </a:moveTo>
                                <a:lnTo>
                                  <a:pt x="1498" y="7655"/>
                                </a:lnTo>
                                <a:moveTo>
                                  <a:pt x="1580" y="7634"/>
                                </a:moveTo>
                                <a:lnTo>
                                  <a:pt x="1663" y="7614"/>
                                </a:lnTo>
                                <a:moveTo>
                                  <a:pt x="1745" y="7593"/>
                                </a:moveTo>
                                <a:lnTo>
                                  <a:pt x="1828" y="7573"/>
                                </a:lnTo>
                                <a:moveTo>
                                  <a:pt x="1910" y="7553"/>
                                </a:moveTo>
                                <a:lnTo>
                                  <a:pt x="1974" y="7537"/>
                                </a:lnTo>
                                <a:lnTo>
                                  <a:pt x="2058" y="7454"/>
                                </a:lnTo>
                                <a:moveTo>
                                  <a:pt x="2119" y="7395"/>
                                </a:moveTo>
                                <a:lnTo>
                                  <a:pt x="2179" y="7335"/>
                                </a:lnTo>
                                <a:moveTo>
                                  <a:pt x="2240" y="7275"/>
                                </a:moveTo>
                                <a:lnTo>
                                  <a:pt x="2300" y="7217"/>
                                </a:lnTo>
                                <a:moveTo>
                                  <a:pt x="2362" y="7157"/>
                                </a:moveTo>
                                <a:lnTo>
                                  <a:pt x="2422" y="7097"/>
                                </a:lnTo>
                                <a:moveTo>
                                  <a:pt x="2483" y="7037"/>
                                </a:moveTo>
                                <a:lnTo>
                                  <a:pt x="2543" y="6978"/>
                                </a:lnTo>
                                <a:moveTo>
                                  <a:pt x="2604" y="6918"/>
                                </a:moveTo>
                                <a:lnTo>
                                  <a:pt x="2664" y="6858"/>
                                </a:lnTo>
                                <a:moveTo>
                                  <a:pt x="2725" y="6799"/>
                                </a:moveTo>
                                <a:lnTo>
                                  <a:pt x="2785" y="6739"/>
                                </a:lnTo>
                                <a:moveTo>
                                  <a:pt x="2846" y="6679"/>
                                </a:moveTo>
                                <a:lnTo>
                                  <a:pt x="2908" y="6620"/>
                                </a:lnTo>
                                <a:moveTo>
                                  <a:pt x="2968" y="6560"/>
                                </a:moveTo>
                                <a:lnTo>
                                  <a:pt x="3029" y="6500"/>
                                </a:lnTo>
                                <a:moveTo>
                                  <a:pt x="3089" y="6441"/>
                                </a:moveTo>
                                <a:lnTo>
                                  <a:pt x="3173" y="6359"/>
                                </a:lnTo>
                                <a:lnTo>
                                  <a:pt x="3226" y="6319"/>
                                </a:lnTo>
                                <a:moveTo>
                                  <a:pt x="3294" y="6267"/>
                                </a:moveTo>
                                <a:lnTo>
                                  <a:pt x="3361" y="6216"/>
                                </a:lnTo>
                                <a:moveTo>
                                  <a:pt x="3430" y="6164"/>
                                </a:moveTo>
                                <a:lnTo>
                                  <a:pt x="3497" y="6114"/>
                                </a:lnTo>
                                <a:moveTo>
                                  <a:pt x="3565" y="6062"/>
                                </a:moveTo>
                                <a:lnTo>
                                  <a:pt x="3632" y="6011"/>
                                </a:lnTo>
                                <a:moveTo>
                                  <a:pt x="3701" y="5959"/>
                                </a:moveTo>
                                <a:lnTo>
                                  <a:pt x="3768" y="5909"/>
                                </a:lnTo>
                                <a:moveTo>
                                  <a:pt x="3836" y="5857"/>
                                </a:moveTo>
                                <a:lnTo>
                                  <a:pt x="3889" y="5817"/>
                                </a:lnTo>
                                <a:lnTo>
                                  <a:pt x="4002" y="581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4"/>
                        <wps:cNvCnPr/>
                        <wps:spPr bwMode="auto">
                          <a:xfrm>
                            <a:off x="5218" y="6438"/>
                            <a:ext cx="4181" cy="0"/>
                          </a:xfrm>
                          <a:prstGeom prst="line">
                            <a:avLst/>
                          </a:prstGeom>
                          <a:noFill/>
                          <a:ln w="426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9476" y="6408"/>
                            <a:ext cx="7079" cy="275"/>
                          </a:xfrm>
                          <a:custGeom>
                            <a:avLst/>
                            <a:gdLst>
                              <a:gd name="T0" fmla="+- 0 9590 9477"/>
                              <a:gd name="T1" fmla="*/ T0 w 7079"/>
                              <a:gd name="T2" fmla="+- 0 6409 6409"/>
                              <a:gd name="T3" fmla="*/ 6409 h 275"/>
                              <a:gd name="T4" fmla="+- 0 9798 9477"/>
                              <a:gd name="T5" fmla="*/ T4 w 7079"/>
                              <a:gd name="T6" fmla="+- 0 6422 6409"/>
                              <a:gd name="T7" fmla="*/ 6422 h 275"/>
                              <a:gd name="T8" fmla="+- 0 9969 9477"/>
                              <a:gd name="T9" fmla="*/ T8 w 7079"/>
                              <a:gd name="T10" fmla="+- 0 6434 6409"/>
                              <a:gd name="T11" fmla="*/ 6434 h 275"/>
                              <a:gd name="T12" fmla="+- 0 10138 9477"/>
                              <a:gd name="T13" fmla="*/ T12 w 7079"/>
                              <a:gd name="T14" fmla="+- 0 6445 6409"/>
                              <a:gd name="T15" fmla="*/ 6445 h 275"/>
                              <a:gd name="T16" fmla="+- 0 10308 9477"/>
                              <a:gd name="T17" fmla="*/ T16 w 7079"/>
                              <a:gd name="T18" fmla="+- 0 6456 6409"/>
                              <a:gd name="T19" fmla="*/ 6456 h 275"/>
                              <a:gd name="T20" fmla="+- 0 10478 9477"/>
                              <a:gd name="T21" fmla="*/ T20 w 7079"/>
                              <a:gd name="T22" fmla="+- 0 6468 6409"/>
                              <a:gd name="T23" fmla="*/ 6468 h 275"/>
                              <a:gd name="T24" fmla="+- 0 10648 9477"/>
                              <a:gd name="T25" fmla="*/ T24 w 7079"/>
                              <a:gd name="T26" fmla="+- 0 6478 6409"/>
                              <a:gd name="T27" fmla="*/ 6478 h 275"/>
                              <a:gd name="T28" fmla="+- 0 10817 9477"/>
                              <a:gd name="T29" fmla="*/ T28 w 7079"/>
                              <a:gd name="T30" fmla="+- 0 6490 6409"/>
                              <a:gd name="T31" fmla="*/ 6490 h 275"/>
                              <a:gd name="T32" fmla="+- 0 10986 9477"/>
                              <a:gd name="T33" fmla="*/ T32 w 7079"/>
                              <a:gd name="T34" fmla="+- 0 6501 6409"/>
                              <a:gd name="T35" fmla="*/ 6501 h 275"/>
                              <a:gd name="T36" fmla="+- 0 11157 9477"/>
                              <a:gd name="T37" fmla="*/ T36 w 7079"/>
                              <a:gd name="T38" fmla="+- 0 6512 6409"/>
                              <a:gd name="T39" fmla="*/ 6512 h 275"/>
                              <a:gd name="T40" fmla="+- 0 11326 9477"/>
                              <a:gd name="T41" fmla="*/ T40 w 7079"/>
                              <a:gd name="T42" fmla="+- 0 6524 6409"/>
                              <a:gd name="T43" fmla="*/ 6524 h 275"/>
                              <a:gd name="T44" fmla="+- 0 11496 9477"/>
                              <a:gd name="T45" fmla="*/ T44 w 7079"/>
                              <a:gd name="T46" fmla="+- 0 6535 6409"/>
                              <a:gd name="T47" fmla="*/ 6535 h 275"/>
                              <a:gd name="T48" fmla="+- 0 11669 9477"/>
                              <a:gd name="T49" fmla="*/ T48 w 7079"/>
                              <a:gd name="T50" fmla="+- 0 6544 6409"/>
                              <a:gd name="T51" fmla="*/ 6544 h 275"/>
                              <a:gd name="T52" fmla="+- 0 11840 9477"/>
                              <a:gd name="T53" fmla="*/ T52 w 7079"/>
                              <a:gd name="T54" fmla="+- 0 6549 6409"/>
                              <a:gd name="T55" fmla="*/ 6549 h 275"/>
                              <a:gd name="T56" fmla="+- 0 12010 9477"/>
                              <a:gd name="T57" fmla="*/ T56 w 7079"/>
                              <a:gd name="T58" fmla="+- 0 6554 6409"/>
                              <a:gd name="T59" fmla="*/ 6554 h 275"/>
                              <a:gd name="T60" fmla="+- 0 12179 9477"/>
                              <a:gd name="T61" fmla="*/ T60 w 7079"/>
                              <a:gd name="T62" fmla="+- 0 6559 6409"/>
                              <a:gd name="T63" fmla="*/ 6559 h 275"/>
                              <a:gd name="T64" fmla="+- 0 12350 9477"/>
                              <a:gd name="T65" fmla="*/ T64 w 7079"/>
                              <a:gd name="T66" fmla="+- 0 6564 6409"/>
                              <a:gd name="T67" fmla="*/ 6564 h 275"/>
                              <a:gd name="T68" fmla="+- 0 12520 9477"/>
                              <a:gd name="T69" fmla="*/ T68 w 7079"/>
                              <a:gd name="T70" fmla="+- 0 6568 6409"/>
                              <a:gd name="T71" fmla="*/ 6568 h 275"/>
                              <a:gd name="T72" fmla="+- 0 12689 9477"/>
                              <a:gd name="T73" fmla="*/ T72 w 7079"/>
                              <a:gd name="T74" fmla="+- 0 6573 6409"/>
                              <a:gd name="T75" fmla="*/ 6573 h 275"/>
                              <a:gd name="T76" fmla="+- 0 12860 9477"/>
                              <a:gd name="T77" fmla="*/ T76 w 7079"/>
                              <a:gd name="T78" fmla="+- 0 6578 6409"/>
                              <a:gd name="T79" fmla="*/ 6578 h 275"/>
                              <a:gd name="T80" fmla="+- 0 13030 9477"/>
                              <a:gd name="T81" fmla="*/ T80 w 7079"/>
                              <a:gd name="T82" fmla="+- 0 6584 6409"/>
                              <a:gd name="T83" fmla="*/ 6584 h 275"/>
                              <a:gd name="T84" fmla="+- 0 13199 9477"/>
                              <a:gd name="T85" fmla="*/ T84 w 7079"/>
                              <a:gd name="T86" fmla="+- 0 6589 6409"/>
                              <a:gd name="T87" fmla="*/ 6589 h 275"/>
                              <a:gd name="T88" fmla="+- 0 13370 9477"/>
                              <a:gd name="T89" fmla="*/ T88 w 7079"/>
                              <a:gd name="T90" fmla="+- 0 6594 6409"/>
                              <a:gd name="T91" fmla="*/ 6594 h 275"/>
                              <a:gd name="T92" fmla="+- 0 13540 9477"/>
                              <a:gd name="T93" fmla="*/ T92 w 7079"/>
                              <a:gd name="T94" fmla="+- 0 6598 6409"/>
                              <a:gd name="T95" fmla="*/ 6598 h 275"/>
                              <a:gd name="T96" fmla="+- 0 13709 9477"/>
                              <a:gd name="T97" fmla="*/ T96 w 7079"/>
                              <a:gd name="T98" fmla="+- 0 6603 6409"/>
                              <a:gd name="T99" fmla="*/ 6603 h 275"/>
                              <a:gd name="T100" fmla="+- 0 13880 9477"/>
                              <a:gd name="T101" fmla="*/ T100 w 7079"/>
                              <a:gd name="T102" fmla="+- 0 6608 6409"/>
                              <a:gd name="T103" fmla="*/ 6608 h 275"/>
                              <a:gd name="T104" fmla="+- 0 14050 9477"/>
                              <a:gd name="T105" fmla="*/ T104 w 7079"/>
                              <a:gd name="T106" fmla="+- 0 6613 6409"/>
                              <a:gd name="T107" fmla="*/ 6613 h 275"/>
                              <a:gd name="T108" fmla="+- 0 14219 9477"/>
                              <a:gd name="T109" fmla="*/ T108 w 7079"/>
                              <a:gd name="T110" fmla="+- 0 6618 6409"/>
                              <a:gd name="T111" fmla="*/ 6618 h 275"/>
                              <a:gd name="T112" fmla="+- 0 14390 9477"/>
                              <a:gd name="T113" fmla="*/ T112 w 7079"/>
                              <a:gd name="T114" fmla="+- 0 6622 6409"/>
                              <a:gd name="T115" fmla="*/ 6622 h 275"/>
                              <a:gd name="T116" fmla="+- 0 14560 9477"/>
                              <a:gd name="T117" fmla="*/ T116 w 7079"/>
                              <a:gd name="T118" fmla="+- 0 6627 6409"/>
                              <a:gd name="T119" fmla="*/ 6627 h 275"/>
                              <a:gd name="T120" fmla="+- 0 14730 9477"/>
                              <a:gd name="T121" fmla="*/ T120 w 7079"/>
                              <a:gd name="T122" fmla="+- 0 6632 6409"/>
                              <a:gd name="T123" fmla="*/ 6632 h 275"/>
                              <a:gd name="T124" fmla="+- 0 14900 9477"/>
                              <a:gd name="T125" fmla="*/ T124 w 7079"/>
                              <a:gd name="T126" fmla="+- 0 6637 6409"/>
                              <a:gd name="T127" fmla="*/ 6637 h 275"/>
                              <a:gd name="T128" fmla="+- 0 15070 9477"/>
                              <a:gd name="T129" fmla="*/ T128 w 7079"/>
                              <a:gd name="T130" fmla="+- 0 6642 6409"/>
                              <a:gd name="T131" fmla="*/ 6642 h 275"/>
                              <a:gd name="T132" fmla="+- 0 15240 9477"/>
                              <a:gd name="T133" fmla="*/ T132 w 7079"/>
                              <a:gd name="T134" fmla="+- 0 6646 6409"/>
                              <a:gd name="T135" fmla="*/ 6646 h 275"/>
                              <a:gd name="T136" fmla="+- 0 15410 9477"/>
                              <a:gd name="T137" fmla="*/ T136 w 7079"/>
                              <a:gd name="T138" fmla="+- 0 6651 6409"/>
                              <a:gd name="T139" fmla="*/ 6651 h 275"/>
                              <a:gd name="T140" fmla="+- 0 15580 9477"/>
                              <a:gd name="T141" fmla="*/ T140 w 7079"/>
                              <a:gd name="T142" fmla="+- 0 6656 6409"/>
                              <a:gd name="T143" fmla="*/ 6656 h 275"/>
                              <a:gd name="T144" fmla="+- 0 15750 9477"/>
                              <a:gd name="T145" fmla="*/ T144 w 7079"/>
                              <a:gd name="T146" fmla="+- 0 6661 6409"/>
                              <a:gd name="T147" fmla="*/ 6661 h 275"/>
                              <a:gd name="T148" fmla="+- 0 15920 9477"/>
                              <a:gd name="T149" fmla="*/ T148 w 7079"/>
                              <a:gd name="T150" fmla="+- 0 6666 6409"/>
                              <a:gd name="T151" fmla="*/ 6666 h 275"/>
                              <a:gd name="T152" fmla="+- 0 16090 9477"/>
                              <a:gd name="T153" fmla="*/ T152 w 7079"/>
                              <a:gd name="T154" fmla="+- 0 6670 6409"/>
                              <a:gd name="T155" fmla="*/ 6670 h 275"/>
                              <a:gd name="T156" fmla="+- 0 16260 9477"/>
                              <a:gd name="T157" fmla="*/ T156 w 7079"/>
                              <a:gd name="T158" fmla="+- 0 6675 6409"/>
                              <a:gd name="T159" fmla="*/ 6675 h 275"/>
                              <a:gd name="T160" fmla="+- 0 16430 9477"/>
                              <a:gd name="T161" fmla="*/ T160 w 7079"/>
                              <a:gd name="T162" fmla="+- 0 6680 6409"/>
                              <a:gd name="T163" fmla="*/ 6680 h 275"/>
                              <a:gd name="T164" fmla="+- 0 16556 9477"/>
                              <a:gd name="T165" fmla="*/ T164 w 7079"/>
                              <a:gd name="T166" fmla="+- 0 6684 6409"/>
                              <a:gd name="T167" fmla="*/ 6684 h 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079" h="275">
                                <a:moveTo>
                                  <a:pt x="0" y="1"/>
                                </a:moveTo>
                                <a:lnTo>
                                  <a:pt x="113" y="0"/>
                                </a:lnTo>
                                <a:lnTo>
                                  <a:pt x="237" y="8"/>
                                </a:lnTo>
                                <a:moveTo>
                                  <a:pt x="321" y="13"/>
                                </a:moveTo>
                                <a:lnTo>
                                  <a:pt x="407" y="19"/>
                                </a:lnTo>
                                <a:moveTo>
                                  <a:pt x="492" y="25"/>
                                </a:moveTo>
                                <a:lnTo>
                                  <a:pt x="577" y="30"/>
                                </a:lnTo>
                                <a:moveTo>
                                  <a:pt x="661" y="36"/>
                                </a:moveTo>
                                <a:lnTo>
                                  <a:pt x="746" y="42"/>
                                </a:lnTo>
                                <a:moveTo>
                                  <a:pt x="831" y="47"/>
                                </a:moveTo>
                                <a:lnTo>
                                  <a:pt x="915" y="53"/>
                                </a:lnTo>
                                <a:moveTo>
                                  <a:pt x="1001" y="59"/>
                                </a:moveTo>
                                <a:lnTo>
                                  <a:pt x="1086" y="65"/>
                                </a:lnTo>
                                <a:moveTo>
                                  <a:pt x="1171" y="69"/>
                                </a:moveTo>
                                <a:lnTo>
                                  <a:pt x="1255" y="75"/>
                                </a:lnTo>
                                <a:moveTo>
                                  <a:pt x="1340" y="81"/>
                                </a:moveTo>
                                <a:lnTo>
                                  <a:pt x="1425" y="86"/>
                                </a:lnTo>
                                <a:moveTo>
                                  <a:pt x="1509" y="92"/>
                                </a:moveTo>
                                <a:lnTo>
                                  <a:pt x="1595" y="98"/>
                                </a:lnTo>
                                <a:moveTo>
                                  <a:pt x="1680" y="103"/>
                                </a:moveTo>
                                <a:lnTo>
                                  <a:pt x="1765" y="109"/>
                                </a:lnTo>
                                <a:moveTo>
                                  <a:pt x="1849" y="115"/>
                                </a:moveTo>
                                <a:lnTo>
                                  <a:pt x="1934" y="121"/>
                                </a:lnTo>
                                <a:moveTo>
                                  <a:pt x="2019" y="126"/>
                                </a:moveTo>
                                <a:lnTo>
                                  <a:pt x="2143" y="134"/>
                                </a:lnTo>
                                <a:lnTo>
                                  <a:pt x="2192" y="135"/>
                                </a:lnTo>
                                <a:moveTo>
                                  <a:pt x="2277" y="138"/>
                                </a:moveTo>
                                <a:lnTo>
                                  <a:pt x="2363" y="140"/>
                                </a:lnTo>
                                <a:moveTo>
                                  <a:pt x="2448" y="143"/>
                                </a:moveTo>
                                <a:lnTo>
                                  <a:pt x="2533" y="145"/>
                                </a:lnTo>
                                <a:moveTo>
                                  <a:pt x="2617" y="147"/>
                                </a:moveTo>
                                <a:lnTo>
                                  <a:pt x="2702" y="150"/>
                                </a:lnTo>
                                <a:moveTo>
                                  <a:pt x="2787" y="152"/>
                                </a:moveTo>
                                <a:lnTo>
                                  <a:pt x="2873" y="155"/>
                                </a:lnTo>
                                <a:moveTo>
                                  <a:pt x="2958" y="157"/>
                                </a:moveTo>
                                <a:lnTo>
                                  <a:pt x="3043" y="159"/>
                                </a:lnTo>
                                <a:moveTo>
                                  <a:pt x="3127" y="162"/>
                                </a:moveTo>
                                <a:lnTo>
                                  <a:pt x="3212" y="164"/>
                                </a:lnTo>
                                <a:moveTo>
                                  <a:pt x="3297" y="167"/>
                                </a:moveTo>
                                <a:lnTo>
                                  <a:pt x="3383" y="169"/>
                                </a:lnTo>
                                <a:moveTo>
                                  <a:pt x="3468" y="171"/>
                                </a:moveTo>
                                <a:lnTo>
                                  <a:pt x="3553" y="175"/>
                                </a:lnTo>
                                <a:moveTo>
                                  <a:pt x="3638" y="177"/>
                                </a:moveTo>
                                <a:lnTo>
                                  <a:pt x="3722" y="180"/>
                                </a:lnTo>
                                <a:moveTo>
                                  <a:pt x="3807" y="182"/>
                                </a:moveTo>
                                <a:lnTo>
                                  <a:pt x="3893" y="185"/>
                                </a:lnTo>
                                <a:moveTo>
                                  <a:pt x="3978" y="187"/>
                                </a:moveTo>
                                <a:lnTo>
                                  <a:pt x="4063" y="189"/>
                                </a:lnTo>
                                <a:moveTo>
                                  <a:pt x="4148" y="192"/>
                                </a:moveTo>
                                <a:lnTo>
                                  <a:pt x="4232" y="194"/>
                                </a:lnTo>
                                <a:moveTo>
                                  <a:pt x="4317" y="197"/>
                                </a:moveTo>
                                <a:lnTo>
                                  <a:pt x="4403" y="199"/>
                                </a:lnTo>
                                <a:moveTo>
                                  <a:pt x="4488" y="201"/>
                                </a:moveTo>
                                <a:lnTo>
                                  <a:pt x="4573" y="204"/>
                                </a:lnTo>
                                <a:moveTo>
                                  <a:pt x="4658" y="206"/>
                                </a:moveTo>
                                <a:lnTo>
                                  <a:pt x="4742" y="209"/>
                                </a:lnTo>
                                <a:moveTo>
                                  <a:pt x="4827" y="211"/>
                                </a:moveTo>
                                <a:lnTo>
                                  <a:pt x="4913" y="213"/>
                                </a:lnTo>
                                <a:moveTo>
                                  <a:pt x="4998" y="216"/>
                                </a:moveTo>
                                <a:lnTo>
                                  <a:pt x="5083" y="218"/>
                                </a:lnTo>
                                <a:moveTo>
                                  <a:pt x="5168" y="221"/>
                                </a:moveTo>
                                <a:lnTo>
                                  <a:pt x="5253" y="223"/>
                                </a:lnTo>
                                <a:moveTo>
                                  <a:pt x="5337" y="225"/>
                                </a:moveTo>
                                <a:lnTo>
                                  <a:pt x="5423" y="228"/>
                                </a:lnTo>
                                <a:moveTo>
                                  <a:pt x="5508" y="230"/>
                                </a:moveTo>
                                <a:lnTo>
                                  <a:pt x="5593" y="233"/>
                                </a:lnTo>
                                <a:moveTo>
                                  <a:pt x="5678" y="235"/>
                                </a:moveTo>
                                <a:lnTo>
                                  <a:pt x="5763" y="237"/>
                                </a:lnTo>
                                <a:moveTo>
                                  <a:pt x="5847" y="240"/>
                                </a:moveTo>
                                <a:lnTo>
                                  <a:pt x="5933" y="242"/>
                                </a:lnTo>
                                <a:moveTo>
                                  <a:pt x="6018" y="245"/>
                                </a:moveTo>
                                <a:lnTo>
                                  <a:pt x="6103" y="247"/>
                                </a:lnTo>
                                <a:moveTo>
                                  <a:pt x="6188" y="249"/>
                                </a:moveTo>
                                <a:lnTo>
                                  <a:pt x="6273" y="252"/>
                                </a:lnTo>
                                <a:moveTo>
                                  <a:pt x="6357" y="254"/>
                                </a:moveTo>
                                <a:lnTo>
                                  <a:pt x="6443" y="257"/>
                                </a:lnTo>
                                <a:moveTo>
                                  <a:pt x="6528" y="259"/>
                                </a:moveTo>
                                <a:lnTo>
                                  <a:pt x="6613" y="261"/>
                                </a:lnTo>
                                <a:moveTo>
                                  <a:pt x="6698" y="264"/>
                                </a:moveTo>
                                <a:lnTo>
                                  <a:pt x="6783" y="266"/>
                                </a:lnTo>
                                <a:moveTo>
                                  <a:pt x="6867" y="269"/>
                                </a:moveTo>
                                <a:lnTo>
                                  <a:pt x="6953" y="271"/>
                                </a:lnTo>
                                <a:moveTo>
                                  <a:pt x="7038" y="273"/>
                                </a:moveTo>
                                <a:lnTo>
                                  <a:pt x="7079" y="27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138" y="2835"/>
                            <a:ext cx="15418" cy="3802"/>
                          </a:xfrm>
                          <a:custGeom>
                            <a:avLst/>
                            <a:gdLst>
                              <a:gd name="T0" fmla="+- 0 1138 1138"/>
                              <a:gd name="T1" fmla="*/ T0 w 15418"/>
                              <a:gd name="T2" fmla="+- 0 4440 2835"/>
                              <a:gd name="T3" fmla="*/ 4440 h 3802"/>
                              <a:gd name="T4" fmla="+- 0 1294 1138"/>
                              <a:gd name="T5" fmla="*/ T4 w 15418"/>
                              <a:gd name="T6" fmla="+- 0 4404 2835"/>
                              <a:gd name="T7" fmla="*/ 4404 h 3802"/>
                              <a:gd name="T8" fmla="+- 0 4802 1138"/>
                              <a:gd name="T9" fmla="*/ T8 w 15418"/>
                              <a:gd name="T10" fmla="+- 0 4622 2835"/>
                              <a:gd name="T11" fmla="*/ 4622 h 3802"/>
                              <a:gd name="T12" fmla="+- 0 9551 1138"/>
                              <a:gd name="T13" fmla="*/ T12 w 15418"/>
                              <a:gd name="T14" fmla="+- 0 6637 2835"/>
                              <a:gd name="T15" fmla="*/ 6637 h 3802"/>
                              <a:gd name="T16" fmla="+- 0 11009 1138"/>
                              <a:gd name="T17" fmla="*/ T16 w 15418"/>
                              <a:gd name="T18" fmla="+- 0 4663 2835"/>
                              <a:gd name="T19" fmla="*/ 4663 h 3802"/>
                              <a:gd name="T20" fmla="+- 0 13191 1138"/>
                              <a:gd name="T21" fmla="*/ T20 w 15418"/>
                              <a:gd name="T22" fmla="+- 0 3351 2835"/>
                              <a:gd name="T23" fmla="*/ 3351 h 3802"/>
                              <a:gd name="T24" fmla="+- 0 15006 1138"/>
                              <a:gd name="T25" fmla="*/ T24 w 15418"/>
                              <a:gd name="T26" fmla="+- 0 2835 2835"/>
                              <a:gd name="T27" fmla="*/ 2835 h 3802"/>
                              <a:gd name="T28" fmla="+- 0 16556 1138"/>
                              <a:gd name="T29" fmla="*/ T28 w 15418"/>
                              <a:gd name="T30" fmla="+- 0 2928 2835"/>
                              <a:gd name="T31" fmla="*/ 2928 h 3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418" h="3802">
                                <a:moveTo>
                                  <a:pt x="0" y="1605"/>
                                </a:moveTo>
                                <a:lnTo>
                                  <a:pt x="156" y="1569"/>
                                </a:lnTo>
                                <a:lnTo>
                                  <a:pt x="3664" y="1787"/>
                                </a:lnTo>
                                <a:lnTo>
                                  <a:pt x="8413" y="3802"/>
                                </a:lnTo>
                                <a:lnTo>
                                  <a:pt x="9871" y="1828"/>
                                </a:lnTo>
                                <a:lnTo>
                                  <a:pt x="12053" y="516"/>
                                </a:lnTo>
                                <a:lnTo>
                                  <a:pt x="13868" y="0"/>
                                </a:lnTo>
                                <a:lnTo>
                                  <a:pt x="15418" y="9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3808"/>
                            <a:ext cx="9126" cy="50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1138" y="5086"/>
                            <a:ext cx="7551" cy="3230"/>
                          </a:xfrm>
                          <a:custGeom>
                            <a:avLst/>
                            <a:gdLst>
                              <a:gd name="T0" fmla="+- 0 1138 1138"/>
                              <a:gd name="T1" fmla="*/ T0 w 7551"/>
                              <a:gd name="T2" fmla="+- 0 8316 5086"/>
                              <a:gd name="T3" fmla="*/ 8316 h 3230"/>
                              <a:gd name="T4" fmla="+- 0 2696 1138"/>
                              <a:gd name="T5" fmla="*/ T4 w 7551"/>
                              <a:gd name="T6" fmla="+- 0 8248 5086"/>
                              <a:gd name="T7" fmla="*/ 8248 h 3230"/>
                              <a:gd name="T8" fmla="+- 0 3519 1138"/>
                              <a:gd name="T9" fmla="*/ T8 w 7551"/>
                              <a:gd name="T10" fmla="+- 0 7666 5086"/>
                              <a:gd name="T11" fmla="*/ 7666 h 3230"/>
                              <a:gd name="T12" fmla="+- 0 5192 1138"/>
                              <a:gd name="T13" fmla="*/ T12 w 7551"/>
                              <a:gd name="T14" fmla="+- 0 5829 5086"/>
                              <a:gd name="T15" fmla="*/ 5829 h 3230"/>
                              <a:gd name="T16" fmla="+- 0 5916 1138"/>
                              <a:gd name="T17" fmla="*/ T16 w 7551"/>
                              <a:gd name="T18" fmla="+- 0 5352 5086"/>
                              <a:gd name="T19" fmla="*/ 5352 h 3230"/>
                              <a:gd name="T20" fmla="+- 0 6354 1138"/>
                              <a:gd name="T21" fmla="*/ T20 w 7551"/>
                              <a:gd name="T22" fmla="+- 0 5216 5086"/>
                              <a:gd name="T23" fmla="*/ 5216 h 3230"/>
                              <a:gd name="T24" fmla="+- 0 8688 1138"/>
                              <a:gd name="T25" fmla="*/ T24 w 7551"/>
                              <a:gd name="T26" fmla="+- 0 5086 5086"/>
                              <a:gd name="T27" fmla="*/ 5086 h 3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551" h="3230">
                                <a:moveTo>
                                  <a:pt x="0" y="3230"/>
                                </a:moveTo>
                                <a:lnTo>
                                  <a:pt x="1558" y="3162"/>
                                </a:lnTo>
                                <a:lnTo>
                                  <a:pt x="2381" y="2580"/>
                                </a:lnTo>
                                <a:lnTo>
                                  <a:pt x="4054" y="743"/>
                                </a:lnTo>
                                <a:lnTo>
                                  <a:pt x="4778" y="266"/>
                                </a:lnTo>
                                <a:lnTo>
                                  <a:pt x="5216" y="130"/>
                                </a:lnTo>
                                <a:lnTo>
                                  <a:pt x="755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6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3695" y="1866"/>
                            <a:ext cx="5312" cy="6194"/>
                          </a:xfrm>
                          <a:custGeom>
                            <a:avLst/>
                            <a:gdLst>
                              <a:gd name="T0" fmla="+- 0 3765 3695"/>
                              <a:gd name="T1" fmla="*/ T0 w 5312"/>
                              <a:gd name="T2" fmla="+- 0 7954 1867"/>
                              <a:gd name="T3" fmla="*/ 7954 h 6194"/>
                              <a:gd name="T4" fmla="+- 0 3858 3695"/>
                              <a:gd name="T5" fmla="*/ T4 w 5312"/>
                              <a:gd name="T6" fmla="+- 0 7813 1867"/>
                              <a:gd name="T7" fmla="*/ 7813 h 6194"/>
                              <a:gd name="T8" fmla="+- 0 3952 3695"/>
                              <a:gd name="T9" fmla="*/ T8 w 5312"/>
                              <a:gd name="T10" fmla="+- 0 7670 1867"/>
                              <a:gd name="T11" fmla="*/ 7670 h 6194"/>
                              <a:gd name="T12" fmla="+- 0 4046 3695"/>
                              <a:gd name="T13" fmla="*/ T12 w 5312"/>
                              <a:gd name="T14" fmla="+- 0 7528 1867"/>
                              <a:gd name="T15" fmla="*/ 7528 h 6194"/>
                              <a:gd name="T16" fmla="+- 0 4138 3695"/>
                              <a:gd name="T17" fmla="*/ T16 w 5312"/>
                              <a:gd name="T18" fmla="+- 0 7386 1867"/>
                              <a:gd name="T19" fmla="*/ 7386 h 6194"/>
                              <a:gd name="T20" fmla="+- 0 4232 3695"/>
                              <a:gd name="T21" fmla="*/ T20 w 5312"/>
                              <a:gd name="T22" fmla="+- 0 7244 1867"/>
                              <a:gd name="T23" fmla="*/ 7244 h 6194"/>
                              <a:gd name="T24" fmla="+- 0 4325 3695"/>
                              <a:gd name="T25" fmla="*/ T24 w 5312"/>
                              <a:gd name="T26" fmla="+- 0 7101 1867"/>
                              <a:gd name="T27" fmla="*/ 7101 h 6194"/>
                              <a:gd name="T28" fmla="+- 0 4419 3695"/>
                              <a:gd name="T29" fmla="*/ T28 w 5312"/>
                              <a:gd name="T30" fmla="+- 0 6960 1867"/>
                              <a:gd name="T31" fmla="*/ 6960 h 6194"/>
                              <a:gd name="T32" fmla="+- 0 4512 3695"/>
                              <a:gd name="T33" fmla="*/ T32 w 5312"/>
                              <a:gd name="T34" fmla="+- 0 6817 1867"/>
                              <a:gd name="T35" fmla="*/ 6817 h 6194"/>
                              <a:gd name="T36" fmla="+- 0 4605 3695"/>
                              <a:gd name="T37" fmla="*/ T36 w 5312"/>
                              <a:gd name="T38" fmla="+- 0 6675 1867"/>
                              <a:gd name="T39" fmla="*/ 6675 h 6194"/>
                              <a:gd name="T40" fmla="+- 0 4698 3695"/>
                              <a:gd name="T41" fmla="*/ T40 w 5312"/>
                              <a:gd name="T42" fmla="+- 0 6532 1867"/>
                              <a:gd name="T43" fmla="*/ 6532 h 6194"/>
                              <a:gd name="T44" fmla="+- 0 4792 3695"/>
                              <a:gd name="T45" fmla="*/ T44 w 5312"/>
                              <a:gd name="T46" fmla="+- 0 6391 1867"/>
                              <a:gd name="T47" fmla="*/ 6391 h 6194"/>
                              <a:gd name="T48" fmla="+- 0 4886 3695"/>
                              <a:gd name="T49" fmla="*/ T48 w 5312"/>
                              <a:gd name="T50" fmla="+- 0 6248 1867"/>
                              <a:gd name="T51" fmla="*/ 6248 h 6194"/>
                              <a:gd name="T52" fmla="+- 0 4979 3695"/>
                              <a:gd name="T53" fmla="*/ T52 w 5312"/>
                              <a:gd name="T54" fmla="+- 0 6106 1867"/>
                              <a:gd name="T55" fmla="*/ 6106 h 6194"/>
                              <a:gd name="T56" fmla="+- 0 5072 3695"/>
                              <a:gd name="T57" fmla="*/ T56 w 5312"/>
                              <a:gd name="T58" fmla="+- 0 5965 1867"/>
                              <a:gd name="T59" fmla="*/ 5965 h 6194"/>
                              <a:gd name="T60" fmla="+- 0 5165 3695"/>
                              <a:gd name="T61" fmla="*/ T60 w 5312"/>
                              <a:gd name="T62" fmla="+- 0 5822 1867"/>
                              <a:gd name="T63" fmla="*/ 5822 h 6194"/>
                              <a:gd name="T64" fmla="+- 0 5259 3695"/>
                              <a:gd name="T65" fmla="*/ T64 w 5312"/>
                              <a:gd name="T66" fmla="+- 0 5680 1867"/>
                              <a:gd name="T67" fmla="*/ 5680 h 6194"/>
                              <a:gd name="T68" fmla="+- 0 5352 3695"/>
                              <a:gd name="T69" fmla="*/ T68 w 5312"/>
                              <a:gd name="T70" fmla="+- 0 5538 1867"/>
                              <a:gd name="T71" fmla="*/ 5538 h 6194"/>
                              <a:gd name="T72" fmla="+- 0 5446 3695"/>
                              <a:gd name="T73" fmla="*/ T72 w 5312"/>
                              <a:gd name="T74" fmla="+- 0 5396 1867"/>
                              <a:gd name="T75" fmla="*/ 5396 h 6194"/>
                              <a:gd name="T76" fmla="+- 0 5540 3695"/>
                              <a:gd name="T77" fmla="*/ T76 w 5312"/>
                              <a:gd name="T78" fmla="+- 0 5253 1867"/>
                              <a:gd name="T79" fmla="*/ 5253 h 6194"/>
                              <a:gd name="T80" fmla="+- 0 5632 3695"/>
                              <a:gd name="T81" fmla="*/ T80 w 5312"/>
                              <a:gd name="T82" fmla="+- 0 5112 1867"/>
                              <a:gd name="T83" fmla="*/ 5112 h 6194"/>
                              <a:gd name="T84" fmla="+- 0 5745 3695"/>
                              <a:gd name="T85" fmla="*/ T84 w 5312"/>
                              <a:gd name="T86" fmla="+- 0 5047 1867"/>
                              <a:gd name="T87" fmla="*/ 5047 h 6194"/>
                              <a:gd name="T88" fmla="+- 0 5914 3695"/>
                              <a:gd name="T89" fmla="*/ T88 w 5312"/>
                              <a:gd name="T90" fmla="+- 0 5031 1867"/>
                              <a:gd name="T91" fmla="*/ 5031 h 6194"/>
                              <a:gd name="T92" fmla="+- 0 6083 3695"/>
                              <a:gd name="T93" fmla="*/ T92 w 5312"/>
                              <a:gd name="T94" fmla="+- 0 5016 1867"/>
                              <a:gd name="T95" fmla="*/ 5016 h 6194"/>
                              <a:gd name="T96" fmla="+- 0 6254 3695"/>
                              <a:gd name="T97" fmla="*/ T96 w 5312"/>
                              <a:gd name="T98" fmla="+- 0 5000 1867"/>
                              <a:gd name="T99" fmla="*/ 5000 h 6194"/>
                              <a:gd name="T100" fmla="+- 0 6423 3695"/>
                              <a:gd name="T101" fmla="*/ T100 w 5312"/>
                              <a:gd name="T102" fmla="+- 0 4986 1867"/>
                              <a:gd name="T103" fmla="*/ 4986 h 6194"/>
                              <a:gd name="T104" fmla="+- 0 6592 3695"/>
                              <a:gd name="T105" fmla="*/ T104 w 5312"/>
                              <a:gd name="T106" fmla="+- 0 4970 1867"/>
                              <a:gd name="T107" fmla="*/ 4970 h 6194"/>
                              <a:gd name="T108" fmla="+- 0 6761 3695"/>
                              <a:gd name="T109" fmla="*/ T108 w 5312"/>
                              <a:gd name="T110" fmla="+- 0 4954 1867"/>
                              <a:gd name="T111" fmla="*/ 4954 h 6194"/>
                              <a:gd name="T112" fmla="+- 0 6930 3695"/>
                              <a:gd name="T113" fmla="*/ T112 w 5312"/>
                              <a:gd name="T114" fmla="+- 0 4939 1867"/>
                              <a:gd name="T115" fmla="*/ 4939 h 6194"/>
                              <a:gd name="T116" fmla="+- 0 7100 3695"/>
                              <a:gd name="T117" fmla="*/ T116 w 5312"/>
                              <a:gd name="T118" fmla="+- 0 4924 1867"/>
                              <a:gd name="T119" fmla="*/ 4924 h 6194"/>
                              <a:gd name="T120" fmla="+- 0 7270 3695"/>
                              <a:gd name="T121" fmla="*/ T120 w 5312"/>
                              <a:gd name="T122" fmla="+- 0 4909 1867"/>
                              <a:gd name="T123" fmla="*/ 4909 h 6194"/>
                              <a:gd name="T124" fmla="+- 0 7439 3695"/>
                              <a:gd name="T125" fmla="*/ T124 w 5312"/>
                              <a:gd name="T126" fmla="+- 0 4893 1867"/>
                              <a:gd name="T127" fmla="*/ 4893 h 6194"/>
                              <a:gd name="T128" fmla="+- 0 7608 3695"/>
                              <a:gd name="T129" fmla="*/ T128 w 5312"/>
                              <a:gd name="T130" fmla="+- 0 4878 1867"/>
                              <a:gd name="T131" fmla="*/ 4878 h 6194"/>
                              <a:gd name="T132" fmla="+- 0 7778 3695"/>
                              <a:gd name="T133" fmla="*/ T132 w 5312"/>
                              <a:gd name="T134" fmla="+- 0 4863 1867"/>
                              <a:gd name="T135" fmla="*/ 4863 h 6194"/>
                              <a:gd name="T136" fmla="+- 0 7947 3695"/>
                              <a:gd name="T137" fmla="*/ T136 w 5312"/>
                              <a:gd name="T138" fmla="+- 0 4848 1867"/>
                              <a:gd name="T139" fmla="*/ 4848 h 6194"/>
                              <a:gd name="T140" fmla="+- 0 8116 3695"/>
                              <a:gd name="T141" fmla="*/ T140 w 5312"/>
                              <a:gd name="T142" fmla="+- 0 4832 1867"/>
                              <a:gd name="T143" fmla="*/ 4832 h 6194"/>
                              <a:gd name="T144" fmla="+- 0 8286 3695"/>
                              <a:gd name="T145" fmla="*/ T144 w 5312"/>
                              <a:gd name="T146" fmla="+- 0 4816 1867"/>
                              <a:gd name="T147" fmla="*/ 4816 h 6194"/>
                              <a:gd name="T148" fmla="+- 0 8456 3695"/>
                              <a:gd name="T149" fmla="*/ T148 w 5312"/>
                              <a:gd name="T150" fmla="+- 0 4802 1867"/>
                              <a:gd name="T151" fmla="*/ 4802 h 6194"/>
                              <a:gd name="T152" fmla="+- 0 8625 3695"/>
                              <a:gd name="T153" fmla="*/ T152 w 5312"/>
                              <a:gd name="T154" fmla="+- 0 4786 1867"/>
                              <a:gd name="T155" fmla="*/ 4786 h 6194"/>
                              <a:gd name="T156" fmla="+- 0 8794 3695"/>
                              <a:gd name="T157" fmla="*/ T156 w 5312"/>
                              <a:gd name="T158" fmla="+- 0 4771 1867"/>
                              <a:gd name="T159" fmla="*/ 4771 h 6194"/>
                              <a:gd name="T160" fmla="+- 0 8925 3695"/>
                              <a:gd name="T161" fmla="*/ T160 w 5312"/>
                              <a:gd name="T162" fmla="+- 0 4730 1867"/>
                              <a:gd name="T163" fmla="*/ 4730 h 6194"/>
                              <a:gd name="T164" fmla="+- 0 8928 3695"/>
                              <a:gd name="T165" fmla="*/ T164 w 5312"/>
                              <a:gd name="T166" fmla="+- 0 4560 1867"/>
                              <a:gd name="T167" fmla="*/ 4560 h 6194"/>
                              <a:gd name="T168" fmla="+- 0 8931 3695"/>
                              <a:gd name="T169" fmla="*/ T168 w 5312"/>
                              <a:gd name="T170" fmla="+- 0 4390 1867"/>
                              <a:gd name="T171" fmla="*/ 4390 h 6194"/>
                              <a:gd name="T172" fmla="+- 0 8933 3695"/>
                              <a:gd name="T173" fmla="*/ T172 w 5312"/>
                              <a:gd name="T174" fmla="+- 0 4220 1867"/>
                              <a:gd name="T175" fmla="*/ 4220 h 6194"/>
                              <a:gd name="T176" fmla="+- 0 8936 3695"/>
                              <a:gd name="T177" fmla="*/ T176 w 5312"/>
                              <a:gd name="T178" fmla="+- 0 4050 1867"/>
                              <a:gd name="T179" fmla="*/ 4050 h 6194"/>
                              <a:gd name="T180" fmla="+- 0 8938 3695"/>
                              <a:gd name="T181" fmla="*/ T180 w 5312"/>
                              <a:gd name="T182" fmla="+- 0 3880 1867"/>
                              <a:gd name="T183" fmla="*/ 3880 h 6194"/>
                              <a:gd name="T184" fmla="+- 0 8940 3695"/>
                              <a:gd name="T185" fmla="*/ T184 w 5312"/>
                              <a:gd name="T186" fmla="+- 0 3710 1867"/>
                              <a:gd name="T187" fmla="*/ 3710 h 6194"/>
                              <a:gd name="T188" fmla="+- 0 8944 3695"/>
                              <a:gd name="T189" fmla="*/ T188 w 5312"/>
                              <a:gd name="T190" fmla="+- 0 3540 1867"/>
                              <a:gd name="T191" fmla="*/ 3540 h 6194"/>
                              <a:gd name="T192" fmla="+- 0 8946 3695"/>
                              <a:gd name="T193" fmla="*/ T192 w 5312"/>
                              <a:gd name="T194" fmla="+- 0 3369 1867"/>
                              <a:gd name="T195" fmla="*/ 3369 h 6194"/>
                              <a:gd name="T196" fmla="+- 0 8949 3695"/>
                              <a:gd name="T197" fmla="*/ T196 w 5312"/>
                              <a:gd name="T198" fmla="+- 0 3200 1867"/>
                              <a:gd name="T199" fmla="*/ 3200 h 6194"/>
                              <a:gd name="T200" fmla="+- 0 8951 3695"/>
                              <a:gd name="T201" fmla="*/ T200 w 5312"/>
                              <a:gd name="T202" fmla="+- 0 3030 1867"/>
                              <a:gd name="T203" fmla="*/ 3030 h 6194"/>
                              <a:gd name="T204" fmla="+- 0 8954 3695"/>
                              <a:gd name="T205" fmla="*/ T204 w 5312"/>
                              <a:gd name="T206" fmla="+- 0 2859 1867"/>
                              <a:gd name="T207" fmla="*/ 2859 h 6194"/>
                              <a:gd name="T208" fmla="+- 0 8957 3695"/>
                              <a:gd name="T209" fmla="*/ T208 w 5312"/>
                              <a:gd name="T210" fmla="+- 0 2690 1867"/>
                              <a:gd name="T211" fmla="*/ 2690 h 6194"/>
                              <a:gd name="T212" fmla="+- 0 8960 3695"/>
                              <a:gd name="T213" fmla="*/ T212 w 5312"/>
                              <a:gd name="T214" fmla="+- 0 2520 1867"/>
                              <a:gd name="T215" fmla="*/ 2520 h 6194"/>
                              <a:gd name="T216" fmla="+- 0 8962 3695"/>
                              <a:gd name="T217" fmla="*/ T216 w 5312"/>
                              <a:gd name="T218" fmla="+- 0 2349 1867"/>
                              <a:gd name="T219" fmla="*/ 2349 h 6194"/>
                              <a:gd name="T220" fmla="+- 0 8964 3695"/>
                              <a:gd name="T221" fmla="*/ T220 w 5312"/>
                              <a:gd name="T222" fmla="+- 0 2179 1867"/>
                              <a:gd name="T223" fmla="*/ 2179 h 6194"/>
                              <a:gd name="T224" fmla="+- 0 8967 3695"/>
                              <a:gd name="T225" fmla="*/ T224 w 5312"/>
                              <a:gd name="T226" fmla="+- 0 2010 1867"/>
                              <a:gd name="T227" fmla="*/ 2010 h 6194"/>
                              <a:gd name="T228" fmla="+- 0 8969 3695"/>
                              <a:gd name="T229" fmla="*/ T228 w 5312"/>
                              <a:gd name="T230" fmla="+- 0 1867 1867"/>
                              <a:gd name="T231" fmla="*/ 1867 h 6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312" h="6194">
                                <a:moveTo>
                                  <a:pt x="0" y="6193"/>
                                </a:moveTo>
                                <a:lnTo>
                                  <a:pt x="23" y="6158"/>
                                </a:lnTo>
                                <a:moveTo>
                                  <a:pt x="39" y="6135"/>
                                </a:moveTo>
                                <a:lnTo>
                                  <a:pt x="70" y="6087"/>
                                </a:lnTo>
                                <a:moveTo>
                                  <a:pt x="85" y="6063"/>
                                </a:moveTo>
                                <a:lnTo>
                                  <a:pt x="117" y="6017"/>
                                </a:lnTo>
                                <a:moveTo>
                                  <a:pt x="132" y="5993"/>
                                </a:moveTo>
                                <a:lnTo>
                                  <a:pt x="163" y="5946"/>
                                </a:lnTo>
                                <a:moveTo>
                                  <a:pt x="179" y="5922"/>
                                </a:moveTo>
                                <a:lnTo>
                                  <a:pt x="210" y="5874"/>
                                </a:lnTo>
                                <a:moveTo>
                                  <a:pt x="226" y="5851"/>
                                </a:moveTo>
                                <a:lnTo>
                                  <a:pt x="257" y="5803"/>
                                </a:lnTo>
                                <a:moveTo>
                                  <a:pt x="273" y="5779"/>
                                </a:moveTo>
                                <a:lnTo>
                                  <a:pt x="304" y="5732"/>
                                </a:lnTo>
                                <a:moveTo>
                                  <a:pt x="319" y="5708"/>
                                </a:moveTo>
                                <a:lnTo>
                                  <a:pt x="351" y="5661"/>
                                </a:lnTo>
                                <a:moveTo>
                                  <a:pt x="366" y="5637"/>
                                </a:moveTo>
                                <a:lnTo>
                                  <a:pt x="396" y="5589"/>
                                </a:lnTo>
                                <a:moveTo>
                                  <a:pt x="412" y="5567"/>
                                </a:moveTo>
                                <a:lnTo>
                                  <a:pt x="443" y="5519"/>
                                </a:lnTo>
                                <a:moveTo>
                                  <a:pt x="459" y="5495"/>
                                </a:moveTo>
                                <a:lnTo>
                                  <a:pt x="490" y="5448"/>
                                </a:lnTo>
                                <a:moveTo>
                                  <a:pt x="505" y="5424"/>
                                </a:moveTo>
                                <a:lnTo>
                                  <a:pt x="537" y="5377"/>
                                </a:lnTo>
                                <a:moveTo>
                                  <a:pt x="552" y="5353"/>
                                </a:moveTo>
                                <a:lnTo>
                                  <a:pt x="583" y="5306"/>
                                </a:lnTo>
                                <a:moveTo>
                                  <a:pt x="599" y="5282"/>
                                </a:moveTo>
                                <a:lnTo>
                                  <a:pt x="630" y="5234"/>
                                </a:lnTo>
                                <a:moveTo>
                                  <a:pt x="646" y="5211"/>
                                </a:moveTo>
                                <a:lnTo>
                                  <a:pt x="677" y="5163"/>
                                </a:lnTo>
                                <a:moveTo>
                                  <a:pt x="693" y="5139"/>
                                </a:moveTo>
                                <a:lnTo>
                                  <a:pt x="724" y="5093"/>
                                </a:lnTo>
                                <a:moveTo>
                                  <a:pt x="739" y="5069"/>
                                </a:moveTo>
                                <a:lnTo>
                                  <a:pt x="771" y="5022"/>
                                </a:lnTo>
                                <a:moveTo>
                                  <a:pt x="786" y="4998"/>
                                </a:moveTo>
                                <a:lnTo>
                                  <a:pt x="817" y="4950"/>
                                </a:lnTo>
                                <a:moveTo>
                                  <a:pt x="833" y="4927"/>
                                </a:moveTo>
                                <a:lnTo>
                                  <a:pt x="864" y="4879"/>
                                </a:lnTo>
                                <a:moveTo>
                                  <a:pt x="879" y="4855"/>
                                </a:moveTo>
                                <a:lnTo>
                                  <a:pt x="910" y="4808"/>
                                </a:lnTo>
                                <a:moveTo>
                                  <a:pt x="925" y="4784"/>
                                </a:moveTo>
                                <a:lnTo>
                                  <a:pt x="957" y="4737"/>
                                </a:lnTo>
                                <a:moveTo>
                                  <a:pt x="972" y="4713"/>
                                </a:moveTo>
                                <a:lnTo>
                                  <a:pt x="1003" y="4665"/>
                                </a:lnTo>
                                <a:moveTo>
                                  <a:pt x="1019" y="4643"/>
                                </a:moveTo>
                                <a:lnTo>
                                  <a:pt x="1050" y="4595"/>
                                </a:lnTo>
                                <a:moveTo>
                                  <a:pt x="1066" y="4571"/>
                                </a:moveTo>
                                <a:lnTo>
                                  <a:pt x="1097" y="4524"/>
                                </a:lnTo>
                                <a:moveTo>
                                  <a:pt x="1113" y="4500"/>
                                </a:moveTo>
                                <a:lnTo>
                                  <a:pt x="1144" y="4453"/>
                                </a:lnTo>
                                <a:moveTo>
                                  <a:pt x="1159" y="4429"/>
                                </a:moveTo>
                                <a:lnTo>
                                  <a:pt x="1191" y="4381"/>
                                </a:lnTo>
                                <a:moveTo>
                                  <a:pt x="1206" y="4358"/>
                                </a:moveTo>
                                <a:lnTo>
                                  <a:pt x="1237" y="4310"/>
                                </a:lnTo>
                                <a:moveTo>
                                  <a:pt x="1253" y="4287"/>
                                </a:moveTo>
                                <a:lnTo>
                                  <a:pt x="1284" y="4239"/>
                                </a:lnTo>
                                <a:moveTo>
                                  <a:pt x="1300" y="4215"/>
                                </a:moveTo>
                                <a:lnTo>
                                  <a:pt x="1331" y="4169"/>
                                </a:lnTo>
                                <a:moveTo>
                                  <a:pt x="1347" y="4145"/>
                                </a:moveTo>
                                <a:lnTo>
                                  <a:pt x="1377" y="4098"/>
                                </a:lnTo>
                                <a:moveTo>
                                  <a:pt x="1392" y="4074"/>
                                </a:moveTo>
                                <a:lnTo>
                                  <a:pt x="1423" y="4026"/>
                                </a:lnTo>
                                <a:moveTo>
                                  <a:pt x="1439" y="4003"/>
                                </a:moveTo>
                                <a:lnTo>
                                  <a:pt x="1470" y="3955"/>
                                </a:lnTo>
                                <a:moveTo>
                                  <a:pt x="1486" y="3931"/>
                                </a:moveTo>
                                <a:lnTo>
                                  <a:pt x="1517" y="3884"/>
                                </a:lnTo>
                                <a:moveTo>
                                  <a:pt x="1533" y="3860"/>
                                </a:moveTo>
                                <a:lnTo>
                                  <a:pt x="1564" y="3813"/>
                                </a:lnTo>
                                <a:moveTo>
                                  <a:pt x="1579" y="3789"/>
                                </a:moveTo>
                                <a:lnTo>
                                  <a:pt x="1611" y="3741"/>
                                </a:lnTo>
                                <a:moveTo>
                                  <a:pt x="1626" y="3719"/>
                                </a:moveTo>
                                <a:lnTo>
                                  <a:pt x="1657" y="3671"/>
                                </a:lnTo>
                                <a:moveTo>
                                  <a:pt x="1673" y="3647"/>
                                </a:moveTo>
                                <a:lnTo>
                                  <a:pt x="1704" y="3600"/>
                                </a:lnTo>
                                <a:moveTo>
                                  <a:pt x="1720" y="3576"/>
                                </a:moveTo>
                                <a:lnTo>
                                  <a:pt x="1751" y="3529"/>
                                </a:lnTo>
                                <a:moveTo>
                                  <a:pt x="1767" y="3505"/>
                                </a:moveTo>
                                <a:lnTo>
                                  <a:pt x="1798" y="3457"/>
                                </a:lnTo>
                                <a:moveTo>
                                  <a:pt x="1813" y="3434"/>
                                </a:moveTo>
                                <a:lnTo>
                                  <a:pt x="1845" y="3386"/>
                                </a:lnTo>
                                <a:moveTo>
                                  <a:pt x="1860" y="3362"/>
                                </a:moveTo>
                                <a:lnTo>
                                  <a:pt x="1890" y="3315"/>
                                </a:lnTo>
                                <a:moveTo>
                                  <a:pt x="1906" y="3291"/>
                                </a:moveTo>
                                <a:lnTo>
                                  <a:pt x="1937" y="3245"/>
                                </a:lnTo>
                                <a:moveTo>
                                  <a:pt x="1953" y="3221"/>
                                </a:moveTo>
                                <a:lnTo>
                                  <a:pt x="1975" y="3186"/>
                                </a:lnTo>
                                <a:lnTo>
                                  <a:pt x="2022" y="3182"/>
                                </a:lnTo>
                                <a:moveTo>
                                  <a:pt x="2050" y="3180"/>
                                </a:moveTo>
                                <a:lnTo>
                                  <a:pt x="2106" y="3174"/>
                                </a:lnTo>
                                <a:moveTo>
                                  <a:pt x="2135" y="3171"/>
                                </a:moveTo>
                                <a:lnTo>
                                  <a:pt x="2191" y="3167"/>
                                </a:lnTo>
                                <a:moveTo>
                                  <a:pt x="2219" y="3164"/>
                                </a:moveTo>
                                <a:lnTo>
                                  <a:pt x="2275" y="3159"/>
                                </a:lnTo>
                                <a:moveTo>
                                  <a:pt x="2304" y="3157"/>
                                </a:moveTo>
                                <a:lnTo>
                                  <a:pt x="2361" y="3151"/>
                                </a:lnTo>
                                <a:moveTo>
                                  <a:pt x="2388" y="3149"/>
                                </a:moveTo>
                                <a:lnTo>
                                  <a:pt x="2445" y="3144"/>
                                </a:lnTo>
                                <a:moveTo>
                                  <a:pt x="2473" y="3141"/>
                                </a:moveTo>
                                <a:lnTo>
                                  <a:pt x="2530" y="3137"/>
                                </a:lnTo>
                                <a:moveTo>
                                  <a:pt x="2559" y="3133"/>
                                </a:moveTo>
                                <a:lnTo>
                                  <a:pt x="2615" y="3128"/>
                                </a:lnTo>
                                <a:moveTo>
                                  <a:pt x="2643" y="3126"/>
                                </a:moveTo>
                                <a:lnTo>
                                  <a:pt x="2699" y="3121"/>
                                </a:lnTo>
                                <a:moveTo>
                                  <a:pt x="2728" y="3119"/>
                                </a:moveTo>
                                <a:lnTo>
                                  <a:pt x="2784" y="3113"/>
                                </a:lnTo>
                                <a:moveTo>
                                  <a:pt x="2812" y="3110"/>
                                </a:moveTo>
                                <a:lnTo>
                                  <a:pt x="2868" y="3105"/>
                                </a:lnTo>
                                <a:moveTo>
                                  <a:pt x="2897" y="3103"/>
                                </a:moveTo>
                                <a:lnTo>
                                  <a:pt x="2953" y="3098"/>
                                </a:lnTo>
                                <a:moveTo>
                                  <a:pt x="2981" y="3096"/>
                                </a:moveTo>
                                <a:lnTo>
                                  <a:pt x="3039" y="3090"/>
                                </a:lnTo>
                                <a:moveTo>
                                  <a:pt x="3066" y="3087"/>
                                </a:moveTo>
                                <a:lnTo>
                                  <a:pt x="3123" y="3083"/>
                                </a:lnTo>
                                <a:moveTo>
                                  <a:pt x="3151" y="3080"/>
                                </a:moveTo>
                                <a:lnTo>
                                  <a:pt x="3208" y="3075"/>
                                </a:lnTo>
                                <a:moveTo>
                                  <a:pt x="3235" y="3072"/>
                                </a:moveTo>
                                <a:lnTo>
                                  <a:pt x="3292" y="3067"/>
                                </a:lnTo>
                                <a:moveTo>
                                  <a:pt x="3321" y="3065"/>
                                </a:moveTo>
                                <a:lnTo>
                                  <a:pt x="3377" y="3060"/>
                                </a:lnTo>
                                <a:moveTo>
                                  <a:pt x="3405" y="3057"/>
                                </a:moveTo>
                                <a:lnTo>
                                  <a:pt x="3461" y="3051"/>
                                </a:lnTo>
                                <a:moveTo>
                                  <a:pt x="3490" y="3049"/>
                                </a:moveTo>
                                <a:lnTo>
                                  <a:pt x="3546" y="3044"/>
                                </a:lnTo>
                                <a:moveTo>
                                  <a:pt x="3575" y="3042"/>
                                </a:moveTo>
                                <a:lnTo>
                                  <a:pt x="3631" y="3037"/>
                                </a:lnTo>
                                <a:moveTo>
                                  <a:pt x="3659" y="3033"/>
                                </a:moveTo>
                                <a:lnTo>
                                  <a:pt x="3715" y="3029"/>
                                </a:lnTo>
                                <a:moveTo>
                                  <a:pt x="3744" y="3026"/>
                                </a:moveTo>
                                <a:lnTo>
                                  <a:pt x="3801" y="3021"/>
                                </a:lnTo>
                                <a:moveTo>
                                  <a:pt x="3828" y="3019"/>
                                </a:moveTo>
                                <a:lnTo>
                                  <a:pt x="3885" y="3013"/>
                                </a:lnTo>
                                <a:moveTo>
                                  <a:pt x="3913" y="3011"/>
                                </a:moveTo>
                                <a:lnTo>
                                  <a:pt x="3970" y="3006"/>
                                </a:lnTo>
                                <a:moveTo>
                                  <a:pt x="3997" y="3003"/>
                                </a:moveTo>
                                <a:lnTo>
                                  <a:pt x="4054" y="2999"/>
                                </a:lnTo>
                                <a:moveTo>
                                  <a:pt x="4083" y="2996"/>
                                </a:moveTo>
                                <a:lnTo>
                                  <a:pt x="4139" y="2990"/>
                                </a:lnTo>
                                <a:moveTo>
                                  <a:pt x="4168" y="2988"/>
                                </a:moveTo>
                                <a:lnTo>
                                  <a:pt x="4224" y="2983"/>
                                </a:lnTo>
                                <a:moveTo>
                                  <a:pt x="4252" y="2981"/>
                                </a:moveTo>
                                <a:lnTo>
                                  <a:pt x="4308" y="2976"/>
                                </a:lnTo>
                                <a:moveTo>
                                  <a:pt x="4337" y="2972"/>
                                </a:moveTo>
                                <a:lnTo>
                                  <a:pt x="4393" y="2967"/>
                                </a:lnTo>
                                <a:moveTo>
                                  <a:pt x="4421" y="2965"/>
                                </a:moveTo>
                                <a:lnTo>
                                  <a:pt x="4477" y="2960"/>
                                </a:lnTo>
                                <a:moveTo>
                                  <a:pt x="4506" y="2958"/>
                                </a:moveTo>
                                <a:lnTo>
                                  <a:pt x="4563" y="2952"/>
                                </a:lnTo>
                                <a:moveTo>
                                  <a:pt x="4591" y="2949"/>
                                </a:moveTo>
                                <a:lnTo>
                                  <a:pt x="4648" y="2945"/>
                                </a:lnTo>
                                <a:moveTo>
                                  <a:pt x="4675" y="2942"/>
                                </a:moveTo>
                                <a:lnTo>
                                  <a:pt x="4732" y="2937"/>
                                </a:lnTo>
                                <a:moveTo>
                                  <a:pt x="4761" y="2935"/>
                                </a:moveTo>
                                <a:lnTo>
                                  <a:pt x="4817" y="2929"/>
                                </a:lnTo>
                                <a:moveTo>
                                  <a:pt x="4845" y="2927"/>
                                </a:moveTo>
                                <a:lnTo>
                                  <a:pt x="4901" y="2922"/>
                                </a:lnTo>
                                <a:moveTo>
                                  <a:pt x="4930" y="2919"/>
                                </a:moveTo>
                                <a:lnTo>
                                  <a:pt x="4986" y="2915"/>
                                </a:lnTo>
                                <a:moveTo>
                                  <a:pt x="5014" y="2911"/>
                                </a:moveTo>
                                <a:lnTo>
                                  <a:pt x="5070" y="2906"/>
                                </a:lnTo>
                                <a:moveTo>
                                  <a:pt x="5099" y="2904"/>
                                </a:moveTo>
                                <a:lnTo>
                                  <a:pt x="5155" y="2899"/>
                                </a:lnTo>
                                <a:moveTo>
                                  <a:pt x="5184" y="2897"/>
                                </a:moveTo>
                                <a:lnTo>
                                  <a:pt x="5230" y="2892"/>
                                </a:lnTo>
                                <a:lnTo>
                                  <a:pt x="5230" y="2863"/>
                                </a:lnTo>
                                <a:moveTo>
                                  <a:pt x="5231" y="2835"/>
                                </a:moveTo>
                                <a:lnTo>
                                  <a:pt x="5231" y="2778"/>
                                </a:lnTo>
                                <a:moveTo>
                                  <a:pt x="5232" y="2750"/>
                                </a:moveTo>
                                <a:lnTo>
                                  <a:pt x="5233" y="2693"/>
                                </a:lnTo>
                                <a:moveTo>
                                  <a:pt x="5233" y="2665"/>
                                </a:moveTo>
                                <a:lnTo>
                                  <a:pt x="5235" y="2609"/>
                                </a:lnTo>
                                <a:moveTo>
                                  <a:pt x="5235" y="2580"/>
                                </a:moveTo>
                                <a:lnTo>
                                  <a:pt x="5236" y="2523"/>
                                </a:lnTo>
                                <a:moveTo>
                                  <a:pt x="5236" y="2495"/>
                                </a:moveTo>
                                <a:lnTo>
                                  <a:pt x="5237" y="2438"/>
                                </a:lnTo>
                                <a:moveTo>
                                  <a:pt x="5237" y="2409"/>
                                </a:moveTo>
                                <a:lnTo>
                                  <a:pt x="5238" y="2353"/>
                                </a:lnTo>
                                <a:moveTo>
                                  <a:pt x="5238" y="2324"/>
                                </a:moveTo>
                                <a:lnTo>
                                  <a:pt x="5239" y="2268"/>
                                </a:lnTo>
                                <a:moveTo>
                                  <a:pt x="5239" y="2240"/>
                                </a:moveTo>
                                <a:lnTo>
                                  <a:pt x="5241" y="2183"/>
                                </a:lnTo>
                                <a:moveTo>
                                  <a:pt x="5241" y="2155"/>
                                </a:moveTo>
                                <a:lnTo>
                                  <a:pt x="5242" y="2097"/>
                                </a:lnTo>
                                <a:moveTo>
                                  <a:pt x="5243" y="2070"/>
                                </a:moveTo>
                                <a:lnTo>
                                  <a:pt x="5243" y="2013"/>
                                </a:lnTo>
                                <a:moveTo>
                                  <a:pt x="5244" y="1985"/>
                                </a:moveTo>
                                <a:lnTo>
                                  <a:pt x="5244" y="1928"/>
                                </a:lnTo>
                                <a:moveTo>
                                  <a:pt x="5245" y="1899"/>
                                </a:moveTo>
                                <a:lnTo>
                                  <a:pt x="5245" y="1843"/>
                                </a:lnTo>
                                <a:moveTo>
                                  <a:pt x="5247" y="1814"/>
                                </a:moveTo>
                                <a:lnTo>
                                  <a:pt x="5248" y="1758"/>
                                </a:lnTo>
                                <a:moveTo>
                                  <a:pt x="5248" y="1729"/>
                                </a:moveTo>
                                <a:lnTo>
                                  <a:pt x="5249" y="1673"/>
                                </a:lnTo>
                                <a:moveTo>
                                  <a:pt x="5249" y="1645"/>
                                </a:moveTo>
                                <a:lnTo>
                                  <a:pt x="5250" y="1587"/>
                                </a:lnTo>
                                <a:moveTo>
                                  <a:pt x="5250" y="1560"/>
                                </a:moveTo>
                                <a:lnTo>
                                  <a:pt x="5251" y="1502"/>
                                </a:lnTo>
                                <a:moveTo>
                                  <a:pt x="5251" y="1475"/>
                                </a:moveTo>
                                <a:lnTo>
                                  <a:pt x="5253" y="1418"/>
                                </a:lnTo>
                                <a:moveTo>
                                  <a:pt x="5253" y="1389"/>
                                </a:moveTo>
                                <a:lnTo>
                                  <a:pt x="5254" y="1333"/>
                                </a:lnTo>
                                <a:moveTo>
                                  <a:pt x="5254" y="1304"/>
                                </a:moveTo>
                                <a:lnTo>
                                  <a:pt x="5255" y="1248"/>
                                </a:lnTo>
                                <a:moveTo>
                                  <a:pt x="5256" y="1219"/>
                                </a:moveTo>
                                <a:lnTo>
                                  <a:pt x="5256" y="1163"/>
                                </a:lnTo>
                                <a:moveTo>
                                  <a:pt x="5257" y="1134"/>
                                </a:moveTo>
                                <a:lnTo>
                                  <a:pt x="5257" y="1077"/>
                                </a:lnTo>
                                <a:moveTo>
                                  <a:pt x="5259" y="1050"/>
                                </a:moveTo>
                                <a:lnTo>
                                  <a:pt x="5259" y="992"/>
                                </a:lnTo>
                                <a:moveTo>
                                  <a:pt x="5260" y="965"/>
                                </a:moveTo>
                                <a:lnTo>
                                  <a:pt x="5261" y="907"/>
                                </a:lnTo>
                                <a:moveTo>
                                  <a:pt x="5261" y="879"/>
                                </a:moveTo>
                                <a:lnTo>
                                  <a:pt x="5262" y="823"/>
                                </a:lnTo>
                                <a:moveTo>
                                  <a:pt x="5262" y="794"/>
                                </a:moveTo>
                                <a:lnTo>
                                  <a:pt x="5263" y="738"/>
                                </a:lnTo>
                                <a:moveTo>
                                  <a:pt x="5263" y="709"/>
                                </a:moveTo>
                                <a:lnTo>
                                  <a:pt x="5265" y="653"/>
                                </a:lnTo>
                                <a:moveTo>
                                  <a:pt x="5265" y="624"/>
                                </a:moveTo>
                                <a:lnTo>
                                  <a:pt x="5266" y="567"/>
                                </a:lnTo>
                                <a:moveTo>
                                  <a:pt x="5266" y="539"/>
                                </a:moveTo>
                                <a:lnTo>
                                  <a:pt x="5267" y="482"/>
                                </a:lnTo>
                                <a:moveTo>
                                  <a:pt x="5267" y="455"/>
                                </a:moveTo>
                                <a:lnTo>
                                  <a:pt x="5268" y="397"/>
                                </a:lnTo>
                                <a:moveTo>
                                  <a:pt x="5269" y="369"/>
                                </a:moveTo>
                                <a:lnTo>
                                  <a:pt x="5269" y="312"/>
                                </a:lnTo>
                                <a:moveTo>
                                  <a:pt x="5271" y="284"/>
                                </a:moveTo>
                                <a:lnTo>
                                  <a:pt x="5271" y="228"/>
                                </a:lnTo>
                                <a:moveTo>
                                  <a:pt x="5272" y="199"/>
                                </a:moveTo>
                                <a:lnTo>
                                  <a:pt x="5272" y="143"/>
                                </a:lnTo>
                                <a:moveTo>
                                  <a:pt x="5273" y="114"/>
                                </a:moveTo>
                                <a:lnTo>
                                  <a:pt x="5274" y="57"/>
                                </a:lnTo>
                                <a:moveTo>
                                  <a:pt x="5274" y="29"/>
                                </a:moveTo>
                                <a:lnTo>
                                  <a:pt x="5274" y="0"/>
                                </a:lnTo>
                                <a:lnTo>
                                  <a:pt x="531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0"/>
                        <wps:cNvCnPr/>
                        <wps:spPr bwMode="auto">
                          <a:xfrm>
                            <a:off x="9034" y="1868"/>
                            <a:ext cx="479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FF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639" y="2217"/>
                            <a:ext cx="98" cy="89"/>
                          </a:xfrm>
                          <a:custGeom>
                            <a:avLst/>
                            <a:gdLst>
                              <a:gd name="T0" fmla="+- 0 8639 8639"/>
                              <a:gd name="T1" fmla="*/ T0 w 98"/>
                              <a:gd name="T2" fmla="+- 0 2245 2217"/>
                              <a:gd name="T3" fmla="*/ 2245 h 89"/>
                              <a:gd name="T4" fmla="+- 0 8736 8639"/>
                              <a:gd name="T5" fmla="*/ T4 w 98"/>
                              <a:gd name="T6" fmla="+- 0 2306 2217"/>
                              <a:gd name="T7" fmla="*/ 2306 h 89"/>
                              <a:gd name="T8" fmla="+- 0 8664 8639"/>
                              <a:gd name="T9" fmla="*/ T8 w 98"/>
                              <a:gd name="T10" fmla="+- 0 2217 2217"/>
                              <a:gd name="T11" fmla="*/ 2217 h 89"/>
                              <a:gd name="T12" fmla="+- 0 8639 8639"/>
                              <a:gd name="T13" fmla="*/ T12 w 98"/>
                              <a:gd name="T14" fmla="+- 0 2245 2217"/>
                              <a:gd name="T15" fmla="*/ 2245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" h="89">
                                <a:moveTo>
                                  <a:pt x="0" y="28"/>
                                </a:moveTo>
                                <a:lnTo>
                                  <a:pt x="97" y="89"/>
                                </a:lnTo>
                                <a:lnTo>
                                  <a:pt x="25" y="0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39" y="2217"/>
                            <a:ext cx="98" cy="89"/>
                          </a:xfrm>
                          <a:custGeom>
                            <a:avLst/>
                            <a:gdLst>
                              <a:gd name="T0" fmla="+- 0 8664 8639"/>
                              <a:gd name="T1" fmla="*/ T0 w 98"/>
                              <a:gd name="T2" fmla="+- 0 2217 2217"/>
                              <a:gd name="T3" fmla="*/ 2217 h 89"/>
                              <a:gd name="T4" fmla="+- 0 8736 8639"/>
                              <a:gd name="T5" fmla="*/ T4 w 98"/>
                              <a:gd name="T6" fmla="+- 0 2306 2217"/>
                              <a:gd name="T7" fmla="*/ 2306 h 89"/>
                              <a:gd name="T8" fmla="+- 0 8639 8639"/>
                              <a:gd name="T9" fmla="*/ T8 w 98"/>
                              <a:gd name="T10" fmla="+- 0 2245 2217"/>
                              <a:gd name="T11" fmla="*/ 2245 h 89"/>
                              <a:gd name="T12" fmla="+- 0 8664 8639"/>
                              <a:gd name="T13" fmla="*/ T12 w 98"/>
                              <a:gd name="T14" fmla="+- 0 2217 2217"/>
                              <a:gd name="T15" fmla="*/ 2217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" h="89">
                                <a:moveTo>
                                  <a:pt x="25" y="0"/>
                                </a:moveTo>
                                <a:lnTo>
                                  <a:pt x="97" y="89"/>
                                </a:lnTo>
                                <a:lnTo>
                                  <a:pt x="0" y="2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5130" y="1319"/>
                            <a:ext cx="3521" cy="912"/>
                          </a:xfrm>
                          <a:custGeom>
                            <a:avLst/>
                            <a:gdLst>
                              <a:gd name="T0" fmla="+- 0 8651 5130"/>
                              <a:gd name="T1" fmla="*/ T0 w 3521"/>
                              <a:gd name="T2" fmla="+- 0 2232 1320"/>
                              <a:gd name="T3" fmla="*/ 2232 h 912"/>
                              <a:gd name="T4" fmla="+- 0 7629 5130"/>
                              <a:gd name="T5" fmla="*/ T4 w 3521"/>
                              <a:gd name="T6" fmla="+- 0 1320 1320"/>
                              <a:gd name="T7" fmla="*/ 1320 h 912"/>
                              <a:gd name="T8" fmla="+- 0 7588 5130"/>
                              <a:gd name="T9" fmla="*/ T8 w 3521"/>
                              <a:gd name="T10" fmla="+- 0 1320 1320"/>
                              <a:gd name="T11" fmla="*/ 1320 h 912"/>
                              <a:gd name="T12" fmla="+- 0 5130 5130"/>
                              <a:gd name="T13" fmla="*/ T12 w 3521"/>
                              <a:gd name="T14" fmla="+- 0 1320 1320"/>
                              <a:gd name="T15" fmla="*/ 1320 h 9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21" h="912">
                                <a:moveTo>
                                  <a:pt x="3521" y="912"/>
                                </a:moveTo>
                                <a:lnTo>
                                  <a:pt x="2499" y="0"/>
                                </a:lnTo>
                                <a:lnTo>
                                  <a:pt x="245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8855" y="3099"/>
                            <a:ext cx="94" cy="94"/>
                          </a:xfrm>
                          <a:custGeom>
                            <a:avLst/>
                            <a:gdLst>
                              <a:gd name="T0" fmla="+- 0 8855 8855"/>
                              <a:gd name="T1" fmla="*/ T0 w 94"/>
                              <a:gd name="T2" fmla="+- 0 3126 3099"/>
                              <a:gd name="T3" fmla="*/ 3126 h 94"/>
                              <a:gd name="T4" fmla="+- 0 8949 8855"/>
                              <a:gd name="T5" fmla="*/ T4 w 94"/>
                              <a:gd name="T6" fmla="+- 0 3193 3099"/>
                              <a:gd name="T7" fmla="*/ 3193 h 94"/>
                              <a:gd name="T8" fmla="+- 0 8882 8855"/>
                              <a:gd name="T9" fmla="*/ T8 w 94"/>
                              <a:gd name="T10" fmla="+- 0 3099 3099"/>
                              <a:gd name="T11" fmla="*/ 3099 h 94"/>
                              <a:gd name="T12" fmla="+- 0 8855 8855"/>
                              <a:gd name="T13" fmla="*/ T12 w 94"/>
                              <a:gd name="T14" fmla="+- 0 3126 3099"/>
                              <a:gd name="T15" fmla="*/ 3126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4" h="94">
                                <a:moveTo>
                                  <a:pt x="0" y="27"/>
                                </a:moveTo>
                                <a:lnTo>
                                  <a:pt x="94" y="94"/>
                                </a:lnTo>
                                <a:lnTo>
                                  <a:pt x="27" y="0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8855" y="3099"/>
                            <a:ext cx="94" cy="94"/>
                          </a:xfrm>
                          <a:custGeom>
                            <a:avLst/>
                            <a:gdLst>
                              <a:gd name="T0" fmla="+- 0 8882 8855"/>
                              <a:gd name="T1" fmla="*/ T0 w 94"/>
                              <a:gd name="T2" fmla="+- 0 3099 3099"/>
                              <a:gd name="T3" fmla="*/ 3099 h 94"/>
                              <a:gd name="T4" fmla="+- 0 8949 8855"/>
                              <a:gd name="T5" fmla="*/ T4 w 94"/>
                              <a:gd name="T6" fmla="+- 0 3193 3099"/>
                              <a:gd name="T7" fmla="*/ 3193 h 94"/>
                              <a:gd name="T8" fmla="+- 0 8855 8855"/>
                              <a:gd name="T9" fmla="*/ T8 w 94"/>
                              <a:gd name="T10" fmla="+- 0 3126 3099"/>
                              <a:gd name="T11" fmla="*/ 3126 h 94"/>
                              <a:gd name="T12" fmla="+- 0 8882 8855"/>
                              <a:gd name="T13" fmla="*/ T12 w 94"/>
                              <a:gd name="T14" fmla="+- 0 3099 3099"/>
                              <a:gd name="T15" fmla="*/ 3099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4" h="94">
                                <a:moveTo>
                                  <a:pt x="27" y="0"/>
                                </a:moveTo>
                                <a:lnTo>
                                  <a:pt x="94" y="94"/>
                                </a:lnTo>
                                <a:lnTo>
                                  <a:pt x="0" y="2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5482" y="2274"/>
                            <a:ext cx="3387" cy="838"/>
                          </a:xfrm>
                          <a:custGeom>
                            <a:avLst/>
                            <a:gdLst>
                              <a:gd name="T0" fmla="+- 0 8868 5482"/>
                              <a:gd name="T1" fmla="*/ T0 w 3387"/>
                              <a:gd name="T2" fmla="+- 0 3112 2275"/>
                              <a:gd name="T3" fmla="*/ 3112 h 838"/>
                              <a:gd name="T4" fmla="+- 0 8024 5482"/>
                              <a:gd name="T5" fmla="*/ T4 w 3387"/>
                              <a:gd name="T6" fmla="+- 0 2275 2275"/>
                              <a:gd name="T7" fmla="*/ 2275 h 838"/>
                              <a:gd name="T8" fmla="+- 0 7983 5482"/>
                              <a:gd name="T9" fmla="*/ T8 w 3387"/>
                              <a:gd name="T10" fmla="+- 0 2275 2275"/>
                              <a:gd name="T11" fmla="*/ 2275 h 838"/>
                              <a:gd name="T12" fmla="+- 0 5482 5482"/>
                              <a:gd name="T13" fmla="*/ T12 w 3387"/>
                              <a:gd name="T14" fmla="+- 0 2275 2275"/>
                              <a:gd name="T15" fmla="*/ 2275 h 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87" h="838">
                                <a:moveTo>
                                  <a:pt x="3386" y="837"/>
                                </a:moveTo>
                                <a:lnTo>
                                  <a:pt x="2542" y="0"/>
                                </a:lnTo>
                                <a:lnTo>
                                  <a:pt x="250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4608" y="1989"/>
                            <a:ext cx="74" cy="107"/>
                          </a:xfrm>
                          <a:custGeom>
                            <a:avLst/>
                            <a:gdLst>
                              <a:gd name="T0" fmla="+- 0 14608 14608"/>
                              <a:gd name="T1" fmla="*/ T0 w 74"/>
                              <a:gd name="T2" fmla="+- 0 2008 1989"/>
                              <a:gd name="T3" fmla="*/ 2008 h 107"/>
                              <a:gd name="T4" fmla="+- 0 14681 14608"/>
                              <a:gd name="T5" fmla="*/ T4 w 74"/>
                              <a:gd name="T6" fmla="+- 0 2096 1989"/>
                              <a:gd name="T7" fmla="*/ 2096 h 107"/>
                              <a:gd name="T8" fmla="+- 0 14640 14608"/>
                              <a:gd name="T9" fmla="*/ T8 w 74"/>
                              <a:gd name="T10" fmla="+- 0 1989 1989"/>
                              <a:gd name="T11" fmla="*/ 1989 h 107"/>
                              <a:gd name="T12" fmla="+- 0 14608 14608"/>
                              <a:gd name="T13" fmla="*/ T12 w 74"/>
                              <a:gd name="T14" fmla="+- 0 2008 1989"/>
                              <a:gd name="T15" fmla="*/ 200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107">
                                <a:moveTo>
                                  <a:pt x="0" y="19"/>
                                </a:moveTo>
                                <a:lnTo>
                                  <a:pt x="73" y="107"/>
                                </a:lnTo>
                                <a:lnTo>
                                  <a:pt x="32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4608" y="1989"/>
                            <a:ext cx="74" cy="107"/>
                          </a:xfrm>
                          <a:custGeom>
                            <a:avLst/>
                            <a:gdLst>
                              <a:gd name="T0" fmla="+- 0 14640 14608"/>
                              <a:gd name="T1" fmla="*/ T0 w 74"/>
                              <a:gd name="T2" fmla="+- 0 1989 1989"/>
                              <a:gd name="T3" fmla="*/ 1989 h 107"/>
                              <a:gd name="T4" fmla="+- 0 14681 14608"/>
                              <a:gd name="T5" fmla="*/ T4 w 74"/>
                              <a:gd name="T6" fmla="+- 0 2096 1989"/>
                              <a:gd name="T7" fmla="*/ 2096 h 107"/>
                              <a:gd name="T8" fmla="+- 0 14608 14608"/>
                              <a:gd name="T9" fmla="*/ T8 w 74"/>
                              <a:gd name="T10" fmla="+- 0 2008 1989"/>
                              <a:gd name="T11" fmla="*/ 2008 h 107"/>
                              <a:gd name="T12" fmla="+- 0 14640 14608"/>
                              <a:gd name="T13" fmla="*/ T12 w 74"/>
                              <a:gd name="T14" fmla="+- 0 1989 1989"/>
                              <a:gd name="T15" fmla="*/ 1989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107">
                                <a:moveTo>
                                  <a:pt x="32" y="0"/>
                                </a:moveTo>
                                <a:lnTo>
                                  <a:pt x="73" y="107"/>
                                </a:lnTo>
                                <a:lnTo>
                                  <a:pt x="0" y="19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11155" y="1046"/>
                            <a:ext cx="3468" cy="953"/>
                          </a:xfrm>
                          <a:custGeom>
                            <a:avLst/>
                            <a:gdLst>
                              <a:gd name="T0" fmla="+- 0 14624 11156"/>
                              <a:gd name="T1" fmla="*/ T0 w 3468"/>
                              <a:gd name="T2" fmla="+- 0 1999 1046"/>
                              <a:gd name="T3" fmla="*/ 1999 h 953"/>
                              <a:gd name="T4" fmla="+- 0 14068 11156"/>
                              <a:gd name="T5" fmla="*/ T4 w 3468"/>
                              <a:gd name="T6" fmla="+- 0 1046 1046"/>
                              <a:gd name="T7" fmla="*/ 1046 h 953"/>
                              <a:gd name="T8" fmla="+- 0 14027 11156"/>
                              <a:gd name="T9" fmla="*/ T8 w 3468"/>
                              <a:gd name="T10" fmla="+- 0 1046 1046"/>
                              <a:gd name="T11" fmla="*/ 1046 h 953"/>
                              <a:gd name="T12" fmla="+- 0 11156 11156"/>
                              <a:gd name="T13" fmla="*/ T12 w 3468"/>
                              <a:gd name="T14" fmla="+- 0 1046 1046"/>
                              <a:gd name="T15" fmla="*/ 1046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68" h="953">
                                <a:moveTo>
                                  <a:pt x="3468" y="953"/>
                                </a:moveTo>
                                <a:lnTo>
                                  <a:pt x="2912" y="0"/>
                                </a:lnTo>
                                <a:lnTo>
                                  <a:pt x="287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4060" y="8058"/>
                            <a:ext cx="83" cy="102"/>
                          </a:xfrm>
                          <a:custGeom>
                            <a:avLst/>
                            <a:gdLst>
                              <a:gd name="T0" fmla="+- 0 4060 4060"/>
                              <a:gd name="T1" fmla="*/ T0 w 83"/>
                              <a:gd name="T2" fmla="+- 0 8059 8059"/>
                              <a:gd name="T3" fmla="*/ 8059 h 102"/>
                              <a:gd name="T4" fmla="+- 0 4113 4060"/>
                              <a:gd name="T5" fmla="*/ T4 w 83"/>
                              <a:gd name="T6" fmla="+- 0 8161 8059"/>
                              <a:gd name="T7" fmla="*/ 8161 h 102"/>
                              <a:gd name="T8" fmla="+- 0 4143 4060"/>
                              <a:gd name="T9" fmla="*/ T8 w 83"/>
                              <a:gd name="T10" fmla="+- 0 8138 8059"/>
                              <a:gd name="T11" fmla="*/ 8138 h 102"/>
                              <a:gd name="T12" fmla="+- 0 4060 4060"/>
                              <a:gd name="T13" fmla="*/ T12 w 83"/>
                              <a:gd name="T14" fmla="+- 0 8059 8059"/>
                              <a:gd name="T15" fmla="*/ 8059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3" h="102">
                                <a:moveTo>
                                  <a:pt x="0" y="0"/>
                                </a:moveTo>
                                <a:lnTo>
                                  <a:pt x="53" y="102"/>
                                </a:lnTo>
                                <a:lnTo>
                                  <a:pt x="83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4060" y="8058"/>
                            <a:ext cx="83" cy="102"/>
                          </a:xfrm>
                          <a:custGeom>
                            <a:avLst/>
                            <a:gdLst>
                              <a:gd name="T0" fmla="+- 0 4113 4060"/>
                              <a:gd name="T1" fmla="*/ T0 w 83"/>
                              <a:gd name="T2" fmla="+- 0 8161 8059"/>
                              <a:gd name="T3" fmla="*/ 8161 h 102"/>
                              <a:gd name="T4" fmla="+- 0 4060 4060"/>
                              <a:gd name="T5" fmla="*/ T4 w 83"/>
                              <a:gd name="T6" fmla="+- 0 8059 8059"/>
                              <a:gd name="T7" fmla="*/ 8059 h 102"/>
                              <a:gd name="T8" fmla="+- 0 4143 4060"/>
                              <a:gd name="T9" fmla="*/ T8 w 83"/>
                              <a:gd name="T10" fmla="+- 0 8138 8059"/>
                              <a:gd name="T11" fmla="*/ 8138 h 102"/>
                              <a:gd name="T12" fmla="+- 0 4113 4060"/>
                              <a:gd name="T13" fmla="*/ T12 w 83"/>
                              <a:gd name="T14" fmla="+- 0 8161 8059"/>
                              <a:gd name="T15" fmla="*/ 816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3" h="102">
                                <a:moveTo>
                                  <a:pt x="53" y="102"/>
                                </a:moveTo>
                                <a:lnTo>
                                  <a:pt x="0" y="0"/>
                                </a:lnTo>
                                <a:lnTo>
                                  <a:pt x="83" y="79"/>
                                </a:lnTo>
                                <a:lnTo>
                                  <a:pt x="53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4128" y="8148"/>
                            <a:ext cx="4287" cy="1011"/>
                          </a:xfrm>
                          <a:custGeom>
                            <a:avLst/>
                            <a:gdLst>
                              <a:gd name="T0" fmla="+- 0 4128 4128"/>
                              <a:gd name="T1" fmla="*/ T0 w 4287"/>
                              <a:gd name="T2" fmla="+- 0 8149 8149"/>
                              <a:gd name="T3" fmla="*/ 8149 h 1011"/>
                              <a:gd name="T4" fmla="+- 0 4894 4128"/>
                              <a:gd name="T5" fmla="*/ T4 w 4287"/>
                              <a:gd name="T6" fmla="+- 0 9159 8149"/>
                              <a:gd name="T7" fmla="*/ 9159 h 1011"/>
                              <a:gd name="T8" fmla="+- 0 4935 4128"/>
                              <a:gd name="T9" fmla="*/ T8 w 4287"/>
                              <a:gd name="T10" fmla="+- 0 9159 8149"/>
                              <a:gd name="T11" fmla="*/ 9159 h 1011"/>
                              <a:gd name="T12" fmla="+- 0 8415 4128"/>
                              <a:gd name="T13" fmla="*/ T12 w 4287"/>
                              <a:gd name="T14" fmla="+- 0 9159 8149"/>
                              <a:gd name="T15" fmla="*/ 9159 h 10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287" h="1011">
                                <a:moveTo>
                                  <a:pt x="0" y="0"/>
                                </a:moveTo>
                                <a:lnTo>
                                  <a:pt x="766" y="1010"/>
                                </a:lnTo>
                                <a:lnTo>
                                  <a:pt x="807" y="1010"/>
                                </a:lnTo>
                                <a:lnTo>
                                  <a:pt x="4287" y="101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5383" y="5550"/>
                            <a:ext cx="101" cy="86"/>
                          </a:xfrm>
                          <a:custGeom>
                            <a:avLst/>
                            <a:gdLst>
                              <a:gd name="T0" fmla="+- 0 5384 5384"/>
                              <a:gd name="T1" fmla="*/ T0 w 101"/>
                              <a:gd name="T2" fmla="+- 0 5581 5551"/>
                              <a:gd name="T3" fmla="*/ 5581 h 86"/>
                              <a:gd name="T4" fmla="+- 0 5484 5384"/>
                              <a:gd name="T5" fmla="*/ T4 w 101"/>
                              <a:gd name="T6" fmla="+- 0 5636 5551"/>
                              <a:gd name="T7" fmla="*/ 5636 h 86"/>
                              <a:gd name="T8" fmla="+- 0 5408 5384"/>
                              <a:gd name="T9" fmla="*/ T8 w 101"/>
                              <a:gd name="T10" fmla="+- 0 5551 5551"/>
                              <a:gd name="T11" fmla="*/ 5551 h 86"/>
                              <a:gd name="T12" fmla="+- 0 5384 5384"/>
                              <a:gd name="T13" fmla="*/ T12 w 101"/>
                              <a:gd name="T14" fmla="+- 0 5581 5551"/>
                              <a:gd name="T15" fmla="*/ 5581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1" h="86">
                                <a:moveTo>
                                  <a:pt x="0" y="30"/>
                                </a:moveTo>
                                <a:lnTo>
                                  <a:pt x="100" y="85"/>
                                </a:lnTo>
                                <a:lnTo>
                                  <a:pt x="24" y="0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6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383" y="5550"/>
                            <a:ext cx="101" cy="86"/>
                          </a:xfrm>
                          <a:custGeom>
                            <a:avLst/>
                            <a:gdLst>
                              <a:gd name="T0" fmla="+- 0 5408 5384"/>
                              <a:gd name="T1" fmla="*/ T0 w 101"/>
                              <a:gd name="T2" fmla="+- 0 5551 5551"/>
                              <a:gd name="T3" fmla="*/ 5551 h 86"/>
                              <a:gd name="T4" fmla="+- 0 5484 5384"/>
                              <a:gd name="T5" fmla="*/ T4 w 101"/>
                              <a:gd name="T6" fmla="+- 0 5636 5551"/>
                              <a:gd name="T7" fmla="*/ 5636 h 86"/>
                              <a:gd name="T8" fmla="+- 0 5384 5384"/>
                              <a:gd name="T9" fmla="*/ T8 w 101"/>
                              <a:gd name="T10" fmla="+- 0 5581 5551"/>
                              <a:gd name="T11" fmla="*/ 5581 h 86"/>
                              <a:gd name="T12" fmla="+- 0 5408 5384"/>
                              <a:gd name="T13" fmla="*/ T12 w 101"/>
                              <a:gd name="T14" fmla="+- 0 5551 5551"/>
                              <a:gd name="T15" fmla="*/ 5551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1" h="86">
                                <a:moveTo>
                                  <a:pt x="24" y="0"/>
                                </a:moveTo>
                                <a:lnTo>
                                  <a:pt x="100" y="85"/>
                                </a:lnTo>
                                <a:lnTo>
                                  <a:pt x="0" y="3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D6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2762" y="5051"/>
                            <a:ext cx="2633" cy="515"/>
                          </a:xfrm>
                          <a:custGeom>
                            <a:avLst/>
                            <a:gdLst>
                              <a:gd name="T0" fmla="+- 0 5396 2763"/>
                              <a:gd name="T1" fmla="*/ T0 w 2633"/>
                              <a:gd name="T2" fmla="+- 0 5566 5052"/>
                              <a:gd name="T3" fmla="*/ 5566 h 515"/>
                              <a:gd name="T4" fmla="+- 0 4743 2763"/>
                              <a:gd name="T5" fmla="*/ T4 w 2633"/>
                              <a:gd name="T6" fmla="+- 0 5052 5052"/>
                              <a:gd name="T7" fmla="*/ 5052 h 515"/>
                              <a:gd name="T8" fmla="+- 0 4702 2763"/>
                              <a:gd name="T9" fmla="*/ T8 w 2633"/>
                              <a:gd name="T10" fmla="+- 0 5052 5052"/>
                              <a:gd name="T11" fmla="*/ 5052 h 515"/>
                              <a:gd name="T12" fmla="+- 0 2763 2763"/>
                              <a:gd name="T13" fmla="*/ T12 w 2633"/>
                              <a:gd name="T14" fmla="+- 0 5052 5052"/>
                              <a:gd name="T15" fmla="*/ 5052 h 5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33" h="515">
                                <a:moveTo>
                                  <a:pt x="2633" y="514"/>
                                </a:moveTo>
                                <a:lnTo>
                                  <a:pt x="1980" y="0"/>
                                </a:lnTo>
                                <a:lnTo>
                                  <a:pt x="193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6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9094" y="4152"/>
                            <a:ext cx="78" cy="105"/>
                          </a:xfrm>
                          <a:custGeom>
                            <a:avLst/>
                            <a:gdLst>
                              <a:gd name="T0" fmla="+- 0 9094 9094"/>
                              <a:gd name="T1" fmla="*/ T0 w 78"/>
                              <a:gd name="T2" fmla="+- 0 4257 4153"/>
                              <a:gd name="T3" fmla="*/ 4257 h 105"/>
                              <a:gd name="T4" fmla="+- 0 9172 9094"/>
                              <a:gd name="T5" fmla="*/ T4 w 78"/>
                              <a:gd name="T6" fmla="+- 0 4173 4153"/>
                              <a:gd name="T7" fmla="*/ 4173 h 105"/>
                              <a:gd name="T8" fmla="+- 0 9141 9094"/>
                              <a:gd name="T9" fmla="*/ T8 w 78"/>
                              <a:gd name="T10" fmla="+- 0 4153 4153"/>
                              <a:gd name="T11" fmla="*/ 4153 h 105"/>
                              <a:gd name="T12" fmla="+- 0 9094 9094"/>
                              <a:gd name="T13" fmla="*/ T12 w 78"/>
                              <a:gd name="T14" fmla="+- 0 4257 4153"/>
                              <a:gd name="T15" fmla="*/ 4257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105">
                                <a:moveTo>
                                  <a:pt x="0" y="104"/>
                                </a:moveTo>
                                <a:lnTo>
                                  <a:pt x="78" y="20"/>
                                </a:lnTo>
                                <a:lnTo>
                                  <a:pt x="47" y="0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9094" y="4152"/>
                            <a:ext cx="78" cy="105"/>
                          </a:xfrm>
                          <a:custGeom>
                            <a:avLst/>
                            <a:gdLst>
                              <a:gd name="T0" fmla="+- 0 9172 9094"/>
                              <a:gd name="T1" fmla="*/ T0 w 78"/>
                              <a:gd name="T2" fmla="+- 0 4173 4153"/>
                              <a:gd name="T3" fmla="*/ 4173 h 105"/>
                              <a:gd name="T4" fmla="+- 0 9094 9094"/>
                              <a:gd name="T5" fmla="*/ T4 w 78"/>
                              <a:gd name="T6" fmla="+- 0 4257 4153"/>
                              <a:gd name="T7" fmla="*/ 4257 h 105"/>
                              <a:gd name="T8" fmla="+- 0 9141 9094"/>
                              <a:gd name="T9" fmla="*/ T8 w 78"/>
                              <a:gd name="T10" fmla="+- 0 4153 4153"/>
                              <a:gd name="T11" fmla="*/ 4153 h 105"/>
                              <a:gd name="T12" fmla="+- 0 9172 9094"/>
                              <a:gd name="T13" fmla="*/ T12 w 78"/>
                              <a:gd name="T14" fmla="+- 0 4173 4153"/>
                              <a:gd name="T15" fmla="*/ 4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105">
                                <a:moveTo>
                                  <a:pt x="78" y="20"/>
                                </a:moveTo>
                                <a:lnTo>
                                  <a:pt x="0" y="104"/>
                                </a:lnTo>
                                <a:lnTo>
                                  <a:pt x="47" y="0"/>
                                </a:lnTo>
                                <a:lnTo>
                                  <a:pt x="78" y="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8"/>
                        <wps:cNvSpPr>
                          <a:spLocks/>
                        </wps:cNvSpPr>
                        <wps:spPr bwMode="auto">
                          <a:xfrm>
                            <a:off x="4846" y="3290"/>
                            <a:ext cx="6454" cy="3446"/>
                          </a:xfrm>
                          <a:custGeom>
                            <a:avLst/>
                            <a:gdLst>
                              <a:gd name="T0" fmla="+- 0 9156 4846"/>
                              <a:gd name="T1" fmla="*/ T0 w 6454"/>
                              <a:gd name="T2" fmla="+- 0 4164 3290"/>
                              <a:gd name="T3" fmla="*/ 4164 h 3446"/>
                              <a:gd name="T4" fmla="+- 0 9321 4846"/>
                              <a:gd name="T5" fmla="*/ T4 w 6454"/>
                              <a:gd name="T6" fmla="+- 0 3915 3290"/>
                              <a:gd name="T7" fmla="*/ 3915 h 3446"/>
                              <a:gd name="T8" fmla="+- 0 9362 4846"/>
                              <a:gd name="T9" fmla="*/ T8 w 6454"/>
                              <a:gd name="T10" fmla="+- 0 3915 3290"/>
                              <a:gd name="T11" fmla="*/ 3915 h 3446"/>
                              <a:gd name="T12" fmla="+- 0 11300 4846"/>
                              <a:gd name="T13" fmla="*/ T12 w 6454"/>
                              <a:gd name="T14" fmla="+- 0 3915 3290"/>
                              <a:gd name="T15" fmla="*/ 3915 h 3446"/>
                              <a:gd name="T16" fmla="+- 0 5026 4846"/>
                              <a:gd name="T17" fmla="*/ T16 w 6454"/>
                              <a:gd name="T18" fmla="+- 0 3290 3290"/>
                              <a:gd name="T19" fmla="*/ 3290 h 3446"/>
                              <a:gd name="T20" fmla="+- 0 5878 4846"/>
                              <a:gd name="T21" fmla="*/ T20 w 6454"/>
                              <a:gd name="T22" fmla="+- 0 3556 3290"/>
                              <a:gd name="T23" fmla="*/ 3556 h 3446"/>
                              <a:gd name="T24" fmla="+- 0 5879 4846"/>
                              <a:gd name="T25" fmla="*/ T24 w 6454"/>
                              <a:gd name="T26" fmla="+- 0 4222 3290"/>
                              <a:gd name="T27" fmla="*/ 4222 h 3446"/>
                              <a:gd name="T28" fmla="+- 0 5566 4846"/>
                              <a:gd name="T29" fmla="*/ T28 w 6454"/>
                              <a:gd name="T30" fmla="+- 0 4995 3290"/>
                              <a:gd name="T31" fmla="*/ 4995 h 3446"/>
                              <a:gd name="T32" fmla="+- 0 4929 4846"/>
                              <a:gd name="T33" fmla="*/ T32 w 6454"/>
                              <a:gd name="T34" fmla="+- 0 5391 3290"/>
                              <a:gd name="T35" fmla="*/ 5391 h 3446"/>
                              <a:gd name="T36" fmla="+- 0 5235 4846"/>
                              <a:gd name="T37" fmla="*/ T36 w 6454"/>
                              <a:gd name="T38" fmla="+- 0 3994 3290"/>
                              <a:gd name="T39" fmla="*/ 3994 h 3446"/>
                              <a:gd name="T40" fmla="+- 0 4846 4846"/>
                              <a:gd name="T41" fmla="*/ T40 w 6454"/>
                              <a:gd name="T42" fmla="+- 0 3877 3290"/>
                              <a:gd name="T43" fmla="*/ 3877 h 3446"/>
                              <a:gd name="T44" fmla="+- 0 5026 4846"/>
                              <a:gd name="T45" fmla="*/ T44 w 6454"/>
                              <a:gd name="T46" fmla="+- 0 3290 3290"/>
                              <a:gd name="T47" fmla="*/ 3290 h 3446"/>
                              <a:gd name="T48" fmla="+- 0 5010 4846"/>
                              <a:gd name="T49" fmla="*/ T48 w 6454"/>
                              <a:gd name="T50" fmla="+- 0 6735 3290"/>
                              <a:gd name="T51" fmla="*/ 6735 h 3446"/>
                              <a:gd name="T52" fmla="+- 0 4990 4846"/>
                              <a:gd name="T53" fmla="*/ T52 w 6454"/>
                              <a:gd name="T54" fmla="+- 0 6722 3290"/>
                              <a:gd name="T55" fmla="*/ 6722 h 3446"/>
                              <a:gd name="T56" fmla="+- 0 5358 4846"/>
                              <a:gd name="T57" fmla="*/ T56 w 6454"/>
                              <a:gd name="T58" fmla="+- 0 6300 3290"/>
                              <a:gd name="T59" fmla="*/ 6300 h 3446"/>
                              <a:gd name="T60" fmla="+- 0 5537 4846"/>
                              <a:gd name="T61" fmla="*/ T60 w 6454"/>
                              <a:gd name="T62" fmla="+- 0 6082 3290"/>
                              <a:gd name="T63" fmla="*/ 6082 h 3446"/>
                              <a:gd name="T64" fmla="+- 0 6114 4846"/>
                              <a:gd name="T65" fmla="*/ T64 w 6454"/>
                              <a:gd name="T66" fmla="+- 0 5725 3290"/>
                              <a:gd name="T67" fmla="*/ 5725 h 3446"/>
                              <a:gd name="T68" fmla="+- 0 6418 4846"/>
                              <a:gd name="T69" fmla="*/ T68 w 6454"/>
                              <a:gd name="T70" fmla="+- 0 5635 3290"/>
                              <a:gd name="T71" fmla="*/ 5635 h 3446"/>
                              <a:gd name="T72" fmla="+- 0 7586 4846"/>
                              <a:gd name="T73" fmla="*/ T72 w 6454"/>
                              <a:gd name="T74" fmla="+- 0 5588 3290"/>
                              <a:gd name="T75" fmla="*/ 5588 h 3446"/>
                              <a:gd name="T76" fmla="+- 0 9238 4846"/>
                              <a:gd name="T77" fmla="*/ T76 w 6454"/>
                              <a:gd name="T78" fmla="+- 0 5515 3290"/>
                              <a:gd name="T79" fmla="*/ 5515 h 3446"/>
                              <a:gd name="T80" fmla="+- 0 9364 4846"/>
                              <a:gd name="T81" fmla="*/ T80 w 6454"/>
                              <a:gd name="T82" fmla="+- 0 5509 3290"/>
                              <a:gd name="T83" fmla="*/ 5509 h 3446"/>
                              <a:gd name="T84" fmla="+- 0 9413 4846"/>
                              <a:gd name="T85" fmla="*/ T84 w 6454"/>
                              <a:gd name="T86" fmla="+- 0 6002 3290"/>
                              <a:gd name="T87" fmla="*/ 6002 h 3446"/>
                              <a:gd name="T88" fmla="+- 0 9483 4846"/>
                              <a:gd name="T89" fmla="*/ T88 w 6454"/>
                              <a:gd name="T90" fmla="+- 0 6543 3290"/>
                              <a:gd name="T91" fmla="*/ 6543 h 3446"/>
                              <a:gd name="T92" fmla="+- 0 5010 4846"/>
                              <a:gd name="T93" fmla="*/ T92 w 6454"/>
                              <a:gd name="T94" fmla="+- 0 6735 3290"/>
                              <a:gd name="T95" fmla="*/ 6735 h 3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454" h="3446">
                                <a:moveTo>
                                  <a:pt x="4310" y="874"/>
                                </a:moveTo>
                                <a:lnTo>
                                  <a:pt x="4475" y="625"/>
                                </a:lnTo>
                                <a:lnTo>
                                  <a:pt x="4516" y="625"/>
                                </a:lnTo>
                                <a:lnTo>
                                  <a:pt x="6454" y="625"/>
                                </a:lnTo>
                                <a:moveTo>
                                  <a:pt x="180" y="0"/>
                                </a:moveTo>
                                <a:lnTo>
                                  <a:pt x="1032" y="266"/>
                                </a:lnTo>
                                <a:lnTo>
                                  <a:pt x="1033" y="932"/>
                                </a:lnTo>
                                <a:lnTo>
                                  <a:pt x="720" y="1705"/>
                                </a:lnTo>
                                <a:lnTo>
                                  <a:pt x="83" y="2101"/>
                                </a:lnTo>
                                <a:lnTo>
                                  <a:pt x="389" y="704"/>
                                </a:lnTo>
                                <a:lnTo>
                                  <a:pt x="0" y="587"/>
                                </a:lnTo>
                                <a:lnTo>
                                  <a:pt x="180" y="0"/>
                                </a:lnTo>
                                <a:moveTo>
                                  <a:pt x="164" y="3445"/>
                                </a:moveTo>
                                <a:lnTo>
                                  <a:pt x="144" y="3432"/>
                                </a:lnTo>
                                <a:lnTo>
                                  <a:pt x="512" y="3010"/>
                                </a:lnTo>
                                <a:lnTo>
                                  <a:pt x="691" y="2792"/>
                                </a:lnTo>
                                <a:lnTo>
                                  <a:pt x="1268" y="2435"/>
                                </a:lnTo>
                                <a:lnTo>
                                  <a:pt x="1572" y="2345"/>
                                </a:lnTo>
                                <a:lnTo>
                                  <a:pt x="2740" y="2298"/>
                                </a:lnTo>
                                <a:lnTo>
                                  <a:pt x="4392" y="2225"/>
                                </a:lnTo>
                                <a:lnTo>
                                  <a:pt x="4518" y="2219"/>
                                </a:lnTo>
                                <a:lnTo>
                                  <a:pt x="4567" y="2712"/>
                                </a:lnTo>
                                <a:lnTo>
                                  <a:pt x="4637" y="3253"/>
                                </a:lnTo>
                                <a:lnTo>
                                  <a:pt x="164" y="344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9364" y="5396"/>
                            <a:ext cx="76" cy="113"/>
                          </a:xfrm>
                          <a:custGeom>
                            <a:avLst/>
                            <a:gdLst>
                              <a:gd name="T0" fmla="+- 0 9383 9364"/>
                              <a:gd name="T1" fmla="*/ T0 w 76"/>
                              <a:gd name="T2" fmla="+- 0 5509 5396"/>
                              <a:gd name="T3" fmla="*/ 5509 h 113"/>
                              <a:gd name="T4" fmla="+- 0 9402 9364"/>
                              <a:gd name="T5" fmla="*/ T4 w 76"/>
                              <a:gd name="T6" fmla="+- 0 5509 5396"/>
                              <a:gd name="T7" fmla="*/ 5509 h 113"/>
                              <a:gd name="T8" fmla="+- 0 9440 9364"/>
                              <a:gd name="T9" fmla="*/ T8 w 76"/>
                              <a:gd name="T10" fmla="+- 0 5472 5396"/>
                              <a:gd name="T11" fmla="*/ 5472 h 113"/>
                              <a:gd name="T12" fmla="+- 0 9440 9364"/>
                              <a:gd name="T13" fmla="*/ T12 w 76"/>
                              <a:gd name="T14" fmla="+- 0 5415 5396"/>
                              <a:gd name="T15" fmla="*/ 5415 h 113"/>
                              <a:gd name="T16" fmla="+- 0 9420 9364"/>
                              <a:gd name="T17" fmla="*/ T16 w 76"/>
                              <a:gd name="T18" fmla="+- 0 5396 5396"/>
                              <a:gd name="T19" fmla="*/ 5396 h 113"/>
                              <a:gd name="T20" fmla="+- 0 9383 9364"/>
                              <a:gd name="T21" fmla="*/ T20 w 76"/>
                              <a:gd name="T22" fmla="+- 0 5396 5396"/>
                              <a:gd name="T23" fmla="*/ 5396 h 113"/>
                              <a:gd name="T24" fmla="+- 0 9364 9364"/>
                              <a:gd name="T25" fmla="*/ T24 w 76"/>
                              <a:gd name="T26" fmla="+- 0 5415 5396"/>
                              <a:gd name="T27" fmla="*/ 5415 h 113"/>
                              <a:gd name="T28" fmla="+- 0 9364 9364"/>
                              <a:gd name="T29" fmla="*/ T28 w 76"/>
                              <a:gd name="T30" fmla="+- 0 5433 5396"/>
                              <a:gd name="T31" fmla="*/ 5433 h 113"/>
                              <a:gd name="T32" fmla="+- 0 9383 9364"/>
                              <a:gd name="T33" fmla="*/ T32 w 76"/>
                              <a:gd name="T34" fmla="+- 0 5452 5396"/>
                              <a:gd name="T35" fmla="*/ 5452 h 113"/>
                              <a:gd name="T36" fmla="+- 0 9440 9364"/>
                              <a:gd name="T37" fmla="*/ T36 w 76"/>
                              <a:gd name="T38" fmla="+- 0 5452 5396"/>
                              <a:gd name="T39" fmla="*/ 5452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6" h="113">
                                <a:moveTo>
                                  <a:pt x="19" y="113"/>
                                </a:moveTo>
                                <a:lnTo>
                                  <a:pt x="38" y="113"/>
                                </a:lnTo>
                                <a:lnTo>
                                  <a:pt x="76" y="76"/>
                                </a:lnTo>
                                <a:lnTo>
                                  <a:pt x="76" y="19"/>
                                </a:lnTo>
                                <a:lnTo>
                                  <a:pt x="56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37"/>
                                </a:lnTo>
                                <a:lnTo>
                                  <a:pt x="19" y="56"/>
                                </a:lnTo>
                                <a:lnTo>
                                  <a:pt x="76" y="5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ADAD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5566" y="3190"/>
                            <a:ext cx="3617" cy="1805"/>
                          </a:xfrm>
                          <a:custGeom>
                            <a:avLst/>
                            <a:gdLst>
                              <a:gd name="T0" fmla="+- 0 5566 5566"/>
                              <a:gd name="T1" fmla="*/ T0 w 3617"/>
                              <a:gd name="T2" fmla="+- 0 4995 3190"/>
                              <a:gd name="T3" fmla="*/ 4995 h 1805"/>
                              <a:gd name="T4" fmla="+- 0 5879 5566"/>
                              <a:gd name="T5" fmla="*/ T4 w 3617"/>
                              <a:gd name="T6" fmla="+- 0 4222 3190"/>
                              <a:gd name="T7" fmla="*/ 4222 h 1805"/>
                              <a:gd name="T8" fmla="+- 0 5879 5566"/>
                              <a:gd name="T9" fmla="*/ T8 w 3617"/>
                              <a:gd name="T10" fmla="+- 0 3216 3190"/>
                              <a:gd name="T11" fmla="*/ 3216 h 1805"/>
                              <a:gd name="T12" fmla="+- 0 9183 5566"/>
                              <a:gd name="T13" fmla="*/ T12 w 3617"/>
                              <a:gd name="T14" fmla="+- 0 3190 3190"/>
                              <a:gd name="T15" fmla="*/ 3190 h 1805"/>
                              <a:gd name="T16" fmla="+- 0 9176 5566"/>
                              <a:gd name="T17" fmla="*/ T16 w 3617"/>
                              <a:gd name="T18" fmla="+- 0 3816 3190"/>
                              <a:gd name="T19" fmla="*/ 3816 h 1805"/>
                              <a:gd name="T20" fmla="+- 0 7473 5566"/>
                              <a:gd name="T21" fmla="*/ T20 w 3617"/>
                              <a:gd name="T22" fmla="+- 0 3889 3190"/>
                              <a:gd name="T23" fmla="*/ 3889 h 1805"/>
                              <a:gd name="T24" fmla="+- 0 7524 5566"/>
                              <a:gd name="T25" fmla="*/ T24 w 3617"/>
                              <a:gd name="T26" fmla="+- 0 4683 3190"/>
                              <a:gd name="T27" fmla="*/ 4683 h 1805"/>
                              <a:gd name="T28" fmla="+- 0 6270 5566"/>
                              <a:gd name="T29" fmla="*/ T28 w 3617"/>
                              <a:gd name="T30" fmla="+- 0 4734 3190"/>
                              <a:gd name="T31" fmla="*/ 4734 h 1805"/>
                              <a:gd name="T32" fmla="+- 0 5741 5566"/>
                              <a:gd name="T33" fmla="*/ T32 w 3617"/>
                              <a:gd name="T34" fmla="+- 0 4888 3190"/>
                              <a:gd name="T35" fmla="*/ 4888 h 1805"/>
                              <a:gd name="T36" fmla="+- 0 5566 5566"/>
                              <a:gd name="T37" fmla="*/ T36 w 3617"/>
                              <a:gd name="T38" fmla="+- 0 4995 3190"/>
                              <a:gd name="T39" fmla="*/ 4995 h 1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17" h="1805">
                                <a:moveTo>
                                  <a:pt x="0" y="1805"/>
                                </a:moveTo>
                                <a:lnTo>
                                  <a:pt x="313" y="1032"/>
                                </a:lnTo>
                                <a:lnTo>
                                  <a:pt x="313" y="26"/>
                                </a:lnTo>
                                <a:lnTo>
                                  <a:pt x="3617" y="0"/>
                                </a:lnTo>
                                <a:lnTo>
                                  <a:pt x="3610" y="626"/>
                                </a:lnTo>
                                <a:lnTo>
                                  <a:pt x="1907" y="699"/>
                                </a:lnTo>
                                <a:lnTo>
                                  <a:pt x="1958" y="1493"/>
                                </a:lnTo>
                                <a:lnTo>
                                  <a:pt x="704" y="1544"/>
                                </a:lnTo>
                                <a:lnTo>
                                  <a:pt x="175" y="1698"/>
                                </a:lnTo>
                                <a:lnTo>
                                  <a:pt x="0" y="180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1"/>
                        <wps:cNvSpPr>
                          <a:spLocks/>
                        </wps:cNvSpPr>
                        <wps:spPr bwMode="auto">
                          <a:xfrm>
                            <a:off x="7472" y="3776"/>
                            <a:ext cx="38" cy="113"/>
                          </a:xfrm>
                          <a:custGeom>
                            <a:avLst/>
                            <a:gdLst>
                              <a:gd name="T0" fmla="+- 0 7473 7473"/>
                              <a:gd name="T1" fmla="*/ T0 w 38"/>
                              <a:gd name="T2" fmla="+- 0 3794 3776"/>
                              <a:gd name="T3" fmla="*/ 3794 h 113"/>
                              <a:gd name="T4" fmla="+- 0 7492 7473"/>
                              <a:gd name="T5" fmla="*/ T4 w 38"/>
                              <a:gd name="T6" fmla="+- 0 3776 3776"/>
                              <a:gd name="T7" fmla="*/ 3776 h 113"/>
                              <a:gd name="T8" fmla="+- 0 7492 7473"/>
                              <a:gd name="T9" fmla="*/ T8 w 38"/>
                              <a:gd name="T10" fmla="+- 0 3889 3776"/>
                              <a:gd name="T11" fmla="*/ 3889 h 113"/>
                              <a:gd name="T12" fmla="+- 0 7473 7473"/>
                              <a:gd name="T13" fmla="*/ T12 w 38"/>
                              <a:gd name="T14" fmla="+- 0 3889 3776"/>
                              <a:gd name="T15" fmla="*/ 3889 h 113"/>
                              <a:gd name="T16" fmla="+- 0 7510 7473"/>
                              <a:gd name="T17" fmla="*/ T16 w 38"/>
                              <a:gd name="T18" fmla="+- 0 3889 3776"/>
                              <a:gd name="T19" fmla="*/ 3889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113">
                                <a:moveTo>
                                  <a:pt x="0" y="18"/>
                                </a:moveTo>
                                <a:lnTo>
                                  <a:pt x="19" y="0"/>
                                </a:lnTo>
                                <a:lnTo>
                                  <a:pt x="19" y="113"/>
                                </a:lnTo>
                                <a:moveTo>
                                  <a:pt x="0" y="113"/>
                                </a:moveTo>
                                <a:lnTo>
                                  <a:pt x="37" y="11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ADAD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1" y="3768"/>
                            <a:ext cx="203" cy="1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3382" y="1640"/>
                            <a:ext cx="10678" cy="6735"/>
                          </a:xfrm>
                          <a:custGeom>
                            <a:avLst/>
                            <a:gdLst>
                              <a:gd name="T0" fmla="+- 0 3760 3382"/>
                              <a:gd name="T1" fmla="*/ T0 w 10678"/>
                              <a:gd name="T2" fmla="+- 0 8374 1640"/>
                              <a:gd name="T3" fmla="*/ 8374 h 6735"/>
                              <a:gd name="T4" fmla="+- 0 3382 3382"/>
                              <a:gd name="T5" fmla="*/ T4 w 10678"/>
                              <a:gd name="T6" fmla="+- 0 8125 1640"/>
                              <a:gd name="T7" fmla="*/ 8125 h 6735"/>
                              <a:gd name="T8" fmla="+- 0 5542 3382"/>
                              <a:gd name="T9" fmla="*/ T8 w 10678"/>
                              <a:gd name="T10" fmla="+- 0 4837 1640"/>
                              <a:gd name="T11" fmla="*/ 4837 h 6735"/>
                              <a:gd name="T12" fmla="+- 0 8700 3382"/>
                              <a:gd name="T13" fmla="*/ T12 w 10678"/>
                              <a:gd name="T14" fmla="+- 0 4551 1640"/>
                              <a:gd name="T15" fmla="*/ 4551 h 6735"/>
                              <a:gd name="T16" fmla="+- 0 8746 3382"/>
                              <a:gd name="T17" fmla="*/ T16 w 10678"/>
                              <a:gd name="T18" fmla="+- 0 1640 1640"/>
                              <a:gd name="T19" fmla="*/ 1640 h 6735"/>
                              <a:gd name="T20" fmla="+- 0 14060 3382"/>
                              <a:gd name="T21" fmla="*/ T20 w 10678"/>
                              <a:gd name="T22" fmla="+- 0 1641 1640"/>
                              <a:gd name="T23" fmla="*/ 1641 h 6735"/>
                              <a:gd name="T24" fmla="+- 0 14060 3382"/>
                              <a:gd name="T25" fmla="*/ T24 w 10678"/>
                              <a:gd name="T26" fmla="+- 0 2096 1640"/>
                              <a:gd name="T27" fmla="*/ 2096 h 6735"/>
                              <a:gd name="T28" fmla="+- 0 13833 3382"/>
                              <a:gd name="T29" fmla="*/ T28 w 10678"/>
                              <a:gd name="T30" fmla="+- 0 2096 1640"/>
                              <a:gd name="T31" fmla="*/ 2096 h 6735"/>
                              <a:gd name="T32" fmla="+- 0 9194 3382"/>
                              <a:gd name="T33" fmla="*/ T32 w 10678"/>
                              <a:gd name="T34" fmla="+- 0 2094 1640"/>
                              <a:gd name="T35" fmla="*/ 2094 h 6735"/>
                              <a:gd name="T36" fmla="+- 0 9149 3382"/>
                              <a:gd name="T37" fmla="*/ T36 w 10678"/>
                              <a:gd name="T38" fmla="+- 0 4966 1640"/>
                              <a:gd name="T39" fmla="*/ 4966 h 6735"/>
                              <a:gd name="T40" fmla="+- 0 5800 3382"/>
                              <a:gd name="T41" fmla="*/ T40 w 10678"/>
                              <a:gd name="T42" fmla="+- 0 5269 1640"/>
                              <a:gd name="T43" fmla="*/ 5269 h 6735"/>
                              <a:gd name="T44" fmla="+- 0 3760 3382"/>
                              <a:gd name="T45" fmla="*/ T44 w 10678"/>
                              <a:gd name="T46" fmla="+- 0 8374 1640"/>
                              <a:gd name="T47" fmla="*/ 8374 h 6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678" h="6735">
                                <a:moveTo>
                                  <a:pt x="378" y="6734"/>
                                </a:moveTo>
                                <a:lnTo>
                                  <a:pt x="0" y="6485"/>
                                </a:lnTo>
                                <a:lnTo>
                                  <a:pt x="2160" y="3197"/>
                                </a:lnTo>
                                <a:lnTo>
                                  <a:pt x="5318" y="2911"/>
                                </a:lnTo>
                                <a:lnTo>
                                  <a:pt x="5364" y="0"/>
                                </a:lnTo>
                                <a:lnTo>
                                  <a:pt x="10678" y="1"/>
                                </a:lnTo>
                                <a:lnTo>
                                  <a:pt x="10678" y="456"/>
                                </a:lnTo>
                                <a:lnTo>
                                  <a:pt x="10451" y="456"/>
                                </a:lnTo>
                                <a:lnTo>
                                  <a:pt x="5812" y="454"/>
                                </a:lnTo>
                                <a:lnTo>
                                  <a:pt x="5767" y="3326"/>
                                </a:lnTo>
                                <a:lnTo>
                                  <a:pt x="2418" y="3629"/>
                                </a:lnTo>
                                <a:lnTo>
                                  <a:pt x="378" y="6734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7" y="4772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5" y="4486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4" y="4889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1" y="1575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8" y="2028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4" y="1576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68" y="2031"/>
                            <a:ext cx="356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5" y="8046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5" y="8309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5" y="5204"/>
                            <a:ext cx="129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AutoShape 44"/>
                        <wps:cNvSpPr>
                          <a:spLocks/>
                        </wps:cNvSpPr>
                        <wps:spPr bwMode="auto">
                          <a:xfrm>
                            <a:off x="3344" y="6408"/>
                            <a:ext cx="13211" cy="2937"/>
                          </a:xfrm>
                          <a:custGeom>
                            <a:avLst/>
                            <a:gdLst>
                              <a:gd name="T0" fmla="+- 0 7763 3345"/>
                              <a:gd name="T1" fmla="*/ T0 w 13211"/>
                              <a:gd name="T2" fmla="+- 0 7195 6409"/>
                              <a:gd name="T3" fmla="*/ 7195 h 2937"/>
                              <a:gd name="T4" fmla="+- 0 7868 3345"/>
                              <a:gd name="T5" fmla="*/ T4 w 13211"/>
                              <a:gd name="T6" fmla="+- 0 7497 6409"/>
                              <a:gd name="T7" fmla="*/ 7497 h 2937"/>
                              <a:gd name="T8" fmla="+- 0 9380 3345"/>
                              <a:gd name="T9" fmla="*/ T8 w 13211"/>
                              <a:gd name="T10" fmla="+- 0 9345 6409"/>
                              <a:gd name="T11" fmla="*/ 9345 h 2937"/>
                              <a:gd name="T12" fmla="+- 0 8807 3345"/>
                              <a:gd name="T13" fmla="*/ T12 w 13211"/>
                              <a:gd name="T14" fmla="+- 0 8738 6409"/>
                              <a:gd name="T15" fmla="*/ 8738 h 2937"/>
                              <a:gd name="T16" fmla="+- 0 9237 3345"/>
                              <a:gd name="T17" fmla="*/ T16 w 13211"/>
                              <a:gd name="T18" fmla="+- 0 7081 6409"/>
                              <a:gd name="T19" fmla="*/ 7081 h 2937"/>
                              <a:gd name="T20" fmla="+- 0 9483 3345"/>
                              <a:gd name="T21" fmla="*/ T20 w 13211"/>
                              <a:gd name="T22" fmla="+- 0 6543 6409"/>
                              <a:gd name="T23" fmla="*/ 6543 h 2937"/>
                              <a:gd name="T24" fmla="+- 0 4870 3345"/>
                              <a:gd name="T25" fmla="*/ T24 w 13211"/>
                              <a:gd name="T26" fmla="+- 0 6645 6409"/>
                              <a:gd name="T27" fmla="*/ 6645 h 2937"/>
                              <a:gd name="T28" fmla="+- 0 4173 3345"/>
                              <a:gd name="T29" fmla="*/ T28 w 13211"/>
                              <a:gd name="T30" fmla="+- 0 7416 6409"/>
                              <a:gd name="T31" fmla="*/ 7416 h 2937"/>
                              <a:gd name="T32" fmla="+- 0 3440 3345"/>
                              <a:gd name="T33" fmla="*/ T32 w 13211"/>
                              <a:gd name="T34" fmla="+- 0 8428 6409"/>
                              <a:gd name="T35" fmla="*/ 8428 h 2937"/>
                              <a:gd name="T36" fmla="+- 0 3568 3345"/>
                              <a:gd name="T37" fmla="*/ T36 w 13211"/>
                              <a:gd name="T38" fmla="+- 0 8940 6409"/>
                              <a:gd name="T39" fmla="*/ 8940 h 2937"/>
                              <a:gd name="T40" fmla="+- 0 4359 3345"/>
                              <a:gd name="T41" fmla="*/ T40 w 13211"/>
                              <a:gd name="T42" fmla="+- 0 9187 6409"/>
                              <a:gd name="T43" fmla="*/ 9187 h 2937"/>
                              <a:gd name="T44" fmla="+- 0 4359 3345"/>
                              <a:gd name="T45" fmla="*/ T44 w 13211"/>
                              <a:gd name="T46" fmla="+- 0 9345 6409"/>
                              <a:gd name="T47" fmla="*/ 9345 h 2937"/>
                              <a:gd name="T48" fmla="+- 0 9172 3345"/>
                              <a:gd name="T49" fmla="*/ T48 w 13211"/>
                              <a:gd name="T50" fmla="+- 0 8862 6409"/>
                              <a:gd name="T51" fmla="*/ 8862 h 2937"/>
                              <a:gd name="T52" fmla="+- 0 9070 3345"/>
                              <a:gd name="T53" fmla="*/ T52 w 13211"/>
                              <a:gd name="T54" fmla="+- 0 7527 6409"/>
                              <a:gd name="T55" fmla="*/ 7527 h 2937"/>
                              <a:gd name="T56" fmla="+- 0 9437 3345"/>
                              <a:gd name="T57" fmla="*/ T56 w 13211"/>
                              <a:gd name="T58" fmla="+- 0 6759 6409"/>
                              <a:gd name="T59" fmla="*/ 6759 h 2937"/>
                              <a:gd name="T60" fmla="+- 0 12765 3345"/>
                              <a:gd name="T61" fmla="*/ T60 w 13211"/>
                              <a:gd name="T62" fmla="+- 0 7054 6409"/>
                              <a:gd name="T63" fmla="*/ 7054 h 2937"/>
                              <a:gd name="T64" fmla="+- 0 13832 3345"/>
                              <a:gd name="T65" fmla="*/ T64 w 13211"/>
                              <a:gd name="T66" fmla="+- 0 8472 6409"/>
                              <a:gd name="T67" fmla="*/ 8472 h 2937"/>
                              <a:gd name="T68" fmla="+- 0 16556 3345"/>
                              <a:gd name="T69" fmla="*/ T68 w 13211"/>
                              <a:gd name="T70" fmla="+- 0 6684 6409"/>
                              <a:gd name="T71" fmla="*/ 6684 h 2937"/>
                              <a:gd name="T72" fmla="+- 0 16430 3345"/>
                              <a:gd name="T73" fmla="*/ T72 w 13211"/>
                              <a:gd name="T74" fmla="+- 0 6680 6409"/>
                              <a:gd name="T75" fmla="*/ 6680 h 2937"/>
                              <a:gd name="T76" fmla="+- 0 16260 3345"/>
                              <a:gd name="T77" fmla="*/ T76 w 13211"/>
                              <a:gd name="T78" fmla="+- 0 6675 6409"/>
                              <a:gd name="T79" fmla="*/ 6675 h 2937"/>
                              <a:gd name="T80" fmla="+- 0 16090 3345"/>
                              <a:gd name="T81" fmla="*/ T80 w 13211"/>
                              <a:gd name="T82" fmla="+- 0 6670 6409"/>
                              <a:gd name="T83" fmla="*/ 6670 h 2937"/>
                              <a:gd name="T84" fmla="+- 0 15920 3345"/>
                              <a:gd name="T85" fmla="*/ T84 w 13211"/>
                              <a:gd name="T86" fmla="+- 0 6666 6409"/>
                              <a:gd name="T87" fmla="*/ 6666 h 2937"/>
                              <a:gd name="T88" fmla="+- 0 15750 3345"/>
                              <a:gd name="T89" fmla="*/ T88 w 13211"/>
                              <a:gd name="T90" fmla="+- 0 6661 6409"/>
                              <a:gd name="T91" fmla="*/ 6661 h 2937"/>
                              <a:gd name="T92" fmla="+- 0 15580 3345"/>
                              <a:gd name="T93" fmla="*/ T92 w 13211"/>
                              <a:gd name="T94" fmla="+- 0 6656 6409"/>
                              <a:gd name="T95" fmla="*/ 6656 h 2937"/>
                              <a:gd name="T96" fmla="+- 0 15410 3345"/>
                              <a:gd name="T97" fmla="*/ T96 w 13211"/>
                              <a:gd name="T98" fmla="+- 0 6651 6409"/>
                              <a:gd name="T99" fmla="*/ 6651 h 2937"/>
                              <a:gd name="T100" fmla="+- 0 15240 3345"/>
                              <a:gd name="T101" fmla="*/ T100 w 13211"/>
                              <a:gd name="T102" fmla="+- 0 6646 6409"/>
                              <a:gd name="T103" fmla="*/ 6646 h 2937"/>
                              <a:gd name="T104" fmla="+- 0 15070 3345"/>
                              <a:gd name="T105" fmla="*/ T104 w 13211"/>
                              <a:gd name="T106" fmla="+- 0 6642 6409"/>
                              <a:gd name="T107" fmla="*/ 6642 h 2937"/>
                              <a:gd name="T108" fmla="+- 0 14900 3345"/>
                              <a:gd name="T109" fmla="*/ T108 w 13211"/>
                              <a:gd name="T110" fmla="+- 0 6637 6409"/>
                              <a:gd name="T111" fmla="*/ 6637 h 2937"/>
                              <a:gd name="T112" fmla="+- 0 14730 3345"/>
                              <a:gd name="T113" fmla="*/ T112 w 13211"/>
                              <a:gd name="T114" fmla="+- 0 6632 6409"/>
                              <a:gd name="T115" fmla="*/ 6632 h 2937"/>
                              <a:gd name="T116" fmla="+- 0 14560 3345"/>
                              <a:gd name="T117" fmla="*/ T116 w 13211"/>
                              <a:gd name="T118" fmla="+- 0 6627 6409"/>
                              <a:gd name="T119" fmla="*/ 6627 h 2937"/>
                              <a:gd name="T120" fmla="+- 0 14390 3345"/>
                              <a:gd name="T121" fmla="*/ T120 w 13211"/>
                              <a:gd name="T122" fmla="+- 0 6622 6409"/>
                              <a:gd name="T123" fmla="*/ 6622 h 2937"/>
                              <a:gd name="T124" fmla="+- 0 14219 3345"/>
                              <a:gd name="T125" fmla="*/ T124 w 13211"/>
                              <a:gd name="T126" fmla="+- 0 6618 6409"/>
                              <a:gd name="T127" fmla="*/ 6618 h 2937"/>
                              <a:gd name="T128" fmla="+- 0 14050 3345"/>
                              <a:gd name="T129" fmla="*/ T128 w 13211"/>
                              <a:gd name="T130" fmla="+- 0 6613 6409"/>
                              <a:gd name="T131" fmla="*/ 6613 h 2937"/>
                              <a:gd name="T132" fmla="+- 0 13880 3345"/>
                              <a:gd name="T133" fmla="*/ T132 w 13211"/>
                              <a:gd name="T134" fmla="+- 0 6608 6409"/>
                              <a:gd name="T135" fmla="*/ 6608 h 2937"/>
                              <a:gd name="T136" fmla="+- 0 13709 3345"/>
                              <a:gd name="T137" fmla="*/ T136 w 13211"/>
                              <a:gd name="T138" fmla="+- 0 6603 6409"/>
                              <a:gd name="T139" fmla="*/ 6603 h 2937"/>
                              <a:gd name="T140" fmla="+- 0 13540 3345"/>
                              <a:gd name="T141" fmla="*/ T140 w 13211"/>
                              <a:gd name="T142" fmla="+- 0 6598 6409"/>
                              <a:gd name="T143" fmla="*/ 6598 h 2937"/>
                              <a:gd name="T144" fmla="+- 0 13370 3345"/>
                              <a:gd name="T145" fmla="*/ T144 w 13211"/>
                              <a:gd name="T146" fmla="+- 0 6594 6409"/>
                              <a:gd name="T147" fmla="*/ 6594 h 2937"/>
                              <a:gd name="T148" fmla="+- 0 13199 3345"/>
                              <a:gd name="T149" fmla="*/ T148 w 13211"/>
                              <a:gd name="T150" fmla="+- 0 6589 6409"/>
                              <a:gd name="T151" fmla="*/ 6589 h 2937"/>
                              <a:gd name="T152" fmla="+- 0 13030 3345"/>
                              <a:gd name="T153" fmla="*/ T152 w 13211"/>
                              <a:gd name="T154" fmla="+- 0 6584 6409"/>
                              <a:gd name="T155" fmla="*/ 6584 h 2937"/>
                              <a:gd name="T156" fmla="+- 0 12860 3345"/>
                              <a:gd name="T157" fmla="*/ T156 w 13211"/>
                              <a:gd name="T158" fmla="+- 0 6578 6409"/>
                              <a:gd name="T159" fmla="*/ 6578 h 2937"/>
                              <a:gd name="T160" fmla="+- 0 12689 3345"/>
                              <a:gd name="T161" fmla="*/ T160 w 13211"/>
                              <a:gd name="T162" fmla="+- 0 6573 6409"/>
                              <a:gd name="T163" fmla="*/ 6573 h 2937"/>
                              <a:gd name="T164" fmla="+- 0 12520 3345"/>
                              <a:gd name="T165" fmla="*/ T164 w 13211"/>
                              <a:gd name="T166" fmla="+- 0 6568 6409"/>
                              <a:gd name="T167" fmla="*/ 6568 h 2937"/>
                              <a:gd name="T168" fmla="+- 0 12350 3345"/>
                              <a:gd name="T169" fmla="*/ T168 w 13211"/>
                              <a:gd name="T170" fmla="+- 0 6564 6409"/>
                              <a:gd name="T171" fmla="*/ 6564 h 2937"/>
                              <a:gd name="T172" fmla="+- 0 12179 3345"/>
                              <a:gd name="T173" fmla="*/ T172 w 13211"/>
                              <a:gd name="T174" fmla="+- 0 6559 6409"/>
                              <a:gd name="T175" fmla="*/ 6559 h 2937"/>
                              <a:gd name="T176" fmla="+- 0 12010 3345"/>
                              <a:gd name="T177" fmla="*/ T176 w 13211"/>
                              <a:gd name="T178" fmla="+- 0 6554 6409"/>
                              <a:gd name="T179" fmla="*/ 6554 h 2937"/>
                              <a:gd name="T180" fmla="+- 0 11840 3345"/>
                              <a:gd name="T181" fmla="*/ T180 w 13211"/>
                              <a:gd name="T182" fmla="+- 0 6549 6409"/>
                              <a:gd name="T183" fmla="*/ 6549 h 2937"/>
                              <a:gd name="T184" fmla="+- 0 11669 3345"/>
                              <a:gd name="T185" fmla="*/ T184 w 13211"/>
                              <a:gd name="T186" fmla="+- 0 6544 6409"/>
                              <a:gd name="T187" fmla="*/ 6544 h 2937"/>
                              <a:gd name="T188" fmla="+- 0 11496 3345"/>
                              <a:gd name="T189" fmla="*/ T188 w 13211"/>
                              <a:gd name="T190" fmla="+- 0 6535 6409"/>
                              <a:gd name="T191" fmla="*/ 6535 h 2937"/>
                              <a:gd name="T192" fmla="+- 0 11326 3345"/>
                              <a:gd name="T193" fmla="*/ T192 w 13211"/>
                              <a:gd name="T194" fmla="+- 0 6524 6409"/>
                              <a:gd name="T195" fmla="*/ 6524 h 2937"/>
                              <a:gd name="T196" fmla="+- 0 11157 3345"/>
                              <a:gd name="T197" fmla="*/ T196 w 13211"/>
                              <a:gd name="T198" fmla="+- 0 6512 6409"/>
                              <a:gd name="T199" fmla="*/ 6512 h 2937"/>
                              <a:gd name="T200" fmla="+- 0 10986 3345"/>
                              <a:gd name="T201" fmla="*/ T200 w 13211"/>
                              <a:gd name="T202" fmla="+- 0 6501 6409"/>
                              <a:gd name="T203" fmla="*/ 6501 h 2937"/>
                              <a:gd name="T204" fmla="+- 0 10817 3345"/>
                              <a:gd name="T205" fmla="*/ T204 w 13211"/>
                              <a:gd name="T206" fmla="+- 0 6490 6409"/>
                              <a:gd name="T207" fmla="*/ 6490 h 2937"/>
                              <a:gd name="T208" fmla="+- 0 10648 3345"/>
                              <a:gd name="T209" fmla="*/ T208 w 13211"/>
                              <a:gd name="T210" fmla="+- 0 6478 6409"/>
                              <a:gd name="T211" fmla="*/ 6478 h 2937"/>
                              <a:gd name="T212" fmla="+- 0 10478 3345"/>
                              <a:gd name="T213" fmla="*/ T212 w 13211"/>
                              <a:gd name="T214" fmla="+- 0 6468 6409"/>
                              <a:gd name="T215" fmla="*/ 6468 h 2937"/>
                              <a:gd name="T216" fmla="+- 0 10308 3345"/>
                              <a:gd name="T217" fmla="*/ T216 w 13211"/>
                              <a:gd name="T218" fmla="+- 0 6456 6409"/>
                              <a:gd name="T219" fmla="*/ 6456 h 2937"/>
                              <a:gd name="T220" fmla="+- 0 10138 3345"/>
                              <a:gd name="T221" fmla="*/ T220 w 13211"/>
                              <a:gd name="T222" fmla="+- 0 6445 6409"/>
                              <a:gd name="T223" fmla="*/ 6445 h 2937"/>
                              <a:gd name="T224" fmla="+- 0 9969 3345"/>
                              <a:gd name="T225" fmla="*/ T224 w 13211"/>
                              <a:gd name="T226" fmla="+- 0 6434 6409"/>
                              <a:gd name="T227" fmla="*/ 6434 h 2937"/>
                              <a:gd name="T228" fmla="+- 0 9798 3345"/>
                              <a:gd name="T229" fmla="*/ T228 w 13211"/>
                              <a:gd name="T230" fmla="+- 0 6422 6409"/>
                              <a:gd name="T231" fmla="*/ 6422 h 2937"/>
                              <a:gd name="T232" fmla="+- 0 9590 3345"/>
                              <a:gd name="T233" fmla="*/ T232 w 13211"/>
                              <a:gd name="T234" fmla="+- 0 6409 6409"/>
                              <a:gd name="T235" fmla="*/ 6409 h 29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3211" h="2937">
                                <a:moveTo>
                                  <a:pt x="4319" y="989"/>
                                </a:moveTo>
                                <a:lnTo>
                                  <a:pt x="4418" y="786"/>
                                </a:lnTo>
                                <a:lnTo>
                                  <a:pt x="4622" y="885"/>
                                </a:lnTo>
                                <a:lnTo>
                                  <a:pt x="4523" y="1088"/>
                                </a:lnTo>
                                <a:lnTo>
                                  <a:pt x="4319" y="989"/>
                                </a:lnTo>
                                <a:moveTo>
                                  <a:pt x="6035" y="2936"/>
                                </a:moveTo>
                                <a:lnTo>
                                  <a:pt x="5827" y="2453"/>
                                </a:lnTo>
                                <a:lnTo>
                                  <a:pt x="5462" y="2329"/>
                                </a:lnTo>
                                <a:lnTo>
                                  <a:pt x="5725" y="1118"/>
                                </a:lnTo>
                                <a:lnTo>
                                  <a:pt x="5892" y="672"/>
                                </a:lnTo>
                                <a:lnTo>
                                  <a:pt x="6092" y="350"/>
                                </a:lnTo>
                                <a:lnTo>
                                  <a:pt x="6138" y="134"/>
                                </a:lnTo>
                                <a:lnTo>
                                  <a:pt x="1665" y="326"/>
                                </a:lnTo>
                                <a:lnTo>
                                  <a:pt x="1525" y="236"/>
                                </a:lnTo>
                                <a:lnTo>
                                  <a:pt x="1249" y="581"/>
                                </a:lnTo>
                                <a:lnTo>
                                  <a:pt x="828" y="1007"/>
                                </a:lnTo>
                                <a:lnTo>
                                  <a:pt x="242" y="1663"/>
                                </a:lnTo>
                                <a:lnTo>
                                  <a:pt x="95" y="2019"/>
                                </a:lnTo>
                                <a:lnTo>
                                  <a:pt x="0" y="2480"/>
                                </a:lnTo>
                                <a:lnTo>
                                  <a:pt x="223" y="2531"/>
                                </a:lnTo>
                                <a:lnTo>
                                  <a:pt x="398" y="2695"/>
                                </a:lnTo>
                                <a:lnTo>
                                  <a:pt x="1014" y="2778"/>
                                </a:lnTo>
                                <a:lnTo>
                                  <a:pt x="985" y="2929"/>
                                </a:lnTo>
                                <a:lnTo>
                                  <a:pt x="1014" y="2936"/>
                                </a:lnTo>
                                <a:moveTo>
                                  <a:pt x="6035" y="2936"/>
                                </a:moveTo>
                                <a:lnTo>
                                  <a:pt x="5827" y="2453"/>
                                </a:lnTo>
                                <a:lnTo>
                                  <a:pt x="5462" y="2329"/>
                                </a:lnTo>
                                <a:lnTo>
                                  <a:pt x="5725" y="1118"/>
                                </a:lnTo>
                                <a:lnTo>
                                  <a:pt x="5892" y="672"/>
                                </a:lnTo>
                                <a:lnTo>
                                  <a:pt x="6092" y="350"/>
                                </a:lnTo>
                                <a:lnTo>
                                  <a:pt x="6253" y="421"/>
                                </a:lnTo>
                                <a:lnTo>
                                  <a:pt x="9420" y="645"/>
                                </a:lnTo>
                                <a:lnTo>
                                  <a:pt x="10487" y="674"/>
                                </a:lnTo>
                                <a:lnTo>
                                  <a:pt x="10487" y="2063"/>
                                </a:lnTo>
                                <a:lnTo>
                                  <a:pt x="9499" y="2936"/>
                                </a:lnTo>
                                <a:moveTo>
                                  <a:pt x="13211" y="275"/>
                                </a:moveTo>
                                <a:lnTo>
                                  <a:pt x="13170" y="273"/>
                                </a:lnTo>
                                <a:moveTo>
                                  <a:pt x="13085" y="271"/>
                                </a:moveTo>
                                <a:lnTo>
                                  <a:pt x="12999" y="269"/>
                                </a:lnTo>
                                <a:moveTo>
                                  <a:pt x="12915" y="266"/>
                                </a:moveTo>
                                <a:lnTo>
                                  <a:pt x="12830" y="264"/>
                                </a:lnTo>
                                <a:moveTo>
                                  <a:pt x="12745" y="261"/>
                                </a:moveTo>
                                <a:lnTo>
                                  <a:pt x="12660" y="259"/>
                                </a:lnTo>
                                <a:moveTo>
                                  <a:pt x="12575" y="257"/>
                                </a:moveTo>
                                <a:lnTo>
                                  <a:pt x="12489" y="254"/>
                                </a:lnTo>
                                <a:moveTo>
                                  <a:pt x="12405" y="252"/>
                                </a:moveTo>
                                <a:lnTo>
                                  <a:pt x="12320" y="249"/>
                                </a:lnTo>
                                <a:moveTo>
                                  <a:pt x="12235" y="247"/>
                                </a:moveTo>
                                <a:lnTo>
                                  <a:pt x="12150" y="245"/>
                                </a:lnTo>
                                <a:moveTo>
                                  <a:pt x="12065" y="242"/>
                                </a:moveTo>
                                <a:lnTo>
                                  <a:pt x="11979" y="240"/>
                                </a:lnTo>
                                <a:moveTo>
                                  <a:pt x="11895" y="237"/>
                                </a:moveTo>
                                <a:lnTo>
                                  <a:pt x="11810" y="235"/>
                                </a:lnTo>
                                <a:moveTo>
                                  <a:pt x="11725" y="233"/>
                                </a:moveTo>
                                <a:lnTo>
                                  <a:pt x="11640" y="230"/>
                                </a:lnTo>
                                <a:moveTo>
                                  <a:pt x="11555" y="228"/>
                                </a:moveTo>
                                <a:lnTo>
                                  <a:pt x="11469" y="225"/>
                                </a:lnTo>
                                <a:moveTo>
                                  <a:pt x="11385" y="223"/>
                                </a:moveTo>
                                <a:lnTo>
                                  <a:pt x="11300" y="221"/>
                                </a:lnTo>
                                <a:moveTo>
                                  <a:pt x="11215" y="218"/>
                                </a:moveTo>
                                <a:lnTo>
                                  <a:pt x="11130" y="216"/>
                                </a:lnTo>
                                <a:moveTo>
                                  <a:pt x="11045" y="213"/>
                                </a:moveTo>
                                <a:lnTo>
                                  <a:pt x="10959" y="211"/>
                                </a:lnTo>
                                <a:moveTo>
                                  <a:pt x="10874" y="209"/>
                                </a:moveTo>
                                <a:lnTo>
                                  <a:pt x="10790" y="206"/>
                                </a:lnTo>
                                <a:moveTo>
                                  <a:pt x="10705" y="204"/>
                                </a:moveTo>
                                <a:lnTo>
                                  <a:pt x="10620" y="201"/>
                                </a:lnTo>
                                <a:moveTo>
                                  <a:pt x="10535" y="199"/>
                                </a:moveTo>
                                <a:lnTo>
                                  <a:pt x="10449" y="197"/>
                                </a:lnTo>
                                <a:moveTo>
                                  <a:pt x="10364" y="194"/>
                                </a:moveTo>
                                <a:lnTo>
                                  <a:pt x="10280" y="192"/>
                                </a:lnTo>
                                <a:moveTo>
                                  <a:pt x="10195" y="189"/>
                                </a:moveTo>
                                <a:lnTo>
                                  <a:pt x="10110" y="187"/>
                                </a:lnTo>
                                <a:moveTo>
                                  <a:pt x="10025" y="185"/>
                                </a:moveTo>
                                <a:lnTo>
                                  <a:pt x="9939" y="182"/>
                                </a:lnTo>
                                <a:moveTo>
                                  <a:pt x="9854" y="180"/>
                                </a:moveTo>
                                <a:lnTo>
                                  <a:pt x="9770" y="177"/>
                                </a:lnTo>
                                <a:moveTo>
                                  <a:pt x="9685" y="175"/>
                                </a:moveTo>
                                <a:lnTo>
                                  <a:pt x="9600" y="171"/>
                                </a:lnTo>
                                <a:moveTo>
                                  <a:pt x="9515" y="169"/>
                                </a:moveTo>
                                <a:lnTo>
                                  <a:pt x="9429" y="167"/>
                                </a:lnTo>
                                <a:moveTo>
                                  <a:pt x="9344" y="164"/>
                                </a:moveTo>
                                <a:lnTo>
                                  <a:pt x="9259" y="162"/>
                                </a:lnTo>
                                <a:moveTo>
                                  <a:pt x="9175" y="159"/>
                                </a:moveTo>
                                <a:lnTo>
                                  <a:pt x="9090" y="157"/>
                                </a:lnTo>
                                <a:moveTo>
                                  <a:pt x="9005" y="155"/>
                                </a:moveTo>
                                <a:lnTo>
                                  <a:pt x="8919" y="152"/>
                                </a:lnTo>
                                <a:moveTo>
                                  <a:pt x="8834" y="150"/>
                                </a:moveTo>
                                <a:lnTo>
                                  <a:pt x="8749" y="147"/>
                                </a:lnTo>
                                <a:moveTo>
                                  <a:pt x="8665" y="145"/>
                                </a:moveTo>
                                <a:lnTo>
                                  <a:pt x="8580" y="143"/>
                                </a:lnTo>
                                <a:moveTo>
                                  <a:pt x="8495" y="140"/>
                                </a:moveTo>
                                <a:lnTo>
                                  <a:pt x="8409" y="138"/>
                                </a:lnTo>
                                <a:moveTo>
                                  <a:pt x="8324" y="135"/>
                                </a:moveTo>
                                <a:lnTo>
                                  <a:pt x="8275" y="134"/>
                                </a:lnTo>
                                <a:lnTo>
                                  <a:pt x="8151" y="126"/>
                                </a:lnTo>
                                <a:moveTo>
                                  <a:pt x="8066" y="121"/>
                                </a:moveTo>
                                <a:lnTo>
                                  <a:pt x="7981" y="115"/>
                                </a:lnTo>
                                <a:moveTo>
                                  <a:pt x="7897" y="109"/>
                                </a:moveTo>
                                <a:lnTo>
                                  <a:pt x="7812" y="103"/>
                                </a:lnTo>
                                <a:moveTo>
                                  <a:pt x="7727" y="98"/>
                                </a:moveTo>
                                <a:lnTo>
                                  <a:pt x="7641" y="92"/>
                                </a:lnTo>
                                <a:moveTo>
                                  <a:pt x="7557" y="86"/>
                                </a:moveTo>
                                <a:lnTo>
                                  <a:pt x="7472" y="81"/>
                                </a:lnTo>
                                <a:moveTo>
                                  <a:pt x="7387" y="75"/>
                                </a:moveTo>
                                <a:lnTo>
                                  <a:pt x="7303" y="69"/>
                                </a:lnTo>
                                <a:moveTo>
                                  <a:pt x="7218" y="65"/>
                                </a:moveTo>
                                <a:lnTo>
                                  <a:pt x="7133" y="59"/>
                                </a:lnTo>
                                <a:moveTo>
                                  <a:pt x="7047" y="53"/>
                                </a:moveTo>
                                <a:lnTo>
                                  <a:pt x="6963" y="47"/>
                                </a:lnTo>
                                <a:moveTo>
                                  <a:pt x="6878" y="42"/>
                                </a:moveTo>
                                <a:lnTo>
                                  <a:pt x="6793" y="36"/>
                                </a:lnTo>
                                <a:moveTo>
                                  <a:pt x="6709" y="30"/>
                                </a:moveTo>
                                <a:lnTo>
                                  <a:pt x="6624" y="25"/>
                                </a:lnTo>
                                <a:moveTo>
                                  <a:pt x="6539" y="19"/>
                                </a:moveTo>
                                <a:lnTo>
                                  <a:pt x="6453" y="13"/>
                                </a:lnTo>
                                <a:moveTo>
                                  <a:pt x="6369" y="8"/>
                                </a:moveTo>
                                <a:lnTo>
                                  <a:pt x="6245" y="0"/>
                                </a:lnTo>
                                <a:lnTo>
                                  <a:pt x="6132" y="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45"/>
                        <wps:cNvCnPr/>
                        <wps:spPr bwMode="auto">
                          <a:xfrm>
                            <a:off x="5218" y="6438"/>
                            <a:ext cx="4181" cy="0"/>
                          </a:xfrm>
                          <a:prstGeom prst="line">
                            <a:avLst/>
                          </a:prstGeom>
                          <a:noFill/>
                          <a:ln w="426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46"/>
                        <wps:cNvSpPr>
                          <a:spLocks/>
                        </wps:cNvSpPr>
                        <wps:spPr bwMode="auto">
                          <a:xfrm>
                            <a:off x="1138" y="6465"/>
                            <a:ext cx="4002" cy="1994"/>
                          </a:xfrm>
                          <a:custGeom>
                            <a:avLst/>
                            <a:gdLst>
                              <a:gd name="T0" fmla="+- 0 5140 1138"/>
                              <a:gd name="T1" fmla="*/ T0 w 4002"/>
                              <a:gd name="T2" fmla="+- 0 6465 6465"/>
                              <a:gd name="T3" fmla="*/ 6465 h 1994"/>
                              <a:gd name="T4" fmla="+- 0 5027 1138"/>
                              <a:gd name="T5" fmla="*/ T4 w 4002"/>
                              <a:gd name="T6" fmla="+- 0 6466 6465"/>
                              <a:gd name="T7" fmla="*/ 6466 h 1994"/>
                              <a:gd name="T8" fmla="+- 0 4974 1138"/>
                              <a:gd name="T9" fmla="*/ T8 w 4002"/>
                              <a:gd name="T10" fmla="+- 0 6506 6465"/>
                              <a:gd name="T11" fmla="*/ 6506 h 1994"/>
                              <a:gd name="T12" fmla="+- 0 4906 1138"/>
                              <a:gd name="T13" fmla="*/ T12 w 4002"/>
                              <a:gd name="T14" fmla="+- 0 6558 6465"/>
                              <a:gd name="T15" fmla="*/ 6558 h 1994"/>
                              <a:gd name="T16" fmla="+- 0 4839 1138"/>
                              <a:gd name="T17" fmla="*/ T16 w 4002"/>
                              <a:gd name="T18" fmla="+- 0 6608 6465"/>
                              <a:gd name="T19" fmla="*/ 6608 h 1994"/>
                              <a:gd name="T20" fmla="+- 0 4770 1138"/>
                              <a:gd name="T21" fmla="*/ T20 w 4002"/>
                              <a:gd name="T22" fmla="+- 0 6660 6465"/>
                              <a:gd name="T23" fmla="*/ 6660 h 1994"/>
                              <a:gd name="T24" fmla="+- 0 4703 1138"/>
                              <a:gd name="T25" fmla="*/ T24 w 4002"/>
                              <a:gd name="T26" fmla="+- 0 6711 6465"/>
                              <a:gd name="T27" fmla="*/ 6711 h 1994"/>
                              <a:gd name="T28" fmla="+- 0 4635 1138"/>
                              <a:gd name="T29" fmla="*/ T28 w 4002"/>
                              <a:gd name="T30" fmla="+- 0 6763 6465"/>
                              <a:gd name="T31" fmla="*/ 6763 h 1994"/>
                              <a:gd name="T32" fmla="+- 0 4568 1138"/>
                              <a:gd name="T33" fmla="*/ T32 w 4002"/>
                              <a:gd name="T34" fmla="+- 0 6813 6465"/>
                              <a:gd name="T35" fmla="*/ 6813 h 1994"/>
                              <a:gd name="T36" fmla="+- 0 4499 1138"/>
                              <a:gd name="T37" fmla="*/ T36 w 4002"/>
                              <a:gd name="T38" fmla="+- 0 6865 6465"/>
                              <a:gd name="T39" fmla="*/ 6865 h 1994"/>
                              <a:gd name="T40" fmla="+- 0 4432 1138"/>
                              <a:gd name="T41" fmla="*/ T40 w 4002"/>
                              <a:gd name="T42" fmla="+- 0 6916 6465"/>
                              <a:gd name="T43" fmla="*/ 6916 h 1994"/>
                              <a:gd name="T44" fmla="+- 0 4364 1138"/>
                              <a:gd name="T45" fmla="*/ T44 w 4002"/>
                              <a:gd name="T46" fmla="+- 0 6968 6465"/>
                              <a:gd name="T47" fmla="*/ 6968 h 1994"/>
                              <a:gd name="T48" fmla="+- 0 4311 1138"/>
                              <a:gd name="T49" fmla="*/ T48 w 4002"/>
                              <a:gd name="T50" fmla="+- 0 7008 6465"/>
                              <a:gd name="T51" fmla="*/ 7008 h 1994"/>
                              <a:gd name="T52" fmla="+- 0 4227 1138"/>
                              <a:gd name="T53" fmla="*/ T52 w 4002"/>
                              <a:gd name="T54" fmla="+- 0 7090 6465"/>
                              <a:gd name="T55" fmla="*/ 7090 h 1994"/>
                              <a:gd name="T56" fmla="+- 0 4167 1138"/>
                              <a:gd name="T57" fmla="*/ T56 w 4002"/>
                              <a:gd name="T58" fmla="+- 0 7149 6465"/>
                              <a:gd name="T59" fmla="*/ 7149 h 1994"/>
                              <a:gd name="T60" fmla="+- 0 4106 1138"/>
                              <a:gd name="T61" fmla="*/ T60 w 4002"/>
                              <a:gd name="T62" fmla="+- 0 7209 6465"/>
                              <a:gd name="T63" fmla="*/ 7209 h 1994"/>
                              <a:gd name="T64" fmla="+- 0 4046 1138"/>
                              <a:gd name="T65" fmla="*/ T64 w 4002"/>
                              <a:gd name="T66" fmla="+- 0 7269 6465"/>
                              <a:gd name="T67" fmla="*/ 7269 h 1994"/>
                              <a:gd name="T68" fmla="+- 0 3984 1138"/>
                              <a:gd name="T69" fmla="*/ T68 w 4002"/>
                              <a:gd name="T70" fmla="+- 0 7328 6465"/>
                              <a:gd name="T71" fmla="*/ 7328 h 1994"/>
                              <a:gd name="T72" fmla="+- 0 3923 1138"/>
                              <a:gd name="T73" fmla="*/ T72 w 4002"/>
                              <a:gd name="T74" fmla="+- 0 7388 6465"/>
                              <a:gd name="T75" fmla="*/ 7388 h 1994"/>
                              <a:gd name="T76" fmla="+- 0 3863 1138"/>
                              <a:gd name="T77" fmla="*/ T76 w 4002"/>
                              <a:gd name="T78" fmla="+- 0 7448 6465"/>
                              <a:gd name="T79" fmla="*/ 7448 h 1994"/>
                              <a:gd name="T80" fmla="+- 0 3802 1138"/>
                              <a:gd name="T81" fmla="*/ T80 w 4002"/>
                              <a:gd name="T82" fmla="+- 0 7507 6465"/>
                              <a:gd name="T83" fmla="*/ 7507 h 1994"/>
                              <a:gd name="T84" fmla="+- 0 3742 1138"/>
                              <a:gd name="T85" fmla="*/ T84 w 4002"/>
                              <a:gd name="T86" fmla="+- 0 7567 6465"/>
                              <a:gd name="T87" fmla="*/ 7567 h 1994"/>
                              <a:gd name="T88" fmla="+- 0 3681 1138"/>
                              <a:gd name="T89" fmla="*/ T88 w 4002"/>
                              <a:gd name="T90" fmla="+- 0 7627 6465"/>
                              <a:gd name="T91" fmla="*/ 7627 h 1994"/>
                              <a:gd name="T92" fmla="+- 0 3621 1138"/>
                              <a:gd name="T93" fmla="*/ T92 w 4002"/>
                              <a:gd name="T94" fmla="+- 0 7686 6465"/>
                              <a:gd name="T95" fmla="*/ 7686 h 1994"/>
                              <a:gd name="T96" fmla="+- 0 3560 1138"/>
                              <a:gd name="T97" fmla="*/ T96 w 4002"/>
                              <a:gd name="T98" fmla="+- 0 7746 6465"/>
                              <a:gd name="T99" fmla="*/ 7746 h 1994"/>
                              <a:gd name="T100" fmla="+- 0 3500 1138"/>
                              <a:gd name="T101" fmla="*/ T100 w 4002"/>
                              <a:gd name="T102" fmla="+- 0 7806 6465"/>
                              <a:gd name="T103" fmla="*/ 7806 h 1994"/>
                              <a:gd name="T104" fmla="+- 0 3438 1138"/>
                              <a:gd name="T105" fmla="*/ T104 w 4002"/>
                              <a:gd name="T106" fmla="+- 0 7866 6465"/>
                              <a:gd name="T107" fmla="*/ 7866 h 1994"/>
                              <a:gd name="T108" fmla="+- 0 3378 1138"/>
                              <a:gd name="T109" fmla="*/ T108 w 4002"/>
                              <a:gd name="T110" fmla="+- 0 7924 6465"/>
                              <a:gd name="T111" fmla="*/ 7924 h 1994"/>
                              <a:gd name="T112" fmla="+- 0 3317 1138"/>
                              <a:gd name="T113" fmla="*/ T112 w 4002"/>
                              <a:gd name="T114" fmla="+- 0 7984 6465"/>
                              <a:gd name="T115" fmla="*/ 7984 h 1994"/>
                              <a:gd name="T116" fmla="+- 0 3257 1138"/>
                              <a:gd name="T117" fmla="*/ T116 w 4002"/>
                              <a:gd name="T118" fmla="+- 0 8044 6465"/>
                              <a:gd name="T119" fmla="*/ 8044 h 1994"/>
                              <a:gd name="T120" fmla="+- 0 3196 1138"/>
                              <a:gd name="T121" fmla="*/ T120 w 4002"/>
                              <a:gd name="T122" fmla="+- 0 8103 6465"/>
                              <a:gd name="T123" fmla="*/ 8103 h 1994"/>
                              <a:gd name="T124" fmla="+- 0 3112 1138"/>
                              <a:gd name="T125" fmla="*/ T124 w 4002"/>
                              <a:gd name="T126" fmla="+- 0 8186 6465"/>
                              <a:gd name="T127" fmla="*/ 8186 h 1994"/>
                              <a:gd name="T128" fmla="+- 0 3048 1138"/>
                              <a:gd name="T129" fmla="*/ T128 w 4002"/>
                              <a:gd name="T130" fmla="+- 0 8202 6465"/>
                              <a:gd name="T131" fmla="*/ 8202 h 1994"/>
                              <a:gd name="T132" fmla="+- 0 2966 1138"/>
                              <a:gd name="T133" fmla="*/ T132 w 4002"/>
                              <a:gd name="T134" fmla="+- 0 8222 6465"/>
                              <a:gd name="T135" fmla="*/ 8222 h 1994"/>
                              <a:gd name="T136" fmla="+- 0 2883 1138"/>
                              <a:gd name="T137" fmla="*/ T136 w 4002"/>
                              <a:gd name="T138" fmla="+- 0 8242 6465"/>
                              <a:gd name="T139" fmla="*/ 8242 h 1994"/>
                              <a:gd name="T140" fmla="+- 0 2801 1138"/>
                              <a:gd name="T141" fmla="*/ T140 w 4002"/>
                              <a:gd name="T142" fmla="+- 0 8263 6465"/>
                              <a:gd name="T143" fmla="*/ 8263 h 1994"/>
                              <a:gd name="T144" fmla="+- 0 2718 1138"/>
                              <a:gd name="T145" fmla="*/ T144 w 4002"/>
                              <a:gd name="T146" fmla="+- 0 8283 6465"/>
                              <a:gd name="T147" fmla="*/ 8283 h 1994"/>
                              <a:gd name="T148" fmla="+- 0 2636 1138"/>
                              <a:gd name="T149" fmla="*/ T148 w 4002"/>
                              <a:gd name="T150" fmla="+- 0 8304 6465"/>
                              <a:gd name="T151" fmla="*/ 8304 h 1994"/>
                              <a:gd name="T152" fmla="+- 0 2553 1138"/>
                              <a:gd name="T153" fmla="*/ T152 w 4002"/>
                              <a:gd name="T154" fmla="+- 0 8323 6465"/>
                              <a:gd name="T155" fmla="*/ 8323 h 1994"/>
                              <a:gd name="T156" fmla="+- 0 2470 1138"/>
                              <a:gd name="T157" fmla="*/ T156 w 4002"/>
                              <a:gd name="T158" fmla="+- 0 8343 6465"/>
                              <a:gd name="T159" fmla="*/ 8343 h 1994"/>
                              <a:gd name="T160" fmla="+- 0 2387 1138"/>
                              <a:gd name="T161" fmla="*/ T160 w 4002"/>
                              <a:gd name="T162" fmla="+- 0 8364 6465"/>
                              <a:gd name="T163" fmla="*/ 8364 h 1994"/>
                              <a:gd name="T164" fmla="+- 0 2306 1138"/>
                              <a:gd name="T165" fmla="*/ T164 w 4002"/>
                              <a:gd name="T166" fmla="+- 0 8384 6465"/>
                              <a:gd name="T167" fmla="*/ 8384 h 1994"/>
                              <a:gd name="T168" fmla="+- 0 2242 1138"/>
                              <a:gd name="T169" fmla="*/ T168 w 4002"/>
                              <a:gd name="T170" fmla="+- 0 8400 6465"/>
                              <a:gd name="T171" fmla="*/ 8400 h 1994"/>
                              <a:gd name="T172" fmla="+- 0 2140 1138"/>
                              <a:gd name="T173" fmla="*/ T172 w 4002"/>
                              <a:gd name="T174" fmla="+- 0 8404 6465"/>
                              <a:gd name="T175" fmla="*/ 8404 h 1994"/>
                              <a:gd name="T176" fmla="+- 0 2055 1138"/>
                              <a:gd name="T177" fmla="*/ T176 w 4002"/>
                              <a:gd name="T178" fmla="+- 0 8409 6465"/>
                              <a:gd name="T179" fmla="*/ 8409 h 1994"/>
                              <a:gd name="T180" fmla="+- 0 1970 1138"/>
                              <a:gd name="T181" fmla="*/ T180 w 4002"/>
                              <a:gd name="T182" fmla="+- 0 8414 6465"/>
                              <a:gd name="T183" fmla="*/ 8414 h 1994"/>
                              <a:gd name="T184" fmla="+- 0 1886 1138"/>
                              <a:gd name="T185" fmla="*/ T184 w 4002"/>
                              <a:gd name="T186" fmla="+- 0 8419 6465"/>
                              <a:gd name="T187" fmla="*/ 8419 h 1994"/>
                              <a:gd name="T188" fmla="+- 0 1800 1138"/>
                              <a:gd name="T189" fmla="*/ T188 w 4002"/>
                              <a:gd name="T190" fmla="+- 0 8422 6465"/>
                              <a:gd name="T191" fmla="*/ 8422 h 1994"/>
                              <a:gd name="T192" fmla="+- 0 1715 1138"/>
                              <a:gd name="T193" fmla="*/ T192 w 4002"/>
                              <a:gd name="T194" fmla="+- 0 8427 6465"/>
                              <a:gd name="T195" fmla="*/ 8427 h 1994"/>
                              <a:gd name="T196" fmla="+- 0 1630 1138"/>
                              <a:gd name="T197" fmla="*/ T196 w 4002"/>
                              <a:gd name="T198" fmla="+- 0 8432 6465"/>
                              <a:gd name="T199" fmla="*/ 8432 h 1994"/>
                              <a:gd name="T200" fmla="+- 0 1546 1138"/>
                              <a:gd name="T201" fmla="*/ T200 w 4002"/>
                              <a:gd name="T202" fmla="+- 0 8437 6465"/>
                              <a:gd name="T203" fmla="*/ 8437 h 1994"/>
                              <a:gd name="T204" fmla="+- 0 1461 1138"/>
                              <a:gd name="T205" fmla="*/ T204 w 4002"/>
                              <a:gd name="T206" fmla="+- 0 8440 6465"/>
                              <a:gd name="T207" fmla="*/ 8440 h 1994"/>
                              <a:gd name="T208" fmla="+- 0 1376 1138"/>
                              <a:gd name="T209" fmla="*/ T208 w 4002"/>
                              <a:gd name="T210" fmla="+- 0 8445 6465"/>
                              <a:gd name="T211" fmla="*/ 8445 h 1994"/>
                              <a:gd name="T212" fmla="+- 0 1290 1138"/>
                              <a:gd name="T213" fmla="*/ T212 w 4002"/>
                              <a:gd name="T214" fmla="+- 0 8450 6465"/>
                              <a:gd name="T215" fmla="*/ 8450 h 1994"/>
                              <a:gd name="T216" fmla="+- 0 1205 1138"/>
                              <a:gd name="T217" fmla="*/ T216 w 4002"/>
                              <a:gd name="T218" fmla="+- 0 8455 6465"/>
                              <a:gd name="T219" fmla="*/ 8455 h 1994"/>
                              <a:gd name="T220" fmla="+- 0 1138 1138"/>
                              <a:gd name="T221" fmla="*/ T220 w 4002"/>
                              <a:gd name="T222" fmla="+- 0 8458 6465"/>
                              <a:gd name="T223" fmla="*/ 8458 h 1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002" h="1994">
                                <a:moveTo>
                                  <a:pt x="4002" y="0"/>
                                </a:moveTo>
                                <a:lnTo>
                                  <a:pt x="3889" y="1"/>
                                </a:lnTo>
                                <a:lnTo>
                                  <a:pt x="3836" y="41"/>
                                </a:lnTo>
                                <a:moveTo>
                                  <a:pt x="3768" y="93"/>
                                </a:moveTo>
                                <a:lnTo>
                                  <a:pt x="3701" y="143"/>
                                </a:lnTo>
                                <a:moveTo>
                                  <a:pt x="3632" y="195"/>
                                </a:moveTo>
                                <a:lnTo>
                                  <a:pt x="3565" y="246"/>
                                </a:lnTo>
                                <a:moveTo>
                                  <a:pt x="3497" y="298"/>
                                </a:moveTo>
                                <a:lnTo>
                                  <a:pt x="3430" y="348"/>
                                </a:lnTo>
                                <a:moveTo>
                                  <a:pt x="3361" y="400"/>
                                </a:moveTo>
                                <a:lnTo>
                                  <a:pt x="3294" y="451"/>
                                </a:lnTo>
                                <a:moveTo>
                                  <a:pt x="3226" y="503"/>
                                </a:moveTo>
                                <a:lnTo>
                                  <a:pt x="3173" y="543"/>
                                </a:lnTo>
                                <a:lnTo>
                                  <a:pt x="3089" y="625"/>
                                </a:lnTo>
                                <a:moveTo>
                                  <a:pt x="3029" y="684"/>
                                </a:moveTo>
                                <a:lnTo>
                                  <a:pt x="2968" y="744"/>
                                </a:lnTo>
                                <a:moveTo>
                                  <a:pt x="2908" y="804"/>
                                </a:moveTo>
                                <a:lnTo>
                                  <a:pt x="2846" y="863"/>
                                </a:lnTo>
                                <a:moveTo>
                                  <a:pt x="2785" y="923"/>
                                </a:moveTo>
                                <a:lnTo>
                                  <a:pt x="2725" y="983"/>
                                </a:lnTo>
                                <a:moveTo>
                                  <a:pt x="2664" y="1042"/>
                                </a:moveTo>
                                <a:lnTo>
                                  <a:pt x="2604" y="1102"/>
                                </a:lnTo>
                                <a:moveTo>
                                  <a:pt x="2543" y="1162"/>
                                </a:moveTo>
                                <a:lnTo>
                                  <a:pt x="2483" y="1221"/>
                                </a:lnTo>
                                <a:moveTo>
                                  <a:pt x="2422" y="1281"/>
                                </a:moveTo>
                                <a:lnTo>
                                  <a:pt x="2362" y="1341"/>
                                </a:lnTo>
                                <a:moveTo>
                                  <a:pt x="2300" y="1401"/>
                                </a:moveTo>
                                <a:lnTo>
                                  <a:pt x="2240" y="1459"/>
                                </a:lnTo>
                                <a:moveTo>
                                  <a:pt x="2179" y="1519"/>
                                </a:moveTo>
                                <a:lnTo>
                                  <a:pt x="2119" y="1579"/>
                                </a:lnTo>
                                <a:moveTo>
                                  <a:pt x="2058" y="1638"/>
                                </a:moveTo>
                                <a:lnTo>
                                  <a:pt x="1974" y="1721"/>
                                </a:lnTo>
                                <a:lnTo>
                                  <a:pt x="1910" y="1737"/>
                                </a:lnTo>
                                <a:moveTo>
                                  <a:pt x="1828" y="1757"/>
                                </a:moveTo>
                                <a:lnTo>
                                  <a:pt x="1745" y="1777"/>
                                </a:lnTo>
                                <a:moveTo>
                                  <a:pt x="1663" y="1798"/>
                                </a:moveTo>
                                <a:lnTo>
                                  <a:pt x="1580" y="1818"/>
                                </a:lnTo>
                                <a:moveTo>
                                  <a:pt x="1498" y="1839"/>
                                </a:moveTo>
                                <a:lnTo>
                                  <a:pt x="1415" y="1858"/>
                                </a:lnTo>
                                <a:moveTo>
                                  <a:pt x="1332" y="1878"/>
                                </a:moveTo>
                                <a:lnTo>
                                  <a:pt x="1249" y="1899"/>
                                </a:lnTo>
                                <a:moveTo>
                                  <a:pt x="1168" y="1919"/>
                                </a:moveTo>
                                <a:lnTo>
                                  <a:pt x="1104" y="1935"/>
                                </a:lnTo>
                                <a:lnTo>
                                  <a:pt x="1002" y="1939"/>
                                </a:lnTo>
                                <a:moveTo>
                                  <a:pt x="917" y="1944"/>
                                </a:moveTo>
                                <a:lnTo>
                                  <a:pt x="832" y="1949"/>
                                </a:lnTo>
                                <a:moveTo>
                                  <a:pt x="748" y="1954"/>
                                </a:moveTo>
                                <a:lnTo>
                                  <a:pt x="662" y="1957"/>
                                </a:lnTo>
                                <a:moveTo>
                                  <a:pt x="577" y="1962"/>
                                </a:moveTo>
                                <a:lnTo>
                                  <a:pt x="492" y="1967"/>
                                </a:lnTo>
                                <a:moveTo>
                                  <a:pt x="408" y="1972"/>
                                </a:moveTo>
                                <a:lnTo>
                                  <a:pt x="323" y="1975"/>
                                </a:lnTo>
                                <a:moveTo>
                                  <a:pt x="238" y="1980"/>
                                </a:moveTo>
                                <a:lnTo>
                                  <a:pt x="152" y="1985"/>
                                </a:lnTo>
                                <a:moveTo>
                                  <a:pt x="67" y="1990"/>
                                </a:moveTo>
                                <a:lnTo>
                                  <a:pt x="0" y="199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47"/>
                        <wps:cNvSpPr>
                          <a:spLocks/>
                        </wps:cNvSpPr>
                        <wps:spPr bwMode="auto">
                          <a:xfrm>
                            <a:off x="2242" y="8073"/>
                            <a:ext cx="946" cy="327"/>
                          </a:xfrm>
                          <a:custGeom>
                            <a:avLst/>
                            <a:gdLst>
                              <a:gd name="T0" fmla="+- 0 3112 2242"/>
                              <a:gd name="T1" fmla="*/ T0 w 946"/>
                              <a:gd name="T2" fmla="+- 0 8073 8073"/>
                              <a:gd name="T3" fmla="*/ 8073 h 327"/>
                              <a:gd name="T4" fmla="+- 0 3188 2242"/>
                              <a:gd name="T5" fmla="*/ T4 w 946"/>
                              <a:gd name="T6" fmla="+- 0 8073 8073"/>
                              <a:gd name="T7" fmla="*/ 8073 h 327"/>
                              <a:gd name="T8" fmla="+- 0 3130 2242"/>
                              <a:gd name="T9" fmla="*/ T8 w 946"/>
                              <a:gd name="T10" fmla="+- 0 8186 8073"/>
                              <a:gd name="T11" fmla="*/ 8186 h 327"/>
                              <a:gd name="T12" fmla="+- 0 2298 2242"/>
                              <a:gd name="T13" fmla="*/ T12 w 946"/>
                              <a:gd name="T14" fmla="+- 0 8343 8073"/>
                              <a:gd name="T15" fmla="*/ 8343 h 327"/>
                              <a:gd name="T16" fmla="+- 0 2318 2242"/>
                              <a:gd name="T17" fmla="*/ T16 w 946"/>
                              <a:gd name="T18" fmla="+- 0 8361 8073"/>
                              <a:gd name="T19" fmla="*/ 8361 h 327"/>
                              <a:gd name="T20" fmla="+- 0 2318 2242"/>
                              <a:gd name="T21" fmla="*/ T20 w 946"/>
                              <a:gd name="T22" fmla="+- 0 8380 8073"/>
                              <a:gd name="T23" fmla="*/ 8380 h 327"/>
                              <a:gd name="T24" fmla="+- 0 2298 2242"/>
                              <a:gd name="T25" fmla="*/ T24 w 946"/>
                              <a:gd name="T26" fmla="+- 0 8400 8073"/>
                              <a:gd name="T27" fmla="*/ 8400 h 327"/>
                              <a:gd name="T28" fmla="+- 0 2261 2242"/>
                              <a:gd name="T29" fmla="*/ T28 w 946"/>
                              <a:gd name="T30" fmla="+- 0 8400 8073"/>
                              <a:gd name="T31" fmla="*/ 8400 h 327"/>
                              <a:gd name="T32" fmla="+- 0 2242 2242"/>
                              <a:gd name="T33" fmla="*/ T32 w 946"/>
                              <a:gd name="T34" fmla="+- 0 8380 8073"/>
                              <a:gd name="T35" fmla="*/ 8380 h 327"/>
                              <a:gd name="T36" fmla="+- 0 2242 2242"/>
                              <a:gd name="T37" fmla="*/ T36 w 946"/>
                              <a:gd name="T38" fmla="+- 0 8361 8073"/>
                              <a:gd name="T39" fmla="*/ 8361 h 327"/>
                              <a:gd name="T40" fmla="+- 0 2261 2242"/>
                              <a:gd name="T41" fmla="*/ T40 w 946"/>
                              <a:gd name="T42" fmla="+- 0 8343 8073"/>
                              <a:gd name="T43" fmla="*/ 8343 h 327"/>
                              <a:gd name="T44" fmla="+- 0 2298 2242"/>
                              <a:gd name="T45" fmla="*/ T44 w 946"/>
                              <a:gd name="T46" fmla="+- 0 8343 8073"/>
                              <a:gd name="T47" fmla="*/ 8343 h 327"/>
                              <a:gd name="T48" fmla="+- 0 2318 2242"/>
                              <a:gd name="T49" fmla="*/ T48 w 946"/>
                              <a:gd name="T50" fmla="+- 0 8324 8073"/>
                              <a:gd name="T51" fmla="*/ 8324 h 327"/>
                              <a:gd name="T52" fmla="+- 0 2318 2242"/>
                              <a:gd name="T53" fmla="*/ T52 w 946"/>
                              <a:gd name="T54" fmla="+- 0 8305 8073"/>
                              <a:gd name="T55" fmla="*/ 8305 h 327"/>
                              <a:gd name="T56" fmla="+- 0 2298 2242"/>
                              <a:gd name="T57" fmla="*/ T56 w 946"/>
                              <a:gd name="T58" fmla="+- 0 8286 8073"/>
                              <a:gd name="T59" fmla="*/ 8286 h 327"/>
                              <a:gd name="T60" fmla="+- 0 2261 2242"/>
                              <a:gd name="T61" fmla="*/ T60 w 946"/>
                              <a:gd name="T62" fmla="+- 0 8286 8073"/>
                              <a:gd name="T63" fmla="*/ 8286 h 327"/>
                              <a:gd name="T64" fmla="+- 0 2242 2242"/>
                              <a:gd name="T65" fmla="*/ T64 w 946"/>
                              <a:gd name="T66" fmla="+- 0 8305 8073"/>
                              <a:gd name="T67" fmla="*/ 8305 h 327"/>
                              <a:gd name="T68" fmla="+- 0 2242 2242"/>
                              <a:gd name="T69" fmla="*/ T68 w 946"/>
                              <a:gd name="T70" fmla="+- 0 8324 8073"/>
                              <a:gd name="T71" fmla="*/ 8324 h 327"/>
                              <a:gd name="T72" fmla="+- 0 2261 2242"/>
                              <a:gd name="T73" fmla="*/ T72 w 946"/>
                              <a:gd name="T74" fmla="+- 0 8343 8073"/>
                              <a:gd name="T75" fmla="*/ 8343 h 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46" h="327">
                                <a:moveTo>
                                  <a:pt x="870" y="0"/>
                                </a:moveTo>
                                <a:lnTo>
                                  <a:pt x="946" y="0"/>
                                </a:lnTo>
                                <a:lnTo>
                                  <a:pt x="888" y="113"/>
                                </a:lnTo>
                                <a:moveTo>
                                  <a:pt x="56" y="270"/>
                                </a:moveTo>
                                <a:lnTo>
                                  <a:pt x="76" y="288"/>
                                </a:lnTo>
                                <a:lnTo>
                                  <a:pt x="76" y="307"/>
                                </a:lnTo>
                                <a:lnTo>
                                  <a:pt x="56" y="327"/>
                                </a:lnTo>
                                <a:lnTo>
                                  <a:pt x="19" y="327"/>
                                </a:lnTo>
                                <a:lnTo>
                                  <a:pt x="0" y="307"/>
                                </a:lnTo>
                                <a:lnTo>
                                  <a:pt x="0" y="288"/>
                                </a:lnTo>
                                <a:lnTo>
                                  <a:pt x="19" y="270"/>
                                </a:lnTo>
                                <a:lnTo>
                                  <a:pt x="56" y="270"/>
                                </a:lnTo>
                                <a:lnTo>
                                  <a:pt x="76" y="251"/>
                                </a:lnTo>
                                <a:lnTo>
                                  <a:pt x="76" y="232"/>
                                </a:lnTo>
                                <a:lnTo>
                                  <a:pt x="56" y="213"/>
                                </a:lnTo>
                                <a:lnTo>
                                  <a:pt x="19" y="213"/>
                                </a:lnTo>
                                <a:lnTo>
                                  <a:pt x="0" y="232"/>
                                </a:lnTo>
                                <a:lnTo>
                                  <a:pt x="0" y="251"/>
                                </a:lnTo>
                                <a:lnTo>
                                  <a:pt x="19" y="27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ADAD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48"/>
                        <wps:cNvSpPr>
                          <a:spLocks/>
                        </wps:cNvSpPr>
                        <wps:spPr bwMode="auto">
                          <a:xfrm>
                            <a:off x="4" y="-4"/>
                            <a:ext cx="16836" cy="11904"/>
                          </a:xfrm>
                          <a:custGeom>
                            <a:avLst/>
                            <a:gdLst>
                              <a:gd name="T0" fmla="+- 0 4 4"/>
                              <a:gd name="T1" fmla="*/ T0 w 16836"/>
                              <a:gd name="T2" fmla="+- 0 11900 -4"/>
                              <a:gd name="T3" fmla="*/ 11900 h 11904"/>
                              <a:gd name="T4" fmla="+- 0 4 4"/>
                              <a:gd name="T5" fmla="*/ T4 w 16836"/>
                              <a:gd name="T6" fmla="+- 0 -4 -4"/>
                              <a:gd name="T7" fmla="*/ -4 h 11904"/>
                              <a:gd name="T8" fmla="+- 0 16840 4"/>
                              <a:gd name="T9" fmla="*/ T8 w 16836"/>
                              <a:gd name="T10" fmla="+- 0 -4 -4"/>
                              <a:gd name="T11" fmla="*/ -4 h 11904"/>
                              <a:gd name="T12" fmla="+- 0 16840 4"/>
                              <a:gd name="T13" fmla="*/ T12 w 16836"/>
                              <a:gd name="T14" fmla="+- 0 11900 -4"/>
                              <a:gd name="T15" fmla="*/ 11900 h 11904"/>
                              <a:gd name="T16" fmla="+- 0 4 4"/>
                              <a:gd name="T17" fmla="*/ T16 w 16836"/>
                              <a:gd name="T18" fmla="+- 0 11900 -4"/>
                              <a:gd name="T19" fmla="*/ 11900 h 11904"/>
                              <a:gd name="T20" fmla="+- 0 1137 4"/>
                              <a:gd name="T21" fmla="*/ T20 w 16836"/>
                              <a:gd name="T22" fmla="+- 0 11617 -4"/>
                              <a:gd name="T23" fmla="*/ 11617 h 11904"/>
                              <a:gd name="T24" fmla="+- 0 1137 4"/>
                              <a:gd name="T25" fmla="*/ T24 w 16836"/>
                              <a:gd name="T26" fmla="+- 0 279 -4"/>
                              <a:gd name="T27" fmla="*/ 279 h 11904"/>
                              <a:gd name="T28" fmla="+- 0 16557 4"/>
                              <a:gd name="T29" fmla="*/ T28 w 16836"/>
                              <a:gd name="T30" fmla="+- 0 279 -4"/>
                              <a:gd name="T31" fmla="*/ 279 h 11904"/>
                              <a:gd name="T32" fmla="+- 0 16557 4"/>
                              <a:gd name="T33" fmla="*/ T32 w 16836"/>
                              <a:gd name="T34" fmla="+- 0 11617 -4"/>
                              <a:gd name="T35" fmla="*/ 11617 h 11904"/>
                              <a:gd name="T36" fmla="+- 0 1137 4"/>
                              <a:gd name="T37" fmla="*/ T36 w 16836"/>
                              <a:gd name="T38" fmla="+- 0 11617 -4"/>
                              <a:gd name="T39" fmla="*/ 11617 h 11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836" h="11904">
                                <a:moveTo>
                                  <a:pt x="0" y="11904"/>
                                </a:moveTo>
                                <a:lnTo>
                                  <a:pt x="0" y="0"/>
                                </a:lnTo>
                                <a:lnTo>
                                  <a:pt x="16836" y="0"/>
                                </a:lnTo>
                                <a:lnTo>
                                  <a:pt x="16836" y="11904"/>
                                </a:lnTo>
                                <a:lnTo>
                                  <a:pt x="0" y="11904"/>
                                </a:lnTo>
                                <a:moveTo>
                                  <a:pt x="1133" y="11621"/>
                                </a:moveTo>
                                <a:lnTo>
                                  <a:pt x="1133" y="283"/>
                                </a:lnTo>
                                <a:lnTo>
                                  <a:pt x="16553" y="283"/>
                                </a:lnTo>
                                <a:lnTo>
                                  <a:pt x="16553" y="11621"/>
                                </a:lnTo>
                                <a:lnTo>
                                  <a:pt x="1133" y="1162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49"/>
                        <wps:cNvSpPr>
                          <a:spLocks/>
                        </wps:cNvSpPr>
                        <wps:spPr bwMode="auto">
                          <a:xfrm>
                            <a:off x="1199" y="9773"/>
                            <a:ext cx="497" cy="1418"/>
                          </a:xfrm>
                          <a:custGeom>
                            <a:avLst/>
                            <a:gdLst>
                              <a:gd name="T0" fmla="+- 0 1448 1199"/>
                              <a:gd name="T1" fmla="*/ T0 w 497"/>
                              <a:gd name="T2" fmla="+- 0 9774 9774"/>
                              <a:gd name="T3" fmla="*/ 9774 h 1418"/>
                              <a:gd name="T4" fmla="+- 0 1448 1199"/>
                              <a:gd name="T5" fmla="*/ T4 w 497"/>
                              <a:gd name="T6" fmla="+- 0 11191 9774"/>
                              <a:gd name="T7" fmla="*/ 11191 h 1418"/>
                              <a:gd name="T8" fmla="+- 0 1199 1199"/>
                              <a:gd name="T9" fmla="*/ T8 w 497"/>
                              <a:gd name="T10" fmla="+- 0 10483 9774"/>
                              <a:gd name="T11" fmla="*/ 10483 h 1418"/>
                              <a:gd name="T12" fmla="+- 0 1695 1199"/>
                              <a:gd name="T13" fmla="*/ T12 w 497"/>
                              <a:gd name="T14" fmla="+- 0 10483 9774"/>
                              <a:gd name="T15" fmla="*/ 10483 h 1418"/>
                              <a:gd name="T16" fmla="+- 0 1306 1199"/>
                              <a:gd name="T17" fmla="*/ T16 w 497"/>
                              <a:gd name="T18" fmla="+- 0 10624 9774"/>
                              <a:gd name="T19" fmla="*/ 10624 h 1418"/>
                              <a:gd name="T20" fmla="+- 0 1589 1199"/>
                              <a:gd name="T21" fmla="*/ T20 w 497"/>
                              <a:gd name="T22" fmla="+- 0 10341 9774"/>
                              <a:gd name="T23" fmla="*/ 10341 h 1418"/>
                              <a:gd name="T24" fmla="+- 0 1306 1199"/>
                              <a:gd name="T25" fmla="*/ T24 w 497"/>
                              <a:gd name="T26" fmla="+- 0 10341 9774"/>
                              <a:gd name="T27" fmla="*/ 10341 h 1418"/>
                              <a:gd name="T28" fmla="+- 0 1589 1199"/>
                              <a:gd name="T29" fmla="*/ T28 w 497"/>
                              <a:gd name="T30" fmla="+- 0 10624 9774"/>
                              <a:gd name="T31" fmla="*/ 10624 h 1418"/>
                              <a:gd name="T32" fmla="+- 0 1696 1199"/>
                              <a:gd name="T33" fmla="*/ T32 w 497"/>
                              <a:gd name="T34" fmla="+- 0 10483 9774"/>
                              <a:gd name="T35" fmla="*/ 10483 h 1418"/>
                              <a:gd name="T36" fmla="+- 0 1523 1199"/>
                              <a:gd name="T37" fmla="*/ T36 w 497"/>
                              <a:gd name="T38" fmla="+- 0 10407 9774"/>
                              <a:gd name="T39" fmla="*/ 10407 h 1418"/>
                              <a:gd name="T40" fmla="+- 0 1448 1199"/>
                              <a:gd name="T41" fmla="*/ T40 w 497"/>
                              <a:gd name="T42" fmla="+- 0 9774 9774"/>
                              <a:gd name="T43" fmla="*/ 9774 h 1418"/>
                              <a:gd name="T44" fmla="+- 0 1372 1199"/>
                              <a:gd name="T45" fmla="*/ T44 w 497"/>
                              <a:gd name="T46" fmla="+- 0 10407 9774"/>
                              <a:gd name="T47" fmla="*/ 10407 h 1418"/>
                              <a:gd name="T48" fmla="+- 0 1199 1199"/>
                              <a:gd name="T49" fmla="*/ T48 w 497"/>
                              <a:gd name="T50" fmla="+- 0 10483 9774"/>
                              <a:gd name="T51" fmla="*/ 10483 h 1418"/>
                              <a:gd name="T52" fmla="+- 0 1696 1199"/>
                              <a:gd name="T53" fmla="*/ T52 w 497"/>
                              <a:gd name="T54" fmla="+- 0 10483 9774"/>
                              <a:gd name="T55" fmla="*/ 10483 h 1418"/>
                              <a:gd name="T56" fmla="+- 0 1523 1199"/>
                              <a:gd name="T57" fmla="*/ T56 w 497"/>
                              <a:gd name="T58" fmla="+- 0 10557 9774"/>
                              <a:gd name="T59" fmla="*/ 10557 h 1418"/>
                              <a:gd name="T60" fmla="+- 0 1448 1199"/>
                              <a:gd name="T61" fmla="*/ T60 w 497"/>
                              <a:gd name="T62" fmla="+- 0 11191 9774"/>
                              <a:gd name="T63" fmla="*/ 11191 h 1418"/>
                              <a:gd name="T64" fmla="+- 0 1372 1199"/>
                              <a:gd name="T65" fmla="*/ T64 w 497"/>
                              <a:gd name="T66" fmla="+- 0 10557 9774"/>
                              <a:gd name="T67" fmla="*/ 10557 h 1418"/>
                              <a:gd name="T68" fmla="+- 0 1199 1199"/>
                              <a:gd name="T69" fmla="*/ T68 w 497"/>
                              <a:gd name="T70" fmla="+- 0 10483 9774"/>
                              <a:gd name="T71" fmla="*/ 10483 h 1418"/>
                              <a:gd name="T72" fmla="+- 0 1515 1199"/>
                              <a:gd name="T73" fmla="*/ T72 w 497"/>
                              <a:gd name="T74" fmla="+- 0 10624 9774"/>
                              <a:gd name="T75" fmla="*/ 10624 h 1418"/>
                              <a:gd name="T76" fmla="+- 0 1589 1199"/>
                              <a:gd name="T77" fmla="*/ T76 w 497"/>
                              <a:gd name="T78" fmla="+- 0 10624 9774"/>
                              <a:gd name="T79" fmla="*/ 10624 h 1418"/>
                              <a:gd name="T80" fmla="+- 0 1589 1199"/>
                              <a:gd name="T81" fmla="*/ T80 w 497"/>
                              <a:gd name="T82" fmla="+- 0 10528 9774"/>
                              <a:gd name="T83" fmla="*/ 10528 h 1418"/>
                              <a:gd name="T84" fmla="+- 0 1589 1199"/>
                              <a:gd name="T85" fmla="*/ T84 w 497"/>
                              <a:gd name="T86" fmla="+- 0 10436 9774"/>
                              <a:gd name="T87" fmla="*/ 10436 h 1418"/>
                              <a:gd name="T88" fmla="+- 0 1589 1199"/>
                              <a:gd name="T89" fmla="*/ T88 w 497"/>
                              <a:gd name="T90" fmla="+- 0 10341 9774"/>
                              <a:gd name="T91" fmla="*/ 10341 h 1418"/>
                              <a:gd name="T92" fmla="+- 0 1515 1199"/>
                              <a:gd name="T93" fmla="*/ T92 w 497"/>
                              <a:gd name="T94" fmla="+- 0 10341 9774"/>
                              <a:gd name="T95" fmla="*/ 10341 h 1418"/>
                              <a:gd name="T96" fmla="+- 0 1380 1199"/>
                              <a:gd name="T97" fmla="*/ T96 w 497"/>
                              <a:gd name="T98" fmla="+- 0 10341 9774"/>
                              <a:gd name="T99" fmla="*/ 10341 h 1418"/>
                              <a:gd name="T100" fmla="+- 0 1306 1199"/>
                              <a:gd name="T101" fmla="*/ T100 w 497"/>
                              <a:gd name="T102" fmla="+- 0 10341 9774"/>
                              <a:gd name="T103" fmla="*/ 10341 h 1418"/>
                              <a:gd name="T104" fmla="+- 0 1306 1199"/>
                              <a:gd name="T105" fmla="*/ T104 w 497"/>
                              <a:gd name="T106" fmla="+- 0 10436 9774"/>
                              <a:gd name="T107" fmla="*/ 10436 h 1418"/>
                              <a:gd name="T108" fmla="+- 0 1306 1199"/>
                              <a:gd name="T109" fmla="*/ T108 w 497"/>
                              <a:gd name="T110" fmla="+- 0 10528 9774"/>
                              <a:gd name="T111" fmla="*/ 10528 h 1418"/>
                              <a:gd name="T112" fmla="+- 0 1306 1199"/>
                              <a:gd name="T113" fmla="*/ T112 w 497"/>
                              <a:gd name="T114" fmla="+- 0 10624 9774"/>
                              <a:gd name="T115" fmla="*/ 10624 h 1418"/>
                              <a:gd name="T116" fmla="+- 0 1380 1199"/>
                              <a:gd name="T117" fmla="*/ T116 w 497"/>
                              <a:gd name="T118" fmla="+- 0 10624 9774"/>
                              <a:gd name="T119" fmla="*/ 10624 h 1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97" h="1418">
                                <a:moveTo>
                                  <a:pt x="249" y="0"/>
                                </a:moveTo>
                                <a:lnTo>
                                  <a:pt x="249" y="1417"/>
                                </a:lnTo>
                                <a:moveTo>
                                  <a:pt x="0" y="709"/>
                                </a:moveTo>
                                <a:lnTo>
                                  <a:pt x="496" y="709"/>
                                </a:lnTo>
                                <a:moveTo>
                                  <a:pt x="107" y="850"/>
                                </a:moveTo>
                                <a:lnTo>
                                  <a:pt x="390" y="567"/>
                                </a:lnTo>
                                <a:moveTo>
                                  <a:pt x="107" y="567"/>
                                </a:moveTo>
                                <a:lnTo>
                                  <a:pt x="390" y="850"/>
                                </a:lnTo>
                                <a:moveTo>
                                  <a:pt x="497" y="709"/>
                                </a:moveTo>
                                <a:lnTo>
                                  <a:pt x="324" y="633"/>
                                </a:lnTo>
                                <a:lnTo>
                                  <a:pt x="249" y="0"/>
                                </a:lnTo>
                                <a:lnTo>
                                  <a:pt x="173" y="633"/>
                                </a:lnTo>
                                <a:lnTo>
                                  <a:pt x="0" y="709"/>
                                </a:lnTo>
                                <a:moveTo>
                                  <a:pt x="497" y="709"/>
                                </a:moveTo>
                                <a:lnTo>
                                  <a:pt x="324" y="783"/>
                                </a:lnTo>
                                <a:lnTo>
                                  <a:pt x="249" y="1417"/>
                                </a:lnTo>
                                <a:lnTo>
                                  <a:pt x="173" y="783"/>
                                </a:lnTo>
                                <a:lnTo>
                                  <a:pt x="0" y="709"/>
                                </a:lnTo>
                                <a:moveTo>
                                  <a:pt x="316" y="850"/>
                                </a:moveTo>
                                <a:lnTo>
                                  <a:pt x="390" y="850"/>
                                </a:lnTo>
                                <a:lnTo>
                                  <a:pt x="390" y="754"/>
                                </a:lnTo>
                                <a:moveTo>
                                  <a:pt x="390" y="662"/>
                                </a:moveTo>
                                <a:lnTo>
                                  <a:pt x="390" y="567"/>
                                </a:lnTo>
                                <a:lnTo>
                                  <a:pt x="316" y="567"/>
                                </a:lnTo>
                                <a:moveTo>
                                  <a:pt x="181" y="567"/>
                                </a:moveTo>
                                <a:lnTo>
                                  <a:pt x="107" y="567"/>
                                </a:lnTo>
                                <a:lnTo>
                                  <a:pt x="107" y="662"/>
                                </a:lnTo>
                                <a:moveTo>
                                  <a:pt x="107" y="754"/>
                                </a:moveTo>
                                <a:lnTo>
                                  <a:pt x="107" y="850"/>
                                </a:lnTo>
                                <a:lnTo>
                                  <a:pt x="181" y="850"/>
                                </a:lnTo>
                              </a:path>
                            </a:pathLst>
                          </a:custGeom>
                          <a:noFill/>
                          <a:ln w="53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0"/>
                        <wps:cNvSpPr>
                          <a:spLocks/>
                        </wps:cNvSpPr>
                        <wps:spPr bwMode="auto">
                          <a:xfrm>
                            <a:off x="1306" y="10341"/>
                            <a:ext cx="75" cy="66"/>
                          </a:xfrm>
                          <a:custGeom>
                            <a:avLst/>
                            <a:gdLst>
                              <a:gd name="T0" fmla="+- 0 1306 1306"/>
                              <a:gd name="T1" fmla="*/ T0 w 75"/>
                              <a:gd name="T2" fmla="+- 0 10341 10341"/>
                              <a:gd name="T3" fmla="*/ 10341 h 66"/>
                              <a:gd name="T4" fmla="+- 0 1372 1306"/>
                              <a:gd name="T5" fmla="*/ T4 w 75"/>
                              <a:gd name="T6" fmla="+- 0 10407 10341"/>
                              <a:gd name="T7" fmla="*/ 10407 h 66"/>
                              <a:gd name="T8" fmla="+- 0 1380 1306"/>
                              <a:gd name="T9" fmla="*/ T8 w 75"/>
                              <a:gd name="T10" fmla="+- 0 10341 10341"/>
                              <a:gd name="T11" fmla="*/ 10341 h 66"/>
                              <a:gd name="T12" fmla="+- 0 1306 1306"/>
                              <a:gd name="T13" fmla="*/ T12 w 75"/>
                              <a:gd name="T14" fmla="+- 0 10341 10341"/>
                              <a:gd name="T15" fmla="*/ 1034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6">
                                <a:moveTo>
                                  <a:pt x="0" y="0"/>
                                </a:moveTo>
                                <a:lnTo>
                                  <a:pt x="66" y="66"/>
                                </a:lnTo>
                                <a:lnTo>
                                  <a:pt x="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1"/>
                        <wps:cNvSpPr>
                          <a:spLocks/>
                        </wps:cNvSpPr>
                        <wps:spPr bwMode="auto">
                          <a:xfrm>
                            <a:off x="1306" y="10341"/>
                            <a:ext cx="75" cy="66"/>
                          </a:xfrm>
                          <a:custGeom>
                            <a:avLst/>
                            <a:gdLst>
                              <a:gd name="T0" fmla="+- 0 1306 1306"/>
                              <a:gd name="T1" fmla="*/ T0 w 75"/>
                              <a:gd name="T2" fmla="+- 0 10341 10341"/>
                              <a:gd name="T3" fmla="*/ 10341 h 66"/>
                              <a:gd name="T4" fmla="+- 0 1380 1306"/>
                              <a:gd name="T5" fmla="*/ T4 w 75"/>
                              <a:gd name="T6" fmla="+- 0 10341 10341"/>
                              <a:gd name="T7" fmla="*/ 10341 h 66"/>
                              <a:gd name="T8" fmla="+- 0 1372 1306"/>
                              <a:gd name="T9" fmla="*/ T8 w 75"/>
                              <a:gd name="T10" fmla="+- 0 10407 10341"/>
                              <a:gd name="T11" fmla="*/ 10407 h 66"/>
                              <a:gd name="T12" fmla="+- 0 1306 1306"/>
                              <a:gd name="T13" fmla="*/ T12 w 75"/>
                              <a:gd name="T14" fmla="+- 0 10341 10341"/>
                              <a:gd name="T15" fmla="*/ 1034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6">
                                <a:moveTo>
                                  <a:pt x="0" y="0"/>
                                </a:moveTo>
                                <a:lnTo>
                                  <a:pt x="74" y="0"/>
                                </a:lnTo>
                                <a:lnTo>
                                  <a:pt x="66" y="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52"/>
                        <wps:cNvSpPr>
                          <a:spLocks/>
                        </wps:cNvSpPr>
                        <wps:spPr bwMode="auto">
                          <a:xfrm>
                            <a:off x="1523" y="10341"/>
                            <a:ext cx="66" cy="95"/>
                          </a:xfrm>
                          <a:custGeom>
                            <a:avLst/>
                            <a:gdLst>
                              <a:gd name="T0" fmla="+- 0 1523 1523"/>
                              <a:gd name="T1" fmla="*/ T0 w 66"/>
                              <a:gd name="T2" fmla="+- 0 10407 10341"/>
                              <a:gd name="T3" fmla="*/ 10407 h 95"/>
                              <a:gd name="T4" fmla="+- 0 1589 1523"/>
                              <a:gd name="T5" fmla="*/ T4 w 66"/>
                              <a:gd name="T6" fmla="+- 0 10436 10341"/>
                              <a:gd name="T7" fmla="*/ 10436 h 95"/>
                              <a:gd name="T8" fmla="+- 0 1589 1523"/>
                              <a:gd name="T9" fmla="*/ T8 w 66"/>
                              <a:gd name="T10" fmla="+- 0 10407 10341"/>
                              <a:gd name="T11" fmla="*/ 10407 h 95"/>
                              <a:gd name="T12" fmla="+- 0 1523 1523"/>
                              <a:gd name="T13" fmla="*/ T12 w 66"/>
                              <a:gd name="T14" fmla="+- 0 10407 10341"/>
                              <a:gd name="T15" fmla="*/ 10407 h 95"/>
                              <a:gd name="T16" fmla="+- 0 1523 1523"/>
                              <a:gd name="T17" fmla="*/ T16 w 66"/>
                              <a:gd name="T18" fmla="+- 0 10407 10341"/>
                              <a:gd name="T19" fmla="*/ 10407 h 95"/>
                              <a:gd name="T20" fmla="+- 0 1589 1523"/>
                              <a:gd name="T21" fmla="*/ T20 w 66"/>
                              <a:gd name="T22" fmla="+- 0 10407 10341"/>
                              <a:gd name="T23" fmla="*/ 10407 h 95"/>
                              <a:gd name="T24" fmla="+- 0 1589 1523"/>
                              <a:gd name="T25" fmla="*/ T24 w 66"/>
                              <a:gd name="T26" fmla="+- 0 10341 10341"/>
                              <a:gd name="T27" fmla="*/ 10341 h 95"/>
                              <a:gd name="T28" fmla="+- 0 1523 1523"/>
                              <a:gd name="T29" fmla="*/ T28 w 66"/>
                              <a:gd name="T30" fmla="+- 0 10407 10341"/>
                              <a:gd name="T31" fmla="*/ 10407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" h="95">
                                <a:moveTo>
                                  <a:pt x="0" y="66"/>
                                </a:moveTo>
                                <a:lnTo>
                                  <a:pt x="66" y="95"/>
                                </a:lnTo>
                                <a:lnTo>
                                  <a:pt x="66" y="66"/>
                                </a:lnTo>
                                <a:lnTo>
                                  <a:pt x="0" y="66"/>
                                </a:lnTo>
                                <a:close/>
                                <a:moveTo>
                                  <a:pt x="0" y="66"/>
                                </a:moveTo>
                                <a:lnTo>
                                  <a:pt x="66" y="66"/>
                                </a:lnTo>
                                <a:lnTo>
                                  <a:pt x="66" y="0"/>
                                </a:lnTo>
                                <a:lnTo>
                                  <a:pt x="0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53"/>
                        <wps:cNvSpPr>
                          <a:spLocks/>
                        </wps:cNvSpPr>
                        <wps:spPr bwMode="auto">
                          <a:xfrm>
                            <a:off x="1523" y="10341"/>
                            <a:ext cx="66" cy="95"/>
                          </a:xfrm>
                          <a:custGeom>
                            <a:avLst/>
                            <a:gdLst>
                              <a:gd name="T0" fmla="+- 0 1589 1523"/>
                              <a:gd name="T1" fmla="*/ T0 w 66"/>
                              <a:gd name="T2" fmla="+- 0 10341 10341"/>
                              <a:gd name="T3" fmla="*/ 10341 h 95"/>
                              <a:gd name="T4" fmla="+- 0 1589 1523"/>
                              <a:gd name="T5" fmla="*/ T4 w 66"/>
                              <a:gd name="T6" fmla="+- 0 10407 10341"/>
                              <a:gd name="T7" fmla="*/ 10407 h 95"/>
                              <a:gd name="T8" fmla="+- 0 1523 1523"/>
                              <a:gd name="T9" fmla="*/ T8 w 66"/>
                              <a:gd name="T10" fmla="+- 0 10407 10341"/>
                              <a:gd name="T11" fmla="*/ 10407 h 95"/>
                              <a:gd name="T12" fmla="+- 0 1589 1523"/>
                              <a:gd name="T13" fmla="*/ T12 w 66"/>
                              <a:gd name="T14" fmla="+- 0 10341 10341"/>
                              <a:gd name="T15" fmla="*/ 10341 h 95"/>
                              <a:gd name="T16" fmla="+- 0 1589 1523"/>
                              <a:gd name="T17" fmla="*/ T16 w 66"/>
                              <a:gd name="T18" fmla="+- 0 10407 10341"/>
                              <a:gd name="T19" fmla="*/ 10407 h 95"/>
                              <a:gd name="T20" fmla="+- 0 1523 1523"/>
                              <a:gd name="T21" fmla="*/ T20 w 66"/>
                              <a:gd name="T22" fmla="+- 0 10407 10341"/>
                              <a:gd name="T23" fmla="*/ 10407 h 95"/>
                              <a:gd name="T24" fmla="+- 0 1589 1523"/>
                              <a:gd name="T25" fmla="*/ T24 w 66"/>
                              <a:gd name="T26" fmla="+- 0 10436 10341"/>
                              <a:gd name="T27" fmla="*/ 10436 h 95"/>
                              <a:gd name="T28" fmla="+- 0 1589 1523"/>
                              <a:gd name="T29" fmla="*/ T28 w 66"/>
                              <a:gd name="T30" fmla="+- 0 10407 10341"/>
                              <a:gd name="T31" fmla="*/ 10407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" h="95">
                                <a:moveTo>
                                  <a:pt x="66" y="0"/>
                                </a:moveTo>
                                <a:lnTo>
                                  <a:pt x="66" y="66"/>
                                </a:lnTo>
                                <a:lnTo>
                                  <a:pt x="0" y="66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66" y="66"/>
                                </a:moveTo>
                                <a:lnTo>
                                  <a:pt x="0" y="66"/>
                                </a:lnTo>
                                <a:lnTo>
                                  <a:pt x="66" y="95"/>
                                </a:lnTo>
                                <a:lnTo>
                                  <a:pt x="66" y="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54"/>
                        <wps:cNvSpPr>
                          <a:spLocks/>
                        </wps:cNvSpPr>
                        <wps:spPr bwMode="auto">
                          <a:xfrm>
                            <a:off x="1306" y="10528"/>
                            <a:ext cx="66" cy="96"/>
                          </a:xfrm>
                          <a:custGeom>
                            <a:avLst/>
                            <a:gdLst>
                              <a:gd name="T0" fmla="+- 0 1306 1306"/>
                              <a:gd name="T1" fmla="*/ T0 w 66"/>
                              <a:gd name="T2" fmla="+- 0 10557 10528"/>
                              <a:gd name="T3" fmla="*/ 10557 h 96"/>
                              <a:gd name="T4" fmla="+- 0 1306 1306"/>
                              <a:gd name="T5" fmla="*/ T4 w 66"/>
                              <a:gd name="T6" fmla="+- 0 10624 10528"/>
                              <a:gd name="T7" fmla="*/ 10624 h 96"/>
                              <a:gd name="T8" fmla="+- 0 1372 1306"/>
                              <a:gd name="T9" fmla="*/ T8 w 66"/>
                              <a:gd name="T10" fmla="+- 0 10557 10528"/>
                              <a:gd name="T11" fmla="*/ 10557 h 96"/>
                              <a:gd name="T12" fmla="+- 0 1306 1306"/>
                              <a:gd name="T13" fmla="*/ T12 w 66"/>
                              <a:gd name="T14" fmla="+- 0 10557 10528"/>
                              <a:gd name="T15" fmla="*/ 10557 h 96"/>
                              <a:gd name="T16" fmla="+- 0 1306 1306"/>
                              <a:gd name="T17" fmla="*/ T16 w 66"/>
                              <a:gd name="T18" fmla="+- 0 10528 10528"/>
                              <a:gd name="T19" fmla="*/ 10528 h 96"/>
                              <a:gd name="T20" fmla="+- 0 1306 1306"/>
                              <a:gd name="T21" fmla="*/ T20 w 66"/>
                              <a:gd name="T22" fmla="+- 0 10557 10528"/>
                              <a:gd name="T23" fmla="*/ 10557 h 96"/>
                              <a:gd name="T24" fmla="+- 0 1372 1306"/>
                              <a:gd name="T25" fmla="*/ T24 w 66"/>
                              <a:gd name="T26" fmla="+- 0 10557 10528"/>
                              <a:gd name="T27" fmla="*/ 10557 h 96"/>
                              <a:gd name="T28" fmla="+- 0 1306 1306"/>
                              <a:gd name="T29" fmla="*/ T28 w 66"/>
                              <a:gd name="T30" fmla="+- 0 10528 10528"/>
                              <a:gd name="T31" fmla="*/ 10528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" h="96">
                                <a:moveTo>
                                  <a:pt x="0" y="29"/>
                                </a:moveTo>
                                <a:lnTo>
                                  <a:pt x="0" y="96"/>
                                </a:lnTo>
                                <a:lnTo>
                                  <a:pt x="66" y="29"/>
                                </a:lnTo>
                                <a:lnTo>
                                  <a:pt x="0" y="2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29"/>
                                </a:lnTo>
                                <a:lnTo>
                                  <a:pt x="66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55"/>
                        <wps:cNvSpPr>
                          <a:spLocks/>
                        </wps:cNvSpPr>
                        <wps:spPr bwMode="auto">
                          <a:xfrm>
                            <a:off x="1306" y="10528"/>
                            <a:ext cx="66" cy="96"/>
                          </a:xfrm>
                          <a:custGeom>
                            <a:avLst/>
                            <a:gdLst>
                              <a:gd name="T0" fmla="+- 0 1306 1306"/>
                              <a:gd name="T1" fmla="*/ T0 w 66"/>
                              <a:gd name="T2" fmla="+- 0 10528 10528"/>
                              <a:gd name="T3" fmla="*/ 10528 h 96"/>
                              <a:gd name="T4" fmla="+- 0 1372 1306"/>
                              <a:gd name="T5" fmla="*/ T4 w 66"/>
                              <a:gd name="T6" fmla="+- 0 10557 10528"/>
                              <a:gd name="T7" fmla="*/ 10557 h 96"/>
                              <a:gd name="T8" fmla="+- 0 1306 1306"/>
                              <a:gd name="T9" fmla="*/ T8 w 66"/>
                              <a:gd name="T10" fmla="+- 0 10557 10528"/>
                              <a:gd name="T11" fmla="*/ 10557 h 96"/>
                              <a:gd name="T12" fmla="+- 0 1306 1306"/>
                              <a:gd name="T13" fmla="*/ T12 w 66"/>
                              <a:gd name="T14" fmla="+- 0 10528 10528"/>
                              <a:gd name="T15" fmla="*/ 10528 h 96"/>
                              <a:gd name="T16" fmla="+- 0 1372 1306"/>
                              <a:gd name="T17" fmla="*/ T16 w 66"/>
                              <a:gd name="T18" fmla="+- 0 10557 10528"/>
                              <a:gd name="T19" fmla="*/ 10557 h 96"/>
                              <a:gd name="T20" fmla="+- 0 1306 1306"/>
                              <a:gd name="T21" fmla="*/ T20 w 66"/>
                              <a:gd name="T22" fmla="+- 0 10557 10528"/>
                              <a:gd name="T23" fmla="*/ 10557 h 96"/>
                              <a:gd name="T24" fmla="+- 0 1306 1306"/>
                              <a:gd name="T25" fmla="*/ T24 w 66"/>
                              <a:gd name="T26" fmla="+- 0 10624 10528"/>
                              <a:gd name="T27" fmla="*/ 10624 h 96"/>
                              <a:gd name="T28" fmla="+- 0 1372 1306"/>
                              <a:gd name="T29" fmla="*/ T28 w 66"/>
                              <a:gd name="T30" fmla="+- 0 10557 10528"/>
                              <a:gd name="T31" fmla="*/ 10557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" h="96">
                                <a:moveTo>
                                  <a:pt x="0" y="0"/>
                                </a:moveTo>
                                <a:lnTo>
                                  <a:pt x="66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6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96"/>
                                </a:lnTo>
                                <a:lnTo>
                                  <a:pt x="66" y="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6"/>
                        <wps:cNvSpPr>
                          <a:spLocks/>
                        </wps:cNvSpPr>
                        <wps:spPr bwMode="auto">
                          <a:xfrm>
                            <a:off x="1514" y="10557"/>
                            <a:ext cx="75" cy="68"/>
                          </a:xfrm>
                          <a:custGeom>
                            <a:avLst/>
                            <a:gdLst>
                              <a:gd name="T0" fmla="+- 0 1515 1515"/>
                              <a:gd name="T1" fmla="*/ T0 w 75"/>
                              <a:gd name="T2" fmla="+- 0 10624 10557"/>
                              <a:gd name="T3" fmla="*/ 10624 h 68"/>
                              <a:gd name="T4" fmla="+- 0 1589 1515"/>
                              <a:gd name="T5" fmla="*/ T4 w 75"/>
                              <a:gd name="T6" fmla="+- 0 10624 10557"/>
                              <a:gd name="T7" fmla="*/ 10624 h 68"/>
                              <a:gd name="T8" fmla="+- 0 1523 1515"/>
                              <a:gd name="T9" fmla="*/ T8 w 75"/>
                              <a:gd name="T10" fmla="+- 0 10557 10557"/>
                              <a:gd name="T11" fmla="*/ 10557 h 68"/>
                              <a:gd name="T12" fmla="+- 0 1515 1515"/>
                              <a:gd name="T13" fmla="*/ T12 w 75"/>
                              <a:gd name="T14" fmla="+- 0 10624 10557"/>
                              <a:gd name="T15" fmla="*/ 10624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8">
                                <a:moveTo>
                                  <a:pt x="0" y="67"/>
                                </a:moveTo>
                                <a:lnTo>
                                  <a:pt x="74" y="67"/>
                                </a:lnTo>
                                <a:lnTo>
                                  <a:pt x="8" y="0"/>
                                </a:lnTo>
                                <a:lnTo>
                                  <a:pt x="0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7"/>
                        <wps:cNvSpPr>
                          <a:spLocks/>
                        </wps:cNvSpPr>
                        <wps:spPr bwMode="auto">
                          <a:xfrm>
                            <a:off x="1514" y="10557"/>
                            <a:ext cx="75" cy="68"/>
                          </a:xfrm>
                          <a:custGeom>
                            <a:avLst/>
                            <a:gdLst>
                              <a:gd name="T0" fmla="+- 0 1523 1515"/>
                              <a:gd name="T1" fmla="*/ T0 w 75"/>
                              <a:gd name="T2" fmla="+- 0 10557 10557"/>
                              <a:gd name="T3" fmla="*/ 10557 h 68"/>
                              <a:gd name="T4" fmla="+- 0 1589 1515"/>
                              <a:gd name="T5" fmla="*/ T4 w 75"/>
                              <a:gd name="T6" fmla="+- 0 10624 10557"/>
                              <a:gd name="T7" fmla="*/ 10624 h 68"/>
                              <a:gd name="T8" fmla="+- 0 1515 1515"/>
                              <a:gd name="T9" fmla="*/ T8 w 75"/>
                              <a:gd name="T10" fmla="+- 0 10624 10557"/>
                              <a:gd name="T11" fmla="*/ 10624 h 68"/>
                              <a:gd name="T12" fmla="+- 0 1523 1515"/>
                              <a:gd name="T13" fmla="*/ T12 w 75"/>
                              <a:gd name="T14" fmla="+- 0 10557 10557"/>
                              <a:gd name="T15" fmla="*/ 1055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8">
                                <a:moveTo>
                                  <a:pt x="8" y="0"/>
                                </a:moveTo>
                                <a:lnTo>
                                  <a:pt x="74" y="67"/>
                                </a:lnTo>
                                <a:lnTo>
                                  <a:pt x="0" y="67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8"/>
                        <wps:cNvSpPr>
                          <a:spLocks/>
                        </wps:cNvSpPr>
                        <wps:spPr bwMode="auto">
                          <a:xfrm>
                            <a:off x="1446" y="9773"/>
                            <a:ext cx="76" cy="634"/>
                          </a:xfrm>
                          <a:custGeom>
                            <a:avLst/>
                            <a:gdLst>
                              <a:gd name="T0" fmla="+- 0 1446 1446"/>
                              <a:gd name="T1" fmla="*/ T0 w 76"/>
                              <a:gd name="T2" fmla="+- 0 9774 9774"/>
                              <a:gd name="T3" fmla="*/ 9774 h 634"/>
                              <a:gd name="T4" fmla="+- 0 1446 1446"/>
                              <a:gd name="T5" fmla="*/ T4 w 76"/>
                              <a:gd name="T6" fmla="+- 0 10407 9774"/>
                              <a:gd name="T7" fmla="*/ 10407 h 634"/>
                              <a:gd name="T8" fmla="+- 0 1522 1446"/>
                              <a:gd name="T9" fmla="*/ T8 w 76"/>
                              <a:gd name="T10" fmla="+- 0 10407 9774"/>
                              <a:gd name="T11" fmla="*/ 10407 h 634"/>
                              <a:gd name="T12" fmla="+- 0 1446 1446"/>
                              <a:gd name="T13" fmla="*/ T12 w 76"/>
                              <a:gd name="T14" fmla="+- 0 9774 9774"/>
                              <a:gd name="T15" fmla="*/ 9774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" h="634">
                                <a:moveTo>
                                  <a:pt x="0" y="0"/>
                                </a:moveTo>
                                <a:lnTo>
                                  <a:pt x="0" y="633"/>
                                </a:lnTo>
                                <a:lnTo>
                                  <a:pt x="76" y="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59"/>
                        <wps:cNvSpPr>
                          <a:spLocks/>
                        </wps:cNvSpPr>
                        <wps:spPr bwMode="auto">
                          <a:xfrm>
                            <a:off x="1446" y="9773"/>
                            <a:ext cx="76" cy="634"/>
                          </a:xfrm>
                          <a:custGeom>
                            <a:avLst/>
                            <a:gdLst>
                              <a:gd name="T0" fmla="+- 0 1446 1446"/>
                              <a:gd name="T1" fmla="*/ T0 w 76"/>
                              <a:gd name="T2" fmla="+- 0 9774 9774"/>
                              <a:gd name="T3" fmla="*/ 9774 h 634"/>
                              <a:gd name="T4" fmla="+- 0 1522 1446"/>
                              <a:gd name="T5" fmla="*/ T4 w 76"/>
                              <a:gd name="T6" fmla="+- 0 10407 9774"/>
                              <a:gd name="T7" fmla="*/ 10407 h 634"/>
                              <a:gd name="T8" fmla="+- 0 1446 1446"/>
                              <a:gd name="T9" fmla="*/ T8 w 76"/>
                              <a:gd name="T10" fmla="+- 0 10407 9774"/>
                              <a:gd name="T11" fmla="*/ 10407 h 634"/>
                              <a:gd name="T12" fmla="+- 0 1446 1446"/>
                              <a:gd name="T13" fmla="*/ T12 w 76"/>
                              <a:gd name="T14" fmla="+- 0 9774 9774"/>
                              <a:gd name="T15" fmla="*/ 9774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" h="634">
                                <a:moveTo>
                                  <a:pt x="0" y="0"/>
                                </a:moveTo>
                                <a:lnTo>
                                  <a:pt x="76" y="633"/>
                                </a:lnTo>
                                <a:lnTo>
                                  <a:pt x="0" y="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9" y="10407"/>
                            <a:ext cx="496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>
                            <a:off x="1372" y="10557"/>
                            <a:ext cx="75" cy="634"/>
                          </a:xfrm>
                          <a:custGeom>
                            <a:avLst/>
                            <a:gdLst>
                              <a:gd name="T0" fmla="+- 0 1372 1372"/>
                              <a:gd name="T1" fmla="*/ T0 w 75"/>
                              <a:gd name="T2" fmla="+- 0 10557 10557"/>
                              <a:gd name="T3" fmla="*/ 10557 h 634"/>
                              <a:gd name="T4" fmla="+- 0 1446 1372"/>
                              <a:gd name="T5" fmla="*/ T4 w 75"/>
                              <a:gd name="T6" fmla="+- 0 11191 10557"/>
                              <a:gd name="T7" fmla="*/ 11191 h 634"/>
                              <a:gd name="T8" fmla="+- 0 1446 1372"/>
                              <a:gd name="T9" fmla="*/ T8 w 75"/>
                              <a:gd name="T10" fmla="+- 0 10557 10557"/>
                              <a:gd name="T11" fmla="*/ 10557 h 634"/>
                              <a:gd name="T12" fmla="+- 0 1372 1372"/>
                              <a:gd name="T13" fmla="*/ T12 w 75"/>
                              <a:gd name="T14" fmla="+- 0 10557 10557"/>
                              <a:gd name="T15" fmla="*/ 10557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34">
                                <a:moveTo>
                                  <a:pt x="0" y="0"/>
                                </a:moveTo>
                                <a:lnTo>
                                  <a:pt x="74" y="634"/>
                                </a:lnTo>
                                <a:lnTo>
                                  <a:pt x="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1372" y="10557"/>
                            <a:ext cx="75" cy="634"/>
                          </a:xfrm>
                          <a:custGeom>
                            <a:avLst/>
                            <a:gdLst>
                              <a:gd name="T0" fmla="+- 0 1372 1372"/>
                              <a:gd name="T1" fmla="*/ T0 w 75"/>
                              <a:gd name="T2" fmla="+- 0 10557 10557"/>
                              <a:gd name="T3" fmla="*/ 10557 h 634"/>
                              <a:gd name="T4" fmla="+- 0 1446 1372"/>
                              <a:gd name="T5" fmla="*/ T4 w 75"/>
                              <a:gd name="T6" fmla="+- 0 10557 10557"/>
                              <a:gd name="T7" fmla="*/ 10557 h 634"/>
                              <a:gd name="T8" fmla="+- 0 1446 1372"/>
                              <a:gd name="T9" fmla="*/ T8 w 75"/>
                              <a:gd name="T10" fmla="+- 0 11191 10557"/>
                              <a:gd name="T11" fmla="*/ 11191 h 634"/>
                              <a:gd name="T12" fmla="+- 0 1372 1372"/>
                              <a:gd name="T13" fmla="*/ T12 w 75"/>
                              <a:gd name="T14" fmla="+- 0 10557 10557"/>
                              <a:gd name="T15" fmla="*/ 10557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34">
                                <a:moveTo>
                                  <a:pt x="0" y="0"/>
                                </a:moveTo>
                                <a:lnTo>
                                  <a:pt x="74" y="0"/>
                                </a:lnTo>
                                <a:lnTo>
                                  <a:pt x="74" y="6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3"/>
                        <wps:cNvSpPr>
                          <a:spLocks/>
                        </wps:cNvSpPr>
                        <wps:spPr bwMode="auto">
                          <a:xfrm>
                            <a:off x="1416" y="9648"/>
                            <a:ext cx="58" cy="107"/>
                          </a:xfrm>
                          <a:custGeom>
                            <a:avLst/>
                            <a:gdLst>
                              <a:gd name="T0" fmla="+- 0 1474 1416"/>
                              <a:gd name="T1" fmla="*/ T0 w 58"/>
                              <a:gd name="T2" fmla="+- 0 9674 9649"/>
                              <a:gd name="T3" fmla="*/ 9674 h 107"/>
                              <a:gd name="T4" fmla="+- 0 1469 1416"/>
                              <a:gd name="T5" fmla="*/ T4 w 58"/>
                              <a:gd name="T6" fmla="+- 0 9664 9649"/>
                              <a:gd name="T7" fmla="*/ 9664 h 107"/>
                              <a:gd name="T8" fmla="+- 0 1462 1416"/>
                              <a:gd name="T9" fmla="*/ T8 w 58"/>
                              <a:gd name="T10" fmla="+- 0 9654 9649"/>
                              <a:gd name="T11" fmla="*/ 9654 h 107"/>
                              <a:gd name="T12" fmla="+- 0 1455 1416"/>
                              <a:gd name="T13" fmla="*/ T12 w 58"/>
                              <a:gd name="T14" fmla="+- 0 9649 9649"/>
                              <a:gd name="T15" fmla="*/ 9649 h 107"/>
                              <a:gd name="T16" fmla="+- 0 1439 1416"/>
                              <a:gd name="T17" fmla="*/ T16 w 58"/>
                              <a:gd name="T18" fmla="+- 0 9649 9649"/>
                              <a:gd name="T19" fmla="*/ 9649 h 107"/>
                              <a:gd name="T20" fmla="+- 0 1432 1416"/>
                              <a:gd name="T21" fmla="*/ T20 w 58"/>
                              <a:gd name="T22" fmla="+- 0 9654 9649"/>
                              <a:gd name="T23" fmla="*/ 9654 h 107"/>
                              <a:gd name="T24" fmla="+- 0 1424 1416"/>
                              <a:gd name="T25" fmla="*/ T24 w 58"/>
                              <a:gd name="T26" fmla="+- 0 9664 9649"/>
                              <a:gd name="T27" fmla="*/ 9664 h 107"/>
                              <a:gd name="T28" fmla="+- 0 1420 1416"/>
                              <a:gd name="T29" fmla="*/ T28 w 58"/>
                              <a:gd name="T30" fmla="+- 0 9674 9649"/>
                              <a:gd name="T31" fmla="*/ 9674 h 107"/>
                              <a:gd name="T32" fmla="+- 0 1416 1416"/>
                              <a:gd name="T33" fmla="*/ T32 w 58"/>
                              <a:gd name="T34" fmla="+- 0 9690 9649"/>
                              <a:gd name="T35" fmla="*/ 9690 h 107"/>
                              <a:gd name="T36" fmla="+- 0 1416 1416"/>
                              <a:gd name="T37" fmla="*/ T36 w 58"/>
                              <a:gd name="T38" fmla="+- 0 9715 9649"/>
                              <a:gd name="T39" fmla="*/ 9715 h 107"/>
                              <a:gd name="T40" fmla="+- 0 1420 1416"/>
                              <a:gd name="T41" fmla="*/ T40 w 58"/>
                              <a:gd name="T42" fmla="+- 0 9729 9649"/>
                              <a:gd name="T43" fmla="*/ 9729 h 107"/>
                              <a:gd name="T44" fmla="+- 0 1424 1416"/>
                              <a:gd name="T45" fmla="*/ T44 w 58"/>
                              <a:gd name="T46" fmla="+- 0 9740 9649"/>
                              <a:gd name="T47" fmla="*/ 9740 h 107"/>
                              <a:gd name="T48" fmla="+- 0 1432 1416"/>
                              <a:gd name="T49" fmla="*/ T48 w 58"/>
                              <a:gd name="T50" fmla="+- 0 9750 9649"/>
                              <a:gd name="T51" fmla="*/ 9750 h 107"/>
                              <a:gd name="T52" fmla="+- 0 1439 1416"/>
                              <a:gd name="T53" fmla="*/ T52 w 58"/>
                              <a:gd name="T54" fmla="+- 0 9756 9649"/>
                              <a:gd name="T55" fmla="*/ 9756 h 107"/>
                              <a:gd name="T56" fmla="+- 0 1455 1416"/>
                              <a:gd name="T57" fmla="*/ T56 w 58"/>
                              <a:gd name="T58" fmla="+- 0 9756 9649"/>
                              <a:gd name="T59" fmla="*/ 9756 h 107"/>
                              <a:gd name="T60" fmla="+- 0 1462 1416"/>
                              <a:gd name="T61" fmla="*/ T60 w 58"/>
                              <a:gd name="T62" fmla="+- 0 9750 9649"/>
                              <a:gd name="T63" fmla="*/ 9750 h 107"/>
                              <a:gd name="T64" fmla="+- 0 1469 1416"/>
                              <a:gd name="T65" fmla="*/ T64 w 58"/>
                              <a:gd name="T66" fmla="+- 0 9740 9649"/>
                              <a:gd name="T67" fmla="*/ 9740 h 107"/>
                              <a:gd name="T68" fmla="+- 0 1474 1416"/>
                              <a:gd name="T69" fmla="*/ T68 w 58"/>
                              <a:gd name="T70" fmla="+- 0 9729 9649"/>
                              <a:gd name="T71" fmla="*/ 9729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8" h="107">
                                <a:moveTo>
                                  <a:pt x="58" y="25"/>
                                </a:moveTo>
                                <a:lnTo>
                                  <a:pt x="53" y="15"/>
                                </a:lnTo>
                                <a:lnTo>
                                  <a:pt x="46" y="5"/>
                                </a:lnTo>
                                <a:lnTo>
                                  <a:pt x="39" y="0"/>
                                </a:lnTo>
                                <a:lnTo>
                                  <a:pt x="23" y="0"/>
                                </a:lnTo>
                                <a:lnTo>
                                  <a:pt x="16" y="5"/>
                                </a:lnTo>
                                <a:lnTo>
                                  <a:pt x="8" y="15"/>
                                </a:lnTo>
                                <a:lnTo>
                                  <a:pt x="4" y="25"/>
                                </a:lnTo>
                                <a:lnTo>
                                  <a:pt x="0" y="41"/>
                                </a:lnTo>
                                <a:lnTo>
                                  <a:pt x="0" y="66"/>
                                </a:lnTo>
                                <a:lnTo>
                                  <a:pt x="4" y="80"/>
                                </a:lnTo>
                                <a:lnTo>
                                  <a:pt x="8" y="91"/>
                                </a:lnTo>
                                <a:lnTo>
                                  <a:pt x="16" y="101"/>
                                </a:lnTo>
                                <a:lnTo>
                                  <a:pt x="23" y="107"/>
                                </a:lnTo>
                                <a:lnTo>
                                  <a:pt x="39" y="107"/>
                                </a:lnTo>
                                <a:lnTo>
                                  <a:pt x="46" y="101"/>
                                </a:lnTo>
                                <a:lnTo>
                                  <a:pt x="53" y="91"/>
                                </a:lnTo>
                                <a:lnTo>
                                  <a:pt x="58" y="80"/>
                                </a:lnTo>
                              </a:path>
                            </a:pathLst>
                          </a:custGeom>
                          <a:noFill/>
                          <a:ln w="53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64"/>
                        <wps:cNvSpPr>
                          <a:spLocks/>
                        </wps:cNvSpPr>
                        <wps:spPr bwMode="auto">
                          <a:xfrm>
                            <a:off x="1136" y="9346"/>
                            <a:ext cx="15420" cy="2271"/>
                          </a:xfrm>
                          <a:custGeom>
                            <a:avLst/>
                            <a:gdLst>
                              <a:gd name="T0" fmla="+- 0 5386 1137"/>
                              <a:gd name="T1" fmla="*/ T0 w 15420"/>
                              <a:gd name="T2" fmla="+- 0 11617 9346"/>
                              <a:gd name="T3" fmla="*/ 11617 h 2271"/>
                              <a:gd name="T4" fmla="+- 0 16557 1137"/>
                              <a:gd name="T5" fmla="*/ T4 w 15420"/>
                              <a:gd name="T6" fmla="+- 0 11617 9346"/>
                              <a:gd name="T7" fmla="*/ 11617 h 2271"/>
                              <a:gd name="T8" fmla="+- 0 16557 1137"/>
                              <a:gd name="T9" fmla="*/ T8 w 15420"/>
                              <a:gd name="T10" fmla="+- 0 11277 9346"/>
                              <a:gd name="T11" fmla="*/ 11277 h 2271"/>
                              <a:gd name="T12" fmla="+- 0 1137 1137"/>
                              <a:gd name="T13" fmla="*/ T12 w 15420"/>
                              <a:gd name="T14" fmla="+- 0 9346 9346"/>
                              <a:gd name="T15" fmla="*/ 9346 h 2271"/>
                              <a:gd name="T16" fmla="+- 0 1137 1137"/>
                              <a:gd name="T17" fmla="*/ T16 w 15420"/>
                              <a:gd name="T18" fmla="+- 0 11614 9346"/>
                              <a:gd name="T19" fmla="*/ 11614 h 2271"/>
                              <a:gd name="T20" fmla="+- 0 1762 1137"/>
                              <a:gd name="T21" fmla="*/ T20 w 15420"/>
                              <a:gd name="T22" fmla="+- 0 9346 9346"/>
                              <a:gd name="T23" fmla="*/ 9346 h 2271"/>
                              <a:gd name="T24" fmla="+- 0 1762 1137"/>
                              <a:gd name="T25" fmla="*/ T24 w 15420"/>
                              <a:gd name="T26" fmla="+- 0 11614 9346"/>
                              <a:gd name="T27" fmla="*/ 11614 h 2271"/>
                              <a:gd name="T28" fmla="+- 0 16557 1137"/>
                              <a:gd name="T29" fmla="*/ T28 w 15420"/>
                              <a:gd name="T30" fmla="+- 0 9346 9346"/>
                              <a:gd name="T31" fmla="*/ 9346 h 2271"/>
                              <a:gd name="T32" fmla="+- 0 16557 1137"/>
                              <a:gd name="T33" fmla="*/ T32 w 15420"/>
                              <a:gd name="T34" fmla="+- 0 11617 9346"/>
                              <a:gd name="T35" fmla="*/ 11617 h 2271"/>
                              <a:gd name="T36" fmla="+- 0 16557 1137"/>
                              <a:gd name="T37" fmla="*/ T36 w 15420"/>
                              <a:gd name="T38" fmla="+- 0 11277 9346"/>
                              <a:gd name="T39" fmla="*/ 11277 h 2271"/>
                              <a:gd name="T40" fmla="+- 0 1762 1137"/>
                              <a:gd name="T41" fmla="*/ T40 w 15420"/>
                              <a:gd name="T42" fmla="+- 0 9346 9346"/>
                              <a:gd name="T43" fmla="*/ 9346 h 2271"/>
                              <a:gd name="T44" fmla="+- 0 1762 1137"/>
                              <a:gd name="T45" fmla="*/ T44 w 15420"/>
                              <a:gd name="T46" fmla="+- 0 11614 9346"/>
                              <a:gd name="T47" fmla="*/ 11614 h 2271"/>
                              <a:gd name="T48" fmla="+- 0 5386 1137"/>
                              <a:gd name="T49" fmla="*/ T48 w 15420"/>
                              <a:gd name="T50" fmla="+- 0 9350 9346"/>
                              <a:gd name="T51" fmla="*/ 9350 h 2271"/>
                              <a:gd name="T52" fmla="+- 0 16557 1137"/>
                              <a:gd name="T53" fmla="*/ T52 w 15420"/>
                              <a:gd name="T54" fmla="+- 0 9346 9346"/>
                              <a:gd name="T55" fmla="*/ 9346 h 2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5420" h="2271">
                                <a:moveTo>
                                  <a:pt x="4249" y="2271"/>
                                </a:moveTo>
                                <a:lnTo>
                                  <a:pt x="15420" y="2271"/>
                                </a:lnTo>
                                <a:lnTo>
                                  <a:pt x="15420" y="1931"/>
                                </a:lnTo>
                                <a:moveTo>
                                  <a:pt x="0" y="0"/>
                                </a:moveTo>
                                <a:lnTo>
                                  <a:pt x="0" y="2268"/>
                                </a:lnTo>
                                <a:moveTo>
                                  <a:pt x="625" y="0"/>
                                </a:moveTo>
                                <a:lnTo>
                                  <a:pt x="625" y="2268"/>
                                </a:lnTo>
                                <a:moveTo>
                                  <a:pt x="15420" y="0"/>
                                </a:moveTo>
                                <a:lnTo>
                                  <a:pt x="15420" y="2271"/>
                                </a:lnTo>
                                <a:lnTo>
                                  <a:pt x="15420" y="1931"/>
                                </a:lnTo>
                                <a:moveTo>
                                  <a:pt x="625" y="0"/>
                                </a:moveTo>
                                <a:lnTo>
                                  <a:pt x="625" y="2268"/>
                                </a:lnTo>
                                <a:moveTo>
                                  <a:pt x="4249" y="4"/>
                                </a:moveTo>
                                <a:lnTo>
                                  <a:pt x="1542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136" y="647"/>
                            <a:ext cx="15420" cy="869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66"/>
                        <wps:cNvSpPr>
                          <a:spLocks/>
                        </wps:cNvSpPr>
                        <wps:spPr bwMode="auto">
                          <a:xfrm>
                            <a:off x="1136" y="279"/>
                            <a:ext cx="15420" cy="10124"/>
                          </a:xfrm>
                          <a:custGeom>
                            <a:avLst/>
                            <a:gdLst>
                              <a:gd name="T0" fmla="+- 0 1137 1137"/>
                              <a:gd name="T1" fmla="*/ T0 w 15420"/>
                              <a:gd name="T2" fmla="+- 0 279 279"/>
                              <a:gd name="T3" fmla="*/ 279 h 10124"/>
                              <a:gd name="T4" fmla="+- 0 16557 1137"/>
                              <a:gd name="T5" fmla="*/ T4 w 15420"/>
                              <a:gd name="T6" fmla="+- 0 279 279"/>
                              <a:gd name="T7" fmla="*/ 279 h 10124"/>
                              <a:gd name="T8" fmla="+- 0 16557 1137"/>
                              <a:gd name="T9" fmla="*/ T8 w 15420"/>
                              <a:gd name="T10" fmla="+- 0 648 279"/>
                              <a:gd name="T11" fmla="*/ 648 h 10124"/>
                              <a:gd name="T12" fmla="+- 0 1137 1137"/>
                              <a:gd name="T13" fmla="*/ T12 w 15420"/>
                              <a:gd name="T14" fmla="+- 0 648 279"/>
                              <a:gd name="T15" fmla="*/ 648 h 10124"/>
                              <a:gd name="T16" fmla="+- 0 1137 1137"/>
                              <a:gd name="T17" fmla="*/ T16 w 15420"/>
                              <a:gd name="T18" fmla="+- 0 279 279"/>
                              <a:gd name="T19" fmla="*/ 279 h 10124"/>
                              <a:gd name="T20" fmla="+- 0 1896 1137"/>
                              <a:gd name="T21" fmla="*/ T20 w 15420"/>
                              <a:gd name="T22" fmla="+- 0 10402 279"/>
                              <a:gd name="T23" fmla="*/ 10402 h 10124"/>
                              <a:gd name="T24" fmla="+- 0 2262 1137"/>
                              <a:gd name="T25" fmla="*/ T24 w 15420"/>
                              <a:gd name="T26" fmla="+- 0 10210 279"/>
                              <a:gd name="T27" fmla="*/ 10210 h 10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420" h="10124">
                                <a:moveTo>
                                  <a:pt x="0" y="0"/>
                                </a:moveTo>
                                <a:lnTo>
                                  <a:pt x="15420" y="0"/>
                                </a:lnTo>
                                <a:lnTo>
                                  <a:pt x="15420" y="369"/>
                                </a:lnTo>
                                <a:lnTo>
                                  <a:pt x="0" y="369"/>
                                </a:lnTo>
                                <a:lnTo>
                                  <a:pt x="0" y="0"/>
                                </a:lnTo>
                                <a:moveTo>
                                  <a:pt x="759" y="10123"/>
                                </a:moveTo>
                                <a:lnTo>
                                  <a:pt x="1125" y="993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67"/>
                        <wps:cNvCnPr/>
                        <wps:spPr bwMode="auto">
                          <a:xfrm>
                            <a:off x="1893" y="9967"/>
                            <a:ext cx="389" cy="21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8"/>
                        <wps:cNvCnPr/>
                        <wps:spPr bwMode="auto">
                          <a:xfrm>
                            <a:off x="1844" y="10617"/>
                            <a:ext cx="399" cy="201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2DB8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Freeform 69"/>
                        <wps:cNvSpPr>
                          <a:spLocks/>
                        </wps:cNvSpPr>
                        <wps:spPr bwMode="auto">
                          <a:xfrm>
                            <a:off x="6042" y="10367"/>
                            <a:ext cx="392" cy="368"/>
                          </a:xfrm>
                          <a:custGeom>
                            <a:avLst/>
                            <a:gdLst>
                              <a:gd name="T0" fmla="+- 0 6042 6042"/>
                              <a:gd name="T1" fmla="*/ T0 w 392"/>
                              <a:gd name="T2" fmla="+- 0 10735 10368"/>
                              <a:gd name="T3" fmla="*/ 10735 h 368"/>
                              <a:gd name="T4" fmla="+- 0 6042 6042"/>
                              <a:gd name="T5" fmla="*/ T4 w 392"/>
                              <a:gd name="T6" fmla="+- 0 10369 10368"/>
                              <a:gd name="T7" fmla="*/ 10369 h 368"/>
                              <a:gd name="T8" fmla="+- 0 6434 6042"/>
                              <a:gd name="T9" fmla="*/ T8 w 392"/>
                              <a:gd name="T10" fmla="+- 0 10368 10368"/>
                              <a:gd name="T11" fmla="*/ 10368 h 368"/>
                              <a:gd name="T12" fmla="+- 0 6434 6042"/>
                              <a:gd name="T13" fmla="*/ T12 w 392"/>
                              <a:gd name="T14" fmla="+- 0 10735 10368"/>
                              <a:gd name="T15" fmla="*/ 10735 h 368"/>
                              <a:gd name="T16" fmla="+- 0 6042 6042"/>
                              <a:gd name="T17" fmla="*/ T16 w 392"/>
                              <a:gd name="T18" fmla="+- 0 10735 10368"/>
                              <a:gd name="T19" fmla="*/ 10735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2" h="368">
                                <a:moveTo>
                                  <a:pt x="0" y="367"/>
                                </a:moveTo>
                                <a:lnTo>
                                  <a:pt x="0" y="1"/>
                                </a:lnTo>
                                <a:lnTo>
                                  <a:pt x="392" y="0"/>
                                </a:lnTo>
                                <a:lnTo>
                                  <a:pt x="392" y="367"/>
                                </a:lnTo>
                                <a:lnTo>
                                  <a:pt x="0" y="36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B85B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70"/>
                        <wps:cNvCnPr/>
                        <wps:spPr bwMode="auto">
                          <a:xfrm>
                            <a:off x="1844" y="10828"/>
                            <a:ext cx="399" cy="201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5" y="10080"/>
                            <a:ext cx="74" cy="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AutoShape 72"/>
                        <wps:cNvSpPr>
                          <a:spLocks/>
                        </wps:cNvSpPr>
                        <wps:spPr bwMode="auto">
                          <a:xfrm>
                            <a:off x="1843" y="11050"/>
                            <a:ext cx="400" cy="201"/>
                          </a:xfrm>
                          <a:custGeom>
                            <a:avLst/>
                            <a:gdLst>
                              <a:gd name="T0" fmla="+- 0 1844 1844"/>
                              <a:gd name="T1" fmla="*/ T0 w 400"/>
                              <a:gd name="T2" fmla="+- 0 11251 11050"/>
                              <a:gd name="T3" fmla="*/ 11251 h 201"/>
                              <a:gd name="T4" fmla="+- 0 1930 1844"/>
                              <a:gd name="T5" fmla="*/ T4 w 400"/>
                              <a:gd name="T6" fmla="+- 0 11208 11050"/>
                              <a:gd name="T7" fmla="*/ 11208 h 201"/>
                              <a:gd name="T8" fmla="+- 0 2006 1844"/>
                              <a:gd name="T9" fmla="*/ T8 w 400"/>
                              <a:gd name="T10" fmla="+- 0 11169 11050"/>
                              <a:gd name="T11" fmla="*/ 11169 h 201"/>
                              <a:gd name="T12" fmla="+- 0 2081 1844"/>
                              <a:gd name="T13" fmla="*/ T12 w 400"/>
                              <a:gd name="T14" fmla="+- 0 11131 11050"/>
                              <a:gd name="T15" fmla="*/ 11131 h 201"/>
                              <a:gd name="T16" fmla="+- 0 2158 1844"/>
                              <a:gd name="T17" fmla="*/ T16 w 400"/>
                              <a:gd name="T18" fmla="+- 0 11094 11050"/>
                              <a:gd name="T19" fmla="*/ 11094 h 201"/>
                              <a:gd name="T20" fmla="+- 0 2243 1844"/>
                              <a:gd name="T21" fmla="*/ T20 w 400"/>
                              <a:gd name="T22" fmla="+- 0 11050 11050"/>
                              <a:gd name="T23" fmla="*/ 11050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0" h="201">
                                <a:moveTo>
                                  <a:pt x="0" y="201"/>
                                </a:moveTo>
                                <a:lnTo>
                                  <a:pt x="86" y="158"/>
                                </a:lnTo>
                                <a:moveTo>
                                  <a:pt x="162" y="119"/>
                                </a:moveTo>
                                <a:lnTo>
                                  <a:pt x="237" y="81"/>
                                </a:lnTo>
                                <a:moveTo>
                                  <a:pt x="314" y="44"/>
                                </a:moveTo>
                                <a:lnTo>
                                  <a:pt x="399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00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73"/>
                        <wps:cNvSpPr>
                          <a:spLocks/>
                        </wps:cNvSpPr>
                        <wps:spPr bwMode="auto">
                          <a:xfrm>
                            <a:off x="1843" y="11271"/>
                            <a:ext cx="400" cy="201"/>
                          </a:xfrm>
                          <a:custGeom>
                            <a:avLst/>
                            <a:gdLst>
                              <a:gd name="T0" fmla="+- 0 1844 1844"/>
                              <a:gd name="T1" fmla="*/ T0 w 400"/>
                              <a:gd name="T2" fmla="+- 0 11472 11271"/>
                              <a:gd name="T3" fmla="*/ 11472 h 201"/>
                              <a:gd name="T4" fmla="+- 0 1930 1844"/>
                              <a:gd name="T5" fmla="*/ T4 w 400"/>
                              <a:gd name="T6" fmla="+- 0 11428 11271"/>
                              <a:gd name="T7" fmla="*/ 11428 h 201"/>
                              <a:gd name="T8" fmla="+- 0 2006 1844"/>
                              <a:gd name="T9" fmla="*/ T8 w 400"/>
                              <a:gd name="T10" fmla="+- 0 11390 11271"/>
                              <a:gd name="T11" fmla="*/ 11390 h 201"/>
                              <a:gd name="T12" fmla="+- 0 2081 1844"/>
                              <a:gd name="T13" fmla="*/ T12 w 400"/>
                              <a:gd name="T14" fmla="+- 0 11353 11271"/>
                              <a:gd name="T15" fmla="*/ 11353 h 201"/>
                              <a:gd name="T16" fmla="+- 0 2158 1844"/>
                              <a:gd name="T17" fmla="*/ T16 w 400"/>
                              <a:gd name="T18" fmla="+- 0 11314 11271"/>
                              <a:gd name="T19" fmla="*/ 11314 h 201"/>
                              <a:gd name="T20" fmla="+- 0 2243 1844"/>
                              <a:gd name="T21" fmla="*/ T20 w 400"/>
                              <a:gd name="T22" fmla="+- 0 11271 11271"/>
                              <a:gd name="T23" fmla="*/ 11271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0" h="201">
                                <a:moveTo>
                                  <a:pt x="0" y="201"/>
                                </a:moveTo>
                                <a:lnTo>
                                  <a:pt x="86" y="157"/>
                                </a:lnTo>
                                <a:moveTo>
                                  <a:pt x="162" y="119"/>
                                </a:moveTo>
                                <a:lnTo>
                                  <a:pt x="237" y="82"/>
                                </a:lnTo>
                                <a:moveTo>
                                  <a:pt x="314" y="43"/>
                                </a:moveTo>
                                <a:lnTo>
                                  <a:pt x="399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74"/>
                        <wps:cNvSpPr>
                          <a:spLocks/>
                        </wps:cNvSpPr>
                        <wps:spPr bwMode="auto">
                          <a:xfrm>
                            <a:off x="6154" y="10930"/>
                            <a:ext cx="389" cy="210"/>
                          </a:xfrm>
                          <a:custGeom>
                            <a:avLst/>
                            <a:gdLst>
                              <a:gd name="T0" fmla="+- 0 6154 6154"/>
                              <a:gd name="T1" fmla="*/ T0 w 389"/>
                              <a:gd name="T2" fmla="+- 0 11140 10930"/>
                              <a:gd name="T3" fmla="*/ 11140 h 210"/>
                              <a:gd name="T4" fmla="+- 0 6236 6154"/>
                              <a:gd name="T5" fmla="*/ T4 w 389"/>
                              <a:gd name="T6" fmla="+- 0 11096 10930"/>
                              <a:gd name="T7" fmla="*/ 11096 h 210"/>
                              <a:gd name="T8" fmla="+- 0 6310 6154"/>
                              <a:gd name="T9" fmla="*/ T8 w 389"/>
                              <a:gd name="T10" fmla="+- 0 11056 10930"/>
                              <a:gd name="T11" fmla="*/ 11056 h 210"/>
                              <a:gd name="T12" fmla="+- 0 6386 6154"/>
                              <a:gd name="T13" fmla="*/ T12 w 389"/>
                              <a:gd name="T14" fmla="+- 0 11016 10930"/>
                              <a:gd name="T15" fmla="*/ 11016 h 210"/>
                              <a:gd name="T16" fmla="+- 0 6460 6154"/>
                              <a:gd name="T17" fmla="*/ T16 w 389"/>
                              <a:gd name="T18" fmla="+- 0 10975 10930"/>
                              <a:gd name="T19" fmla="*/ 10975 h 210"/>
                              <a:gd name="T20" fmla="+- 0 6543 6154"/>
                              <a:gd name="T21" fmla="*/ T20 w 389"/>
                              <a:gd name="T22" fmla="+- 0 10930 10930"/>
                              <a:gd name="T23" fmla="*/ 10930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89" h="210">
                                <a:moveTo>
                                  <a:pt x="0" y="210"/>
                                </a:moveTo>
                                <a:lnTo>
                                  <a:pt x="82" y="166"/>
                                </a:lnTo>
                                <a:moveTo>
                                  <a:pt x="156" y="126"/>
                                </a:moveTo>
                                <a:lnTo>
                                  <a:pt x="232" y="86"/>
                                </a:lnTo>
                                <a:moveTo>
                                  <a:pt x="306" y="45"/>
                                </a:moveTo>
                                <a:lnTo>
                                  <a:pt x="389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.15pt;margin-top:-.55pt;width:842.55pt;height:595.95pt;z-index:-251658240;mso-position-horizontal-relative:page;mso-position-vertical-relative:page" coordorigin="-3,-11" coordsize="16851,11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">
                <v:shape id="AutoShape 3" o:spid="_x0000_s1027" style="position:absolute;left:1138;top:648;width:15418;height:7823;visibility:visible;mso-wrap-style:square;v-text-anchor:top" coordsize="15418,7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QKd8EA&#10;AADaAAAADwAAAGRycy9kb3ducmV2LnhtbESPzYrCQBCE7wu+w9CCt3XiiotGRxFB0NPiH16bTJsE&#10;Mz0h06vRp98RhD0WVfUVNVu0rlI3akLp2cCgn4AizrwtOTdwPKw/x6CCIFusPJOBBwVYzDsfM0yt&#10;v/OObnvJVYRwSNFAIVKnWoesIIeh72vi6F1841CibHJtG7xHuKv0V5J8a4clx4UCa1oVlF33v85A&#10;PrDXkeC2+jmHo5w2k4PNxk9jet12OQUl1Mp/+N3eWANDeF2JN0DP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kCnfBAAAA2gAAAA8AAAAAAAAAAAAAAAAAmAIAAGRycy9kb3du&#10;cmV2LnhtbFBLBQYAAAAABAAEAPUAAACGAwAAAAA=&#10;" path="m,2101r204,8l716,2274r615,306l2360,2820r1737,525l3791,4742r-117,3l3620,4953r-250,20l3300,5745r-979,948l1682,7310r-230,-3l,7271m15418,6398r-156,l15246,7803r-2552,20l12695,1447r2723,m15418,457r-560,5l13511,m8056,1445r4639,2l12694,6434r-1067,-29l8460,6181r-161,-71l8345,5894r-70,-541l8226,4860r-126,6l8038,3167r18,-1722m8460,6181l8345,5894,8093,3653r3851,176l11627,6405,8460,6181m,7809r67,-3m152,7801r86,-5m323,7791r85,-3m492,7783r85,-5m662,7773r86,-3m832,7765r85,-5m1002,7755r102,-4l1168,7735t81,-20l1332,7694t83,-20l1498,7655t82,-21l1663,7614t82,-21l1828,7573t82,-20l1974,7537r84,-83m2119,7395r60,-60m2240,7275r60,-58m2362,7157r60,-60m2483,7037r60,-59m2604,6918r60,-60m2725,6799r60,-60m2846,6679r62,-59m2968,6560r61,-60m3089,6441r84,-82l3226,6319t68,-52l3361,6216t69,-52l3497,6114t68,-52l3632,6011t69,-52l3768,5909t68,-52l3889,5817r113,-1e" filled="f" strokeweight=".72pt">
                  <v:path arrowok="t" o:connecttype="custom" o:connectlocs="204,2758;1331,3229;4097,3994;3674,5394;3370,5622;2321,7342;1452,7956;15418,7047;15246,8452;12695,2096;15418,1106;13511,649;12695,2096;11627,7054;8299,6759;8275,6002;8100,5515;8056,2094;8345,6543;11944,4478;8460,6830;67,8455;238,8445;408,8437;577,8427;748,8419;917,8409;1104,8400;1249,8364;1415,8323;1580,8283;1745,8242;1910,8202;2058,8103;2179,7984;2300,7866;2422,7746;2543,7627;2664,7507;2785,7388;2908,7269;3029,7149;3173,7008;3294,6916;3430,6813;3565,6711;3701,6608;3836,6506;4002,6465" o:connectangles="0,0,0,0,0,0,0,0,0,0,0,0,0,0,0,0,0,0,0,0,0,0,0,0,0,0,0,0,0,0,0,0,0,0,0,0,0,0,0,0,0,0,0,0,0,0,0,0,0"/>
                </v:shape>
                <v:line id="Line 4" o:spid="_x0000_s1028" style="position:absolute;visibility:visible;mso-wrap-style:square" from="5218,6438" to="9399,6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ycrsEAAADaAAAADwAAAGRycy9kb3ducmV2LnhtbESPT4vCMBTE78J+h/AWvNl0FxHpGkUX&#10;RD36b8Hbs3m2dZuXkkSt394IgsdhZn7DjCatqcWVnK8sK/hKUhDEudUVFwp223lvCMIHZI21ZVJw&#10;Jw+T8UdnhJm2N17TdRMKESHsM1RQhtBkUvq8JIM+sQ1x9E7WGQxRukJqh7cIN7X8TtOBNFhxXCix&#10;od+S8v/NxSiY7Y87T7OFCfpvfm716uBdflCq+9lOf0AEasM7/GovtYI+PK/EGyDH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jJyuwQAAANoAAAAPAAAAAAAAAAAAAAAA&#10;AKECAABkcnMvZG93bnJldi54bWxQSwUGAAAAAAQABAD5AAAAjwMAAAAA&#10;" strokeweight="3.36pt"/>
                <v:shape id="AutoShape 5" o:spid="_x0000_s1029" style="position:absolute;left:9476;top:6408;width:7079;height:275;visibility:visible;mso-wrap-style:square;v-text-anchor:top" coordsize="7079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NvMQA&#10;AADaAAAADwAAAGRycy9kb3ducmV2LnhtbESPT2sCMRTE70K/Q3iF3jSppVW3RrGFUi8FXf+cH5vX&#10;3a3Jy7KJ6/bbm0LB4zAzv2Hmy95Z0VEbas8aHkcKBHHhTc2lhv3uYzgFESKyQeuZNPxSgOXibjDH&#10;zPgLb6nLYykShEOGGqoYm0zKUFTkMIx8Q5y8b986jEm2pTQtXhLcWTlW6kU6rDktVNjQe0XFKT87&#10;DZNiM/s5fJ795Kkrv47Wnt5ypbR+uO9XryAi9fEW/m+vjYZn+LuSbo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FDbzEAAAA2gAAAA8AAAAAAAAAAAAAAAAAmAIAAGRycy9k&#10;b3ducmV2LnhtbFBLBQYAAAAABAAEAPUAAACJAwAAAAA=&#10;" path="m,1l113,,237,8t84,5l407,19t85,6l577,30t84,6l746,42t85,5l915,53t86,6l1086,65t85,4l1255,75t85,6l1425,86t84,6l1595,98t85,5l1765,109t84,6l1934,121t85,5l2143,134r49,1m2277,138r86,2m2448,143r85,2m2617,147r85,3m2787,152r86,3m2958,157r85,2m3127,162r85,2m3297,167r86,2m3468,171r85,4m3638,177r84,3m3807,182r86,3m3978,187r85,2m4148,192r84,2m4317,197r86,2m4488,201r85,3m4658,206r84,3m4827,211r86,2m4998,216r85,2m5168,221r85,2m5337,225r86,3m5508,230r85,3m5678,235r85,2m5847,240r86,2m6018,245r85,2m6188,249r85,3m6357,254r86,3m6528,259r85,2m6698,264r85,2m6867,269r86,2m7038,273r41,2e" filled="f" strokeweight=".72pt">
                  <v:path arrowok="t" o:connecttype="custom" o:connectlocs="113,6409;321,6422;492,6434;661,6445;831,6456;1001,6468;1171,6478;1340,6490;1509,6501;1680,6512;1849,6524;2019,6535;2192,6544;2363,6549;2533,6554;2702,6559;2873,6564;3043,6568;3212,6573;3383,6578;3553,6584;3722,6589;3893,6594;4063,6598;4232,6603;4403,6608;4573,6613;4742,6618;4913,6622;5083,6627;5253,6632;5423,6637;5593,6642;5763,6646;5933,6651;6103,6656;6273,6661;6443,6666;6613,6670;6783,6675;6953,6680;7079,6684" o:connectangles="0,0,0,0,0,0,0,0,0,0,0,0,0,0,0,0,0,0,0,0,0,0,0,0,0,0,0,0,0,0,0,0,0,0,0,0,0,0,0,0,0,0"/>
                </v:shape>
                <v:shape id="Freeform 6" o:spid="_x0000_s1030" style="position:absolute;left:1138;top:2835;width:15418;height:3802;visibility:visible;mso-wrap-style:square;v-text-anchor:top" coordsize="15418,3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uU8AA&#10;AADaAAAADwAAAGRycy9kb3ducmV2LnhtbESPzarCMBSE94LvEI5wd5oqUqQaRQRRcHHxZ9PdoTm2&#10;xeakNrHtffsbQXA5zMw3zGrTm0q01LjSsoLpJAJBnFldcq7gdt2PFyCcR9ZYWSYFf+Rgsx4OVpho&#10;2/GZ2ovPRYCwS1BB4X2dSOmyggy6ia2Jg3e3jUEfZJNL3WAX4KaSsyiKpcGSw0KBNe0Kyh6Xl1Fw&#10;wNb6w6kzO+d0/PyldP54pUr9jPrtEoSn3n/Dn/ZRK4jhfSXcALn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sFuU8AAAADaAAAADwAAAAAAAAAAAAAAAACYAgAAZHJzL2Rvd25y&#10;ZXYueG1sUEsFBgAAAAAEAAQA9QAAAIUDAAAAAA==&#10;" path="m,1605r156,-36l3664,1787,8413,3802,9871,1828,12053,516,13868,r1550,93e" filled="f" strokecolor="aqua" strokeweight=".72pt">
                  <v:path arrowok="t" o:connecttype="custom" o:connectlocs="0,4440;156,4404;3664,4622;8413,6637;9871,4663;12053,3351;13868,2835;15418,2928" o:connectangles="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1" type="#_x0000_t75" style="position:absolute;left:1130;top:3808;width:9126;height:5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j74TDAAAA2gAAAA8AAABkcnMvZG93bnJldi54bWxEj81qwzAQhO+BvoPYQm+J3B6S4kYJJW2h&#10;IYfQ/EBzW6ytZWKtjLW1nbePCoUch5n5hpkvB1+rjtpYBTbwOMlAERfBVlwaOOw/xs+goiBbrAOT&#10;gQtFWC7uRnPMbej5i7qdlCpBOOZowIk0udaxcOQxTkJDnLyf0HqUJNtS2xb7BPe1fsqyqfZYcVpw&#10;2NDKUXHe/XoDYqd1f1h/o7y/4aY7nk5bx40xD/fD6wsooUFu4f/2pzUwg78r6Qbox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CPvhMMAAADaAAAADwAAAAAAAAAAAAAAAACf&#10;AgAAZHJzL2Rvd25yZXYueG1sUEsFBgAAAAAEAAQA9wAAAI8DAAAAAA==&#10;">
                  <v:imagedata r:id="rId22" o:title=""/>
                </v:shape>
                <v:shape id="Freeform 8" o:spid="_x0000_s1032" style="position:absolute;left:1138;top:5086;width:7551;height:3230;visibility:visible;mso-wrap-style:square;v-text-anchor:top" coordsize="7551,3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+zpcAA&#10;AADaAAAADwAAAGRycy9kb3ducmV2LnhtbERPS2vCQBC+F/oflil4azb1ECR1DaVV0YtQbUuPQ3by&#10;oNnZkB1N/PfuQejx43svi8l16kJDaD0beElSUMSlty3XBr5Om+cFqCDIFjvPZOBKAYrV48MSc+tH&#10;/qTLUWoVQzjkaKAR6XOtQ9mQw5D4njhylR8cSoRDre2AYwx3nZ6naaYdthwbGuzpvaHy73h2Bqr1&#10;WGfyu91nH2ct/jDuvtc/3pjZ0/T2Ckpokn/x3b2zBuLWeCXeAL2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S+zpcAAAADaAAAADwAAAAAAAAAAAAAAAACYAgAAZHJzL2Rvd25y&#10;ZXYueG1sUEsFBgAAAAAEAAQA9QAAAIUDAAAAAA==&#10;" path="m,3230r1558,-68l2381,2580,4054,743,4778,266,5216,130,7550,e" filled="f" strokecolor="#dd6d00" strokeweight=".72pt">
                  <v:path arrowok="t" o:connecttype="custom" o:connectlocs="0,8316;1558,8248;2381,7666;4054,5829;4778,5352;5216,5216;7550,5086" o:connectangles="0,0,0,0,0,0,0"/>
                </v:shape>
                <v:shape id="AutoShape 9" o:spid="_x0000_s1033" style="position:absolute;left:3695;top:1866;width:5312;height:6194;visibility:visible;mso-wrap-style:square;v-text-anchor:top" coordsize="5312,6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UiP8EA&#10;AADaAAAADwAAAGRycy9kb3ducmV2LnhtbESPQYvCMBSE7wv+h/AEb2tqD7JbjSKi4kXWVcHro3m2&#10;xealNrGt/94IgsdhZr5hpvPOlKKh2hWWFYyGEQji1OqCMwWn4/r7B4TzyBpLy6TgQQ7ms97XFBNt&#10;W/6n5uAzESDsElSQe18lUro0J4NuaCvi4F1sbdAHWWdS19gGuCllHEVjabDgsJBjRcuc0uvhbhQU&#10;TfW3PEf7dreJ7TqNTyhXfFNq0O8WExCeOv8Jv9tbreAXXlfCDZC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lIj/BAAAA2gAAAA8AAAAAAAAAAAAAAAAAmAIAAGRycy9kb3du&#10;cmV2LnhtbFBLBQYAAAAABAAEAPUAAACGAwAAAAA=&#10;" path="m,6193r23,-35m39,6135r31,-48m85,6063r32,-46m132,5993r31,-47m179,5922r31,-48m226,5851r31,-48m273,5779r31,-47m319,5708r32,-47m366,5637r30,-48m412,5567r31,-48m459,5495r31,-47m505,5424r32,-47m552,5353r31,-47m599,5282r31,-48m646,5211r31,-48m693,5139r31,-46m739,5069r32,-47m786,4998r31,-48m833,4927r31,-48m879,4855r31,-47m925,4784r32,-47m972,4713r31,-48m1019,4643r31,-48m1066,4571r31,-47m1113,4500r31,-47m1159,4429r32,-48m1206,4358r31,-48m1253,4287r31,-48m1300,4215r31,-46m1347,4145r30,-47m1392,4074r31,-48m1439,4003r31,-48m1486,3931r31,-47m1533,3860r31,-47m1579,3789r32,-48m1626,3719r31,-48m1673,3647r31,-47m1720,3576r31,-47m1767,3505r31,-48m1813,3434r32,-48m1860,3362r30,-47m1906,3291r31,-46m1953,3221r22,-35l2022,3182t28,-2l2106,3174t29,-3l2191,3167t28,-3l2275,3159t29,-2l2361,3151t27,-2l2445,3144t28,-3l2530,3137t29,-4l2615,3128t28,-2l2699,3121t29,-2l2784,3113t28,-3l2868,3105t29,-2l2953,3098t28,-2l3039,3090t27,-3l3123,3083t28,-3l3208,3075t27,-3l3292,3067t29,-2l3377,3060t28,-3l3461,3051t29,-2l3546,3044t29,-2l3631,3037t28,-4l3715,3029t29,-3l3801,3021t27,-2l3885,3013t28,-2l3970,3006t27,-3l4054,2999t29,-3l4139,2990t29,-2l4224,2983t28,-2l4308,2976t29,-4l4393,2967t28,-2l4477,2960t29,-2l4563,2952t28,-3l4648,2945t27,-3l4732,2937t29,-2l4817,2929t28,-2l4901,2922t29,-3l4986,2915t28,-4l5070,2906t29,-2l5155,2899t29,-2l5230,2892r,-29m5231,2835r,-57m5232,2750r1,-57m5233,2665r2,-56m5235,2580r1,-57m5236,2495r1,-57m5237,2409r1,-56m5238,2324r1,-56m5239,2240r2,-57m5241,2155r1,-58m5243,2070r,-57m5244,1985r,-57m5245,1899r,-56m5247,1814r1,-56m5248,1729r1,-56m5249,1645r1,-58m5250,1560r1,-58m5251,1475r2,-57m5253,1389r1,-56m5254,1304r1,-56m5256,1219r,-56m5257,1134r,-57m5259,1050r,-58m5260,965r1,-58m5261,879r1,-56m5262,794r1,-56m5263,709r2,-56m5265,624r1,-57m5266,539r1,-57m5267,455r1,-58m5269,369r,-57m5271,284r,-56m5272,199r,-56m5273,114r1,-57m5274,29r,-29l5311,e" filled="f" strokecolor="red" strokeweight=".72pt">
                  <v:path arrowok="t" o:connecttype="custom" o:connectlocs="70,7954;163,7813;257,7670;351,7528;443,7386;537,7244;630,7101;724,6960;817,6817;910,6675;1003,6532;1097,6391;1191,6248;1284,6106;1377,5965;1470,5822;1564,5680;1657,5538;1751,5396;1845,5253;1937,5112;2050,5047;2219,5031;2388,5016;2559,5000;2728,4986;2897,4970;3066,4954;3235,4939;3405,4924;3575,4909;3744,4893;3913,4878;4083,4863;4252,4848;4421,4832;4591,4816;4761,4802;4930,4786;5099,4771;5230,4730;5233,4560;5236,4390;5238,4220;5241,4050;5243,3880;5245,3710;5249,3540;5251,3369;5254,3200;5256,3030;5259,2859;5262,2690;5265,2520;5267,2349;5269,2179;5272,2010;5274,1867" o:connectangles="0,0,0,0,0,0,0,0,0,0,0,0,0,0,0,0,0,0,0,0,0,0,0,0,0,0,0,0,0,0,0,0,0,0,0,0,0,0,0,0,0,0,0,0,0,0,0,0,0,0,0,0,0,0,0,0,0,0"/>
                </v:shape>
                <v:line id="Line 10" o:spid="_x0000_s1034" style="position:absolute;visibility:visible;mso-wrap-style:square" from="9034,1868" to="13833,1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U5IcMAAADbAAAADwAAAGRycy9kb3ducmV2LnhtbESPQWvCQBCF74L/YZlCL8VsqlAkzSoi&#10;SHusiT9gyI5JMDsbsmtM+us7h4K3Gd6b977J95Pr1EhDaD0beE9SUMSVty3XBi7labUFFSKyxc4z&#10;GZgpwH63XOSYWf/gM41FrJWEcMjQQBNjn2kdqoYchsT3xKJd/eAwyjrU2g74kHDX6XWafmiHLUtD&#10;gz0dG6puxd0ZKH/b64wbFzs7Xm7z29dhnNY/xry+TIdPUJGm+DT/X39bwRd6+UUG0L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VOSHDAAAA2wAAAA8AAAAAAAAAAAAA&#10;AAAAoQIAAGRycy9kb3ducmV2LnhtbFBLBQYAAAAABAAEAPkAAACRAwAAAAA=&#10;" strokecolor="red" strokeweight=".84pt">
                  <v:stroke dashstyle="3 1"/>
                </v:line>
                <v:shape id="Freeform 11" o:spid="_x0000_s1035" style="position:absolute;left:8639;top:2217;width:98;height:89;visibility:visible;mso-wrap-style:square;v-text-anchor:top" coordsize="98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ty/MMA&#10;AADbAAAADwAAAGRycy9kb3ducmV2LnhtbERPTWvCQBC9C/0PyxR6M5uUVkLqKjXQUIoHjV56G7Jj&#10;EpqdjdltjP/eLRS8zeN9znI9mU6MNLjWsoIkikEQV1a3XCs4Hj7mKQjnkTV2lknBlRysVw+zJWba&#10;XnhPY+lrEULYZaig8b7PpHRVQwZdZHviwJ3sYNAHONRSD3gJ4aaTz3G8kAZbDg0N9pQ3VP2Uv0bB&#10;S1qPyfX1VHyNuDt/J26Tb4u9Uk+P0/sbCE+Tv4v/3Z86zE/g75dw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ty/MMAAADbAAAADwAAAAAAAAAAAAAAAACYAgAAZHJzL2Rv&#10;d25yZXYueG1sUEsFBgAAAAAEAAQA9QAAAIgDAAAAAA==&#10;" path="m,28l97,89,25,,,28xe" fillcolor="black" stroked="f">
                  <v:path arrowok="t" o:connecttype="custom" o:connectlocs="0,2245;97,2306;25,2217;0,2245" o:connectangles="0,0,0,0"/>
                </v:shape>
                <v:shape id="Freeform 12" o:spid="_x0000_s1036" style="position:absolute;left:8639;top:2217;width:98;height:89;visibility:visible;mso-wrap-style:square;v-text-anchor:top" coordsize="98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VGjcIA&#10;AADbAAAADwAAAGRycy9kb3ducmV2LnhtbERPTWvCQBC9F/oflin0VjfxEEp0FREEPZpYqLchO2bT&#10;ZmeT7Gpif71bKPQ2j/c5y/VkW3GjwTeOFaSzBARx5XTDtYJTuXt7B+EDssbWMSm4k4f16vlpibl2&#10;Ix/pVoRaxBD2OSowIXS5lL4yZNHPXEccuYsbLIYIh1rqAccYbls5T5JMWmw4NhjsaGuo+i6uVsF5&#10;uvNPkfbl8VCmm6/ss/+4Fr1Sry/TZgEi0BT+xX/uvY7z5/D7Szx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dUaNwgAAANsAAAAPAAAAAAAAAAAAAAAAAJgCAABkcnMvZG93&#10;bnJldi54bWxQSwUGAAAAAAQABAD1AAAAhwMAAAAA&#10;" path="m25,l97,89,,28,25,xe" filled="f" strokeweight="0">
                  <v:path arrowok="t" o:connecttype="custom" o:connectlocs="25,2217;97,2306;0,2245;25,2217" o:connectangles="0,0,0,0"/>
                </v:shape>
                <v:shape id="Freeform 13" o:spid="_x0000_s1037" style="position:absolute;left:5130;top:1319;width:3521;height:912;visibility:visible;mso-wrap-style:square;v-text-anchor:top" coordsize="3521,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IPocAA&#10;AADbAAAADwAAAGRycy9kb3ducmV2LnhtbERPzYrCMBC+C/sOYRb2IjbdVWSpRpEFoYgerPsAQzO2&#10;xWZSm1jbtzeC4G0+vt9ZrntTi45aV1lW8B3FIIhzqysuFPyftpNfEM4ja6wtk4KBHKxXH6MlJtre&#10;+Uhd5gsRQtglqKD0vkmkdHlJBl1kG+LAnW1r0AfYFlK3eA/hppY/cTyXBisODSU29FdSfsluRgF1&#10;A/fj7FBtdnzdp1N9dTTbKfX12W8WIDz1/i1+uVMd5k/h+Us4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IPocAAAADbAAAADwAAAAAAAAAAAAAAAACYAgAAZHJzL2Rvd25y&#10;ZXYueG1sUEsFBgAAAAAEAAQA9QAAAIUDAAAAAA==&#10;" path="m3521,912l2499,r-41,l,e" filled="f" strokeweight=".72pt">
                  <v:path arrowok="t" o:connecttype="custom" o:connectlocs="3521,2232;2499,1320;2458,1320;0,1320" o:connectangles="0,0,0,0"/>
                </v:shape>
                <v:shape id="Freeform 14" o:spid="_x0000_s1038" style="position:absolute;left:8855;top:3099;width:94;height:94;visibility:visible;mso-wrap-style:square;v-text-anchor:top" coordsize="94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x4qMIA&#10;AADbAAAADwAAAGRycy9kb3ducmV2LnhtbERPTWsCMRC9F/wPYQRvNWvRalejWEEQpGJtPXgbNuNm&#10;cTNZNtFd/70pFLzN433ObNHaUtyo9oVjBYN+AoI4c7rgXMHvz/p1AsIHZI2lY1JwJw+Leedlhql2&#10;DX/T7RByEUPYp6jAhFClUvrMkEXfdxVx5M6uthgirHOpa2xiuC3lW5K8S4sFxwaDFa0MZZfD1Sqw&#10;y3z8Ndkl21NjPsPRyf3oo90r1eu2yymIQG14iv/dGx3nD+Hvl3i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nHiowgAAANsAAAAPAAAAAAAAAAAAAAAAAJgCAABkcnMvZG93&#10;bnJldi54bWxQSwUGAAAAAAQABAD1AAAAhwMAAAAA&#10;" path="m,27l94,94,27,,,27xe" fillcolor="black" stroked="f">
                  <v:path arrowok="t" o:connecttype="custom" o:connectlocs="0,3126;94,3193;27,3099;0,3126" o:connectangles="0,0,0,0"/>
                </v:shape>
                <v:shape id="Freeform 15" o:spid="_x0000_s1039" style="position:absolute;left:8855;top:3099;width:94;height:94;visibility:visible;mso-wrap-style:square;v-text-anchor:top" coordsize="94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TcDb8A&#10;AADbAAAADwAAAGRycy9kb3ducmV2LnhtbERPy6rCMBDdC/5DGOHuNFWolGqUKii687VxNzRjW20m&#10;pYna+/fmwgV3czjPmS87U4sXta6yrGA8ikAQ51ZXXCi4nDfDBITzyBpry6TglxwsF/3eHFNt33yk&#10;18kXIoSwS1FB6X2TSunykgy6kW2IA3ezrUEfYFtI3eI7hJtaTqJoKg1WHBpKbGhdUv44PY2C672h&#10;bdyt4gmtDna6T7LkesiU+hl02QyEp85/xf/unQ7zY/j7JRw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5NwNvwAAANsAAAAPAAAAAAAAAAAAAAAAAJgCAABkcnMvZG93bnJl&#10;di54bWxQSwUGAAAAAAQABAD1AAAAhAMAAAAA&#10;" path="m27,l94,94,,27,27,xe" filled="f" strokeweight="0">
                  <v:path arrowok="t" o:connecttype="custom" o:connectlocs="27,3099;94,3193;0,3126;27,3099" o:connectangles="0,0,0,0"/>
                </v:shape>
                <v:shape id="Freeform 16" o:spid="_x0000_s1040" style="position:absolute;left:5482;top:2274;width:3387;height:838;visibility:visible;mso-wrap-style:square;v-text-anchor:top" coordsize="3387,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jb8sAA&#10;AADbAAAADwAAAGRycy9kb3ducmV2LnhtbERPTWvCQBC9F/wPywje6kYPIqmrSEEU7UWrB29DdpqE&#10;ZmdDdky2/75bEHqbx/uc1Sa6RvXUhdqzgdk0A0VceFtzaeD6uXtdggqCbLHxTAZ+KMBmPXpZYW79&#10;wGfqL1KqFMIhRwOVSJtrHYqKHIapb4kT9+U7h5JgV2rb4ZDCXaPnWbbQDmtODRW29F5R8X15OAP3&#10;k7vvXbzF4dy3crzuiq2WD2Mm47h9AyUU5V/8dB9smr+Av1/SAXr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Njb8sAAAADbAAAADwAAAAAAAAAAAAAAAACYAgAAZHJzL2Rvd25y&#10;ZXYueG1sUEsFBgAAAAAEAAQA9QAAAIUDAAAAAA==&#10;" path="m3386,837l2542,r-41,l,e" filled="f" strokeweight=".72pt">
                  <v:path arrowok="t" o:connecttype="custom" o:connectlocs="3386,3112;2542,2275;2501,2275;0,2275" o:connectangles="0,0,0,0"/>
                </v:shape>
                <v:shape id="Freeform 17" o:spid="_x0000_s1041" style="position:absolute;left:14608;top:1989;width:74;height:107;visibility:visible;mso-wrap-style:square;v-text-anchor:top" coordsize="74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bvVMEA&#10;AADbAAAADwAAAGRycy9kb3ducmV2LnhtbERPTWvCQBC9F/wPywheim7MIalpVilFIT1qW7yO2WkS&#10;kp0N2dWk/75bELzN431OvptMJ240uMaygvUqAkFcWt1wpeDr87B8AeE8ssbOMin4JQe77ewpx0zb&#10;kY90O/lKhBB2GSqove8zKV1Zk0G3sj1x4H7sYNAHOFRSDziGcNPJOIoSabDh0FBjT+81le3pahSM&#10;Hy2Zgs7f6fP+eK10ckk2carUYj69vYLwNPmH+O4udJifwv8v4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271TBAAAA2wAAAA8AAAAAAAAAAAAAAAAAmAIAAGRycy9kb3du&#10;cmV2LnhtbFBLBQYAAAAABAAEAPUAAACGAwAAAAA=&#10;" path="m,19r73,88l32,,,19xe" fillcolor="black" stroked="f">
                  <v:path arrowok="t" o:connecttype="custom" o:connectlocs="0,2008;73,2096;32,1989;0,2008" o:connectangles="0,0,0,0"/>
                </v:shape>
                <v:shape id="Freeform 18" o:spid="_x0000_s1042" style="position:absolute;left:14608;top:1989;width:74;height:107;visibility:visible;mso-wrap-style:square;v-text-anchor:top" coordsize="74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YOvMQA&#10;AADbAAAADwAAAGRycy9kb3ducmV2LnhtbESPQWvCQBCF7wX/wzJCL6VuWjDa6CpSEGsvYuwPmGbH&#10;JJidDdk1pv/eOQi9zfDevPfNcj24RvXUhdqzgbdJAoq48Lbm0sDPafs6BxUissXGMxn4owDr1ehp&#10;iZn1Nz5Sn8dSSQiHDA1UMbaZ1qGoyGGY+JZYtLPvHEZZu1LbDm8S7hr9niSpdlizNFTY0mdFxSW/&#10;OgN92rrDNP3ev+QzF5oP2v2i3xnzPB42C1CRhvhvflx/WcEXWPlFB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mDrzEAAAA2wAAAA8AAAAAAAAAAAAAAAAAmAIAAGRycy9k&#10;b3ducmV2LnhtbFBLBQYAAAAABAAEAPUAAACJAwAAAAA=&#10;" path="m32,l73,107,,19,32,xe" filled="f" strokeweight="0">
                  <v:path arrowok="t" o:connecttype="custom" o:connectlocs="32,1989;73,2096;0,2008;32,1989" o:connectangles="0,0,0,0"/>
                </v:shape>
                <v:shape id="Freeform 19" o:spid="_x0000_s1043" style="position:absolute;left:11155;top:1046;width:3468;height:953;visibility:visible;mso-wrap-style:square;v-text-anchor:top" coordsize="3468,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kOnsMA&#10;AADbAAAADwAAAGRycy9kb3ducmV2LnhtbERPTWvCQBC9F/wPywheim5MsWh0FRELpXip8eBxzI7Z&#10;YHY2ZNeY9td3C4Xe5vE+Z7XpbS06an3lWMF0koAgLpyuuFRwyt/GcxA+IGusHZOCL/KwWQ+eVphp&#10;9+BP6o6hFDGEfYYKTAhNJqUvDFn0E9cQR+7qWoshwraUusVHDLe1TJPkVVqsODYYbGhnqLgd71bB&#10;9/NLejt8zC7pzJxtnp9P6aHbKzUa9tsliEB9+Bf/ud91nL+A31/i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kOnsMAAADbAAAADwAAAAAAAAAAAAAAAACYAgAAZHJzL2Rv&#10;d25yZXYueG1sUEsFBgAAAAAEAAQA9QAAAIgDAAAAAA==&#10;" path="m3468,953l2912,r-41,l,e" filled="f" strokeweight=".72pt">
                  <v:path arrowok="t" o:connecttype="custom" o:connectlocs="3468,1999;2912,1046;2871,1046;0,1046" o:connectangles="0,0,0,0"/>
                </v:shape>
                <v:shape id="Freeform 20" o:spid="_x0000_s1044" style="position:absolute;left:4060;top:8058;width:83;height:102;visibility:visible;mso-wrap-style:square;v-text-anchor:top" coordsize="83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0HybwA&#10;AADbAAAADwAAAGRycy9kb3ducmV2LnhtbERPSwrCMBDdC94hjOBGNNWFSDWKKBVxZ/UAQzO2xWZS&#10;mrRWT28WgsvH+292valER40rLSuYzyIQxJnVJecK7rdkugLhPLLGyjIpeJOD3XY42GCs7Yuv1KU+&#10;FyGEXYwKCu/rWEqXFWTQzWxNHLiHbQz6AJtc6gZfIdxUchFFS2mw5NBQYE2HgrJn2hoFp2N36dpV&#10;1vYTmSRRdTon6ccqNR71+zUIT73/i3/us1awCOvDl/AD5PY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vQfJvAAAANsAAAAPAAAAAAAAAAAAAAAAAJgCAABkcnMvZG93bnJldi54&#10;bWxQSwUGAAAAAAQABAD1AAAAgQMAAAAA&#10;" path="m,l53,102,83,79,,xe" fillcolor="black" stroked="f">
                  <v:path arrowok="t" o:connecttype="custom" o:connectlocs="0,8059;53,8161;83,8138;0,8059" o:connectangles="0,0,0,0"/>
                </v:shape>
                <v:shape id="Freeform 21" o:spid="_x0000_s1045" style="position:absolute;left:4060;top:8058;width:83;height:102;visibility:visible;mso-wrap-style:square;v-text-anchor:top" coordsize="83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tIkcAA&#10;AADbAAAADwAAAGRycy9kb3ducmV2LnhtbESPQWsCMRSE70L/Q3iF3jSrB5HtRpEFodduPXh8JK9J&#10;dPOybFJd/fVNoeBxmJlvmGY3hV5caUw+soLlogJBrKPxbBUcvw7zDYiUkQ32kUnBnRLsti+zBmsT&#10;b/xJ1y5bUSCcalTgch5qKZN2FDAt4kBcvO84BsxFjlaaEW8FHnq5qqq1DOi5LDgcqHWkL91PUHC6&#10;205bT/5Mrl1rc35c2v6h1NvrtH8HkWnKz/B/+8MoWC3h70v5A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tIkcAAAADbAAAADwAAAAAAAAAAAAAAAACYAgAAZHJzL2Rvd25y&#10;ZXYueG1sUEsFBgAAAAAEAAQA9QAAAIUDAAAAAA==&#10;" path="m53,102l,,83,79,53,102xe" filled="f" strokeweight="0">
                  <v:path arrowok="t" o:connecttype="custom" o:connectlocs="53,8161;0,8059;83,8138;53,8161" o:connectangles="0,0,0,0"/>
                </v:shape>
                <v:shape id="Freeform 22" o:spid="_x0000_s1046" style="position:absolute;left:4128;top:8148;width:4287;height:1011;visibility:visible;mso-wrap-style:square;v-text-anchor:top" coordsize="4287,10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9gK8UA&#10;AADbAAAADwAAAGRycy9kb3ducmV2LnhtbESPQWvCQBSE70L/w/KEXkQ35lA0uooVWmpvxh7q7Zl9&#10;JtHs27C71fjvu4LgcZiZb5j5sjONuJDztWUF41ECgriwuuZSwc/uYzgB4QOyxsYyKbiRh+XipTfH&#10;TNsrb+mSh1JECPsMFVQhtJmUvqjIoB/Zljh6R+sMhihdKbXDa4SbRqZJ8iYN1hwXKmxpXVFxzv+M&#10;goM77tqw+s33g+npc3D+3twm7xulXvvdagYiUBee4Uf7SytIU7h/i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L2ArxQAAANsAAAAPAAAAAAAAAAAAAAAAAJgCAABkcnMv&#10;ZG93bnJldi54bWxQSwUGAAAAAAQABAD1AAAAigMAAAAA&#10;" path="m,l766,1010r41,l4287,1010e" filled="f" strokeweight=".72pt">
                  <v:path arrowok="t" o:connecttype="custom" o:connectlocs="0,8149;766,9159;807,9159;4287,9159" o:connectangles="0,0,0,0"/>
                </v:shape>
                <v:shape id="Freeform 23" o:spid="_x0000_s1047" style="position:absolute;left:5383;top:5550;width:101;height:86;visibility:visible;mso-wrap-style:square;v-text-anchor:top" coordsize="10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ZuysMA&#10;AADbAAAADwAAAGRycy9kb3ducmV2LnhtbESP3WrCQBSE7wu+w3IEb4pufqBKdBUpWArNTaMPcMge&#10;k2D2bMxuYnz7bqHQy2FmvmF2h8m0YqTeNZYVxKsIBHFpdcOVgsv5tNyAcB5ZY2uZFDzJwWE/e9lh&#10;pu2Dv2ksfCUChF2GCmrvu0xKV9Zk0K1sRxy8q+0N+iD7SuoeHwFuWplE0Zs02HBYqLGj95rKWzEY&#10;BeU05kOcfrXmlccPn99P67SLlVrMp+MWhKfJ/4f/2p9aQZLC75fwA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ZuysMAAADbAAAADwAAAAAAAAAAAAAAAACYAgAAZHJzL2Rv&#10;d25yZXYueG1sUEsFBgAAAAAEAAQA9QAAAIgDAAAAAA==&#10;" path="m,30l100,85,24,,,30xe" fillcolor="#dd6d00" stroked="f">
                  <v:path arrowok="t" o:connecttype="custom" o:connectlocs="0,5581;100,5636;24,5551;0,5581" o:connectangles="0,0,0,0"/>
                </v:shape>
                <v:shape id="Freeform 24" o:spid="_x0000_s1048" style="position:absolute;left:5383;top:5550;width:101;height:86;visibility:visible;mso-wrap-style:square;v-text-anchor:top" coordsize="10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lPasQA&#10;AADbAAAADwAAAGRycy9kb3ducmV2LnhtbESP0WrCQBRE3wv9h+UW+qabitQ0dRUVUyoiWPUDLtnb&#10;bGj2bshuTPr3XUHo4zAzZ5j5crC1uFLrK8cKXsYJCOLC6YpLBZdzPkpB+ICssXZMCn7Jw3Lx+DDH&#10;TLuev+h6CqWIEPYZKjAhNJmUvjBk0Y9dQxy9b9daDFG2pdQt9hFuazlJkldpseK4YLChjaHi59RZ&#10;BZR2u/1hbfLZ27aT6w9XhmZ3VOr5aVi9gwg0hP/wvf2pFUymcPs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pT2rEAAAA2wAAAA8AAAAAAAAAAAAAAAAAmAIAAGRycy9k&#10;b3ducmV2LnhtbFBLBQYAAAAABAAEAPUAAACJAwAAAAA=&#10;" path="m24,r76,85l,30,24,xe" filled="f" strokecolor="#dd6d00" strokeweight="0">
                  <v:path arrowok="t" o:connecttype="custom" o:connectlocs="24,5551;100,5636;0,5581;24,5551" o:connectangles="0,0,0,0"/>
                </v:shape>
                <v:shape id="Freeform 25" o:spid="_x0000_s1049" style="position:absolute;left:2762;top:5051;width:2633;height:515;visibility:visible;mso-wrap-style:square;v-text-anchor:top" coordsize="2633,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PnC8UA&#10;AADbAAAADwAAAGRycy9kb3ducmV2LnhtbESP3WoCMRSE7wu+QzhCb4pmu8UfVqNIS6EtIvjzAIfN&#10;Mbu4Odkmqbt9+6YgeDnMzDfMct3bRlzJh9qxgudxBoK4dLpmo+B0fB/NQYSIrLFxTAp+KcB6NXhY&#10;YqFdx3u6HqIRCcKhQAVVjG0hZSgrshjGriVO3tl5izFJb6T22CW4bWSeZVNpsea0UGFLrxWVl8OP&#10;VdCfj+btxWy/zCzff35309n2aeeVehz2mwWISH28h2/tD60gn8D/l/Q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U+cLxQAAANsAAAAPAAAAAAAAAAAAAAAAAJgCAABkcnMv&#10;ZG93bnJldi54bWxQSwUGAAAAAAQABAD1AAAAigMAAAAA&#10;" path="m2633,514l1980,r-41,l,e" filled="f" strokecolor="#dd6d00" strokeweight=".72pt">
                  <v:path arrowok="t" o:connecttype="custom" o:connectlocs="2633,5566;1980,5052;1939,5052;0,5052" o:connectangles="0,0,0,0"/>
                </v:shape>
                <v:shape id="Freeform 26" o:spid="_x0000_s1050" style="position:absolute;left:9094;top:4152;width:78;height:105;visibility:visible;mso-wrap-style:square;v-text-anchor:top" coordsize="78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0xG8EA&#10;AADbAAAADwAAAGRycy9kb3ducmV2LnhtbESPT4vCMBTE74LfITzBm6ar0LVdo4ggCB6W9c/90bxt&#10;yjYvpYlt/fZmQfA4zMxvmPV2sLXoqPWVYwUf8wQEceF0xaWC6+UwW4HwAVlj7ZgUPMjDdjMerTHX&#10;rucf6s6hFBHCPkcFJoQml9IXhiz6uWuIo/frWoshyraUusU+wm0tF0mSSosVxwWDDe0NFX/nu1VA&#10;n0br07Ew37ddtky7lPsmY6Wmk2H3BSLQEN7hV/uoFSxS+P8Sf4D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NMRvBAAAA2wAAAA8AAAAAAAAAAAAAAAAAmAIAAGRycy9kb3du&#10;cmV2LnhtbFBLBQYAAAAABAAEAPUAAACGAwAAAAA=&#10;" path="m,104l78,20,47,,,104xe" fillcolor="black" stroked="f">
                  <v:path arrowok="t" o:connecttype="custom" o:connectlocs="0,4257;78,4173;47,4153;0,4257" o:connectangles="0,0,0,0"/>
                </v:shape>
                <v:shape id="Freeform 27" o:spid="_x0000_s1051" style="position:absolute;left:9094;top:4152;width:78;height:105;visibility:visible;mso-wrap-style:square;v-text-anchor:top" coordsize="78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+UMEA&#10;AADbAAAADwAAAGRycy9kb3ducmV2LnhtbESPzarCMBSE9xd8h3AENxdNr6CWahRRBFfiH64PzbEp&#10;NielydX69kYQXA4z8w0zW7S2EndqfOlYwd8gAUGcO11yoeB82vRTED4ga6wck4IneVjMOz8zzLR7&#10;8IHux1CICGGfoQITQp1J6XNDFv3A1cTRu7rGYoiyKaRu8BHhtpLDJBlLiyXHBYM1rQzlt+O/VRDW&#10;o/q6k4dka81q/9ve0vVlnyrV67bLKYhAbfiGP+2tVjCcwPtL/AFy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RPlDBAAAA2wAAAA8AAAAAAAAAAAAAAAAAmAIAAGRycy9kb3du&#10;cmV2LnhtbFBLBQYAAAAABAAEAPUAAACGAwAAAAA=&#10;" path="m78,20l,104,47,,78,20xe" filled="f" strokeweight="0">
                  <v:path arrowok="t" o:connecttype="custom" o:connectlocs="78,4173;0,4257;47,4153;78,4173" o:connectangles="0,0,0,0"/>
                </v:shape>
                <v:shape id="AutoShape 28" o:spid="_x0000_s1052" style="position:absolute;left:4846;top:3290;width:6454;height:3446;visibility:visible;mso-wrap-style:square;v-text-anchor:top" coordsize="6454,3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IsEr4A&#10;AADbAAAADwAAAGRycy9kb3ducmV2LnhtbERPTYvCMBC9C/sfwgh7s2mFVekaRRYEwdNWDx6HZrYp&#10;NpOaRFv//eYgeHy87/V2tJ14kA+tYwVFloMgrp1uuVFwPu1nKxAhImvsHJOCJwXYbj4mayy1G/iX&#10;HlVsRArhUKICE2NfShlqQxZD5nrixP05bzEm6BupPQ4p3HZynucLabHl1GCwpx9D9bW6WwV4OZn9&#10;8uhvX7ehWBa9axveVUp9TsfdN4hIY3yLX+6DVjBPY9OX9APk5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kCLBK+AAAA2wAAAA8AAAAAAAAAAAAAAAAAmAIAAGRycy9kb3ducmV2&#10;LnhtbFBLBQYAAAAABAAEAPUAAACDAwAAAAA=&#10;" path="m4310,874l4475,625r41,l6454,625m180,r852,266l1033,932,720,1705,83,2101,389,704,,587,180,m164,3445r-20,-13l512,3010,691,2792r577,-357l1572,2345r1168,-47l4392,2225r126,-6l4567,2712r70,541l164,3445e" filled="f" strokeweight=".72pt">
                  <v:path arrowok="t" o:connecttype="custom" o:connectlocs="4310,4164;4475,3915;4516,3915;6454,3915;180,3290;1032,3556;1033,4222;720,4995;83,5391;389,3994;0,3877;180,3290;164,6735;144,6722;512,6300;691,6082;1268,5725;1572,5635;2740,5588;4392,5515;4518,5509;4567,6002;4637,6543;164,6735" o:connectangles="0,0,0,0,0,0,0,0,0,0,0,0,0,0,0,0,0,0,0,0,0,0,0,0"/>
                </v:shape>
                <v:shape id="Freeform 29" o:spid="_x0000_s1053" style="position:absolute;left:9364;top:5396;width:76;height:113;visibility:visible;mso-wrap-style:square;v-text-anchor:top" coordsize="76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7LMUA&#10;AADbAAAADwAAAGRycy9kb3ducmV2LnhtbESPwWrDMBBE74X8g9hCb41sH0rrRgmmoaS4hzZJP2Cx&#10;NrITa2UsOXb+PioEchxm5g2zWE22FWfqfeNYQTpPQBBXTjdsFPztP59fQfiArLF1TAou5GG1nD0s&#10;MNdu5C2dd8GICGGfo4I6hC6X0lc1WfRz1xFH7+B6iyHK3kjd4xjhtpVZkrxIiw3HhRo7+qipOu0G&#10;q2BbbobEFNnwc0zLw++Qrc33Zq/U0+NUvIMINIV7+Nb+0gqyN/j/En+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mPssxQAAANsAAAAPAAAAAAAAAAAAAAAAAJgCAABkcnMv&#10;ZG93bnJldi54bWxQSwUGAAAAAAQABAD1AAAAigMAAAAA&#10;" path="m19,113r19,l76,76r,-57l56,,19,,,19,,37,19,56r57,e" filled="f" strokecolor="#dadada" strokeweight=".72pt">
                  <v:path arrowok="t" o:connecttype="custom" o:connectlocs="19,5509;38,5509;76,5472;76,5415;56,5396;19,5396;0,5415;0,5433;19,5452;76,5452" o:connectangles="0,0,0,0,0,0,0,0,0,0"/>
                </v:shape>
                <v:shape id="Freeform 30" o:spid="_x0000_s1054" style="position:absolute;left:5566;top:3190;width:3617;height:1805;visibility:visible;mso-wrap-style:square;v-text-anchor:top" coordsize="3617,1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WujcAA&#10;AADbAAAADwAAAGRycy9kb3ducmV2LnhtbERPTWvCQBC9F/wPywi91Y0tlDa6CVVQBFEwiudpdpqE&#10;ZmfT7Krpv3cOhR4f73ueD65VV+pD49nAdJKAIi69bbgycDqunt5AhYhssfVMBn4pQJ6NHuaYWn/j&#10;A12LWCkJ4ZCigTrGLtU6lDU5DBPfEQv35XuHUWBfadvjTcJdq5+T5FU7bFgaauxoWVP5XVyc9L4P&#10;+5/tlv1ifwifFS7Pxc6vjXkcDx8zUJGG+C/+c2+sgRdZL1/kB+js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WujcAAAADbAAAADwAAAAAAAAAAAAAAAACYAgAAZHJzL2Rvd25y&#10;ZXYueG1sUEsFBgAAAAAEAAQA9QAAAIUDAAAAAA==&#10;" path="m,1805l313,1032,313,26,3617,r-7,626l1907,699r51,794l704,1544,175,1698,,1805e" filled="f" strokeweight=".72pt">
                  <v:path arrowok="t" o:connecttype="custom" o:connectlocs="0,4995;313,4222;313,3216;3617,3190;3610,3816;1907,3889;1958,4683;704,4734;175,4888;0,4995" o:connectangles="0,0,0,0,0,0,0,0,0,0"/>
                </v:shape>
                <v:shape id="AutoShape 31" o:spid="_x0000_s1055" style="position:absolute;left:7472;top:3776;width:38;height:113;visibility:visible;mso-wrap-style:square;v-text-anchor:top" coordsize="38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2vS8UA&#10;AADbAAAADwAAAGRycy9kb3ducmV2LnhtbESPQWvCQBSE7wX/w/IEb3VjA6VGVwkWUXpp1Xjw9sg+&#10;k2D2bciuSfz33ULB4zAz3zDL9WBq0VHrKssKZtMIBHFudcWFguy0ff0A4TyyxtoyKXiQg/Vq9LLE&#10;RNueD9QdfSEChF2CCkrvm0RKl5dk0E1tQxy8q20N+iDbQuoW+wA3tXyLondpsOKwUGJDm5Ly2/Fu&#10;FHyfq7Tw2XaX/lyy+PPQxfOvfqfUZDykCxCeBv8M/7f3WkE8g78v4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a9LxQAAANsAAAAPAAAAAAAAAAAAAAAAAJgCAABkcnMv&#10;ZG93bnJldi54bWxQSwUGAAAAAAQABAD1AAAAigMAAAAA&#10;" path="m,18l19,r,113m,113r37,e" filled="f" strokecolor="#dadada" strokeweight=".72pt">
                  <v:path arrowok="t" o:connecttype="custom" o:connectlocs="0,3794;19,3776;19,3889;0,3889;37,3889" o:connectangles="0,0,0,0,0"/>
                </v:shape>
                <v:shape id="Picture 32" o:spid="_x0000_s1056" type="#_x0000_t75" style="position:absolute;left:7541;top:3768;width:203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tAKzEAAAA2wAAAA8AAABkcnMvZG93bnJldi54bWxEj91qwkAUhO8LvsNyhN7VjSm0El1FpAkt&#10;hYpR7w/Zkx/Mng3ZbRLfvlso9HKYmW+YzW4yrRiod41lBctFBIK4sLrhSsHlnD6tQDiPrLG1TAru&#10;5GC3nT1sMNF25BMNua9EgLBLUEHtfZdI6YqaDLqF7YiDV9reoA+yr6TucQxw08o4il6kwYbDQo0d&#10;HWoqbvm3UTBcU/r8OL5i+aWzc5mZXN7e7ko9zqf9GoSnyf+H/9rvWsFzDL9fwg+Q2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DtAKzEAAAA2wAAAA8AAAAAAAAAAAAAAAAA&#10;nwIAAGRycy9kb3ducmV2LnhtbFBLBQYAAAAABAAEAPcAAACQAwAAAAA=&#10;">
                  <v:imagedata r:id="rId23" o:title=""/>
                </v:shape>
                <v:shape id="Freeform 33" o:spid="_x0000_s1057" style="position:absolute;left:3382;top:1640;width:10678;height:6735;visibility:visible;mso-wrap-style:square;v-text-anchor:top" coordsize="10678,6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REsUA&#10;AADbAAAADwAAAGRycy9kb3ducmV2LnhtbESPT2vCQBTE74LfYXmF3nTTitJGNyKBlmLBYurF2yP7&#10;8gezb8PuRtNv3y0UPA4z8xtmsx1NJ67kfGtZwdM8AUFcWt1yreD0/TZ7AeEDssbOMin4IQ/bbDrZ&#10;YKrtjY90LUItIoR9igqaEPpUSl82ZNDPbU8cvco6gyFKV0vt8BbhppPPSbKSBluOCw32lDdUXorB&#10;KDgv9+375XU4VubzRIevIh9WLlfq8WHcrUEEGsM9/N/+0AoWC/j7En+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NESxQAAANsAAAAPAAAAAAAAAAAAAAAAAJgCAABkcnMv&#10;ZG93bnJldi54bWxQSwUGAAAAAAQABAD1AAAAigMAAAAA&#10;" path="m378,6734l,6485,2160,3197,5318,2911,5364,r5314,1l10678,456r-227,l5812,454r-45,2872l2418,3629,378,6734e" filled="f" strokecolor="red" strokeweight=".72pt">
                  <v:path arrowok="t" o:connecttype="custom" o:connectlocs="378,8374;0,8125;2160,4837;5318,4551;5364,1640;10678,1641;10678,2096;10451,2096;5812,2094;5767,4966;2418,5269;378,8374" o:connectangles="0,0,0,0,0,0,0,0,0,0,0,0"/>
                </v:shape>
                <v:shape id="Picture 34" o:spid="_x0000_s1058" type="#_x0000_t75" style="position:absolute;left:5477;top:4772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iRiHEAAAA2wAAAA8AAABkcnMvZG93bnJldi54bWxEj19rwkAQxN8Fv8OxQl+kXrRSSvQUEQUL&#10;IvXPi29Lbk3S5vZC9qrpt+8Jgo/DzPyGmc5bV6krNVJ6NjAcJKCIM29Lzg2cjuvXD1ASkC1WnsnA&#10;HwnMZ93OFFPrb7yn6yHkKkJYUjRQhFCnWktWkEMZ+Jo4ehffOAxRNrm2Dd4i3FV6lCTv2mHJcaHA&#10;mpYFZT+HX2dARI+Xi82Ovz7P9ijf+93Kb/vGvPTaxQRUoDY8w4/2xhp4G8P9S/wBevY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iRiHEAAAA2wAAAA8AAAAAAAAAAAAAAAAA&#10;nwIAAGRycy9kb3ducmV2LnhtbFBLBQYAAAAABAAEAPcAAACQAwAAAAA=&#10;">
                  <v:imagedata r:id="rId24" o:title=""/>
                </v:shape>
                <v:shape id="Picture 35" o:spid="_x0000_s1059" type="#_x0000_t75" style="position:absolute;left:8635;top:4486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u1evDAAAA2wAAAA8AAABkcnMvZG93bnJldi54bWxEj0FrwkAUhO8F/8PyBG+6URuR6CqlYAn0&#10;1Cien9lnEs2+DdltEvvruwWhx2FmvmG2+8HUoqPWVZYVzGcRCOLc6ooLBafjYboG4TyyxtoyKXiQ&#10;g/1u9LLFRNuev6jLfCEChF2CCkrvm0RKl5dk0M1sQxy8q20N+iDbQuoW+wA3tVxE0UoarDgslNjQ&#10;e0n5Pfs2gUJdvfzgy+XHrW6v+S2Wn+m5U2oyHt42IDwN/j/8bKdawTKGvy/hB8jd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m7V68MAAADbAAAADwAAAAAAAAAAAAAAAACf&#10;AgAAZHJzL2Rvd25yZXYueG1sUEsFBgAAAAAEAAQA9wAAAI8DAAAAAA==&#10;">
                  <v:imagedata r:id="rId25" o:title=""/>
                </v:shape>
                <v:shape id="Picture 36" o:spid="_x0000_s1060" type="#_x0000_t75" style="position:absolute;left:9084;top:4889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qAhzEAAAA2wAAAA8AAABkcnMvZG93bnJldi54bWxEj0FrAjEUhO+C/yG8greaXS1r2RpFWwtC&#10;L7rtocfH5nWzdPOyJlG3/74pFDwOM/MNs1wPthMX8qF1rCCfZiCIa6dbbhR8vL/eP4IIEVlj55gU&#10;/FCA9Wo8WmKp3ZWPdKliIxKEQ4kKTIx9KWWoDVkMU9cTJ+/LeYsxSd9I7fGa4LaTsywrpMWW04LB&#10;np4N1d/V2SqoDqfdW5HnG0Psh09aPDQv271Sk7th8wQi0hBv4f/2XiuYF/D3Jf0Auf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qAhzEAAAA2wAAAA8AAAAAAAAAAAAAAAAA&#10;nwIAAGRycy9kb3ducmV2LnhtbFBLBQYAAAAABAAEAPcAAACQAwAAAAA=&#10;">
                  <v:imagedata r:id="rId26" o:title=""/>
                </v:shape>
                <v:shape id="Picture 37" o:spid="_x0000_s1061" type="#_x0000_t75" style="position:absolute;left:8681;top:1575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Mr5/HAAAA2wAAAA8AAABkcnMvZG93bnJldi54bWxEj0FLAzEUhO+F/ofwCl7EZq1gZd1s0dKK&#10;XkpbBfX22LxuQjcv6ya2a3+9EYQeh5n5hilmvWvEgbpgPSu4HmcgiCuvLdcK3l6XV3cgQkTW2Hgm&#10;BT8UYFYOBwXm2h95Q4dtrEWCcMhRgYmxzaUMlSGHYexb4uTtfOcwJtnVUnd4THDXyEmW3UqHltOC&#10;wZbmhqr99tsp+PD25cmay09eLblazL9O74/rk1IXo/7hHkSkPp7D/+1nreBmCn9f0g+Q5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yMr5/HAAAA2wAAAA8AAAAAAAAAAAAA&#10;AAAAnwIAAGRycy9kb3ducmV2LnhtbFBLBQYAAAAABAAEAPcAAACTAwAAAAA=&#10;">
                  <v:imagedata r:id="rId27" o:title=""/>
                </v:shape>
                <v:shape id="Picture 38" o:spid="_x0000_s1062" type="#_x0000_t75" style="position:absolute;left:9128;top:2028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+NMHBAAAA2wAAAA8AAABkcnMvZG93bnJldi54bWxET91OwjAUvjfxHZpD4h10YDRkUAgxakRv&#10;dPAAh/XQDtbTZa3b4OntBYmXX77/5XpwteioDZVnBdNJBoK49Lpio2C/exvPQYSIrLH2TAouFGC9&#10;ur9bYq59zz/UFdGIFMIhRwU2xiaXMpSWHIaJb4gTd/Stw5hga6RusU/hrpazLHuWDitODRYberFU&#10;notfp+B1eti+m06evmbafvfuc3stzJNSD6NhswARaYj/4pv7Qyt4TGPTl/QD5O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V+NMHBAAAA2wAAAA8AAAAAAAAAAAAAAAAAnwIA&#10;AGRycy9kb3ducmV2LnhtbFBLBQYAAAAABAAEAPcAAACNAwAAAAA=&#10;">
                  <v:imagedata r:id="rId28" o:title=""/>
                </v:shape>
                <v:shape id="Picture 39" o:spid="_x0000_s1063" type="#_x0000_t75" style="position:absolute;left:13994;top:1576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cPNbEAAAA2wAAAA8AAABkcnMvZG93bnJldi54bWxEj0FrwkAUhO8F/8PyBG91Y0JLja4iQqWH&#10;gjYRz4/sMwnuvg3ZbYz/vlso9DjMzDfMejtaIwbqfetYwWKegCCunG65VnAu35/fQPiArNE4JgUP&#10;8rDdTJ7WmGt35y8ailCLCGGfo4ImhC6X0lcNWfRz1xFH7+p6iyHKvpa6x3uEWyPTJHmVFluOCw12&#10;tG+ouhXfVsFlfLwcb6ds+CxCUhtzKtPDsVRqNh13KxCBxvAf/mt/aAXZEn6/xB8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JcPNbEAAAA2wAAAA8AAAAAAAAAAAAAAAAA&#10;nwIAAGRycy9kb3ducmV2LnhtbFBLBQYAAAAABAAEAPcAAACQAwAAAAA=&#10;">
                  <v:imagedata r:id="rId29" o:title=""/>
                </v:shape>
                <v:shape id="Picture 40" o:spid="_x0000_s1064" type="#_x0000_t75" style="position:absolute;left:13768;top:2031;width:356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wFMS/AAAA2wAAAA8AAABkcnMvZG93bnJldi54bWxET02LwjAQvQv+hzDC3jRdV7pLNYoIgkdb&#10;68LehmZsyzaT0qTa/ntzEDw+3vdmN5hG3KlztWUFn4sIBHFhdc2lgvxynP+AcB5ZY2OZFIzkYLed&#10;TjaYaPvglO6ZL0UIYZeggsr7NpHSFRUZdAvbEgfuZjuDPsCulLrDRwg3jVxGUSwN1hwaKmzpUFHx&#10;n/VGQfo19te4IZ9+93+H33Oexb0blfqYDfs1CE+Df4tf7pNWsArrw5fwA+T2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VMBTEvwAAANsAAAAPAAAAAAAAAAAAAAAAAJ8CAABk&#10;cnMvZG93bnJldi54bWxQSwUGAAAAAAQABAD3AAAAiwMAAAAA&#10;">
                  <v:imagedata r:id="rId30" o:title=""/>
                </v:shape>
                <v:shape id="Picture 41" o:spid="_x0000_s1065" type="#_x0000_t75" style="position:absolute;left:3325;top:8046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6f1PDAAAA2wAAAA8AAABkcnMvZG93bnJldi54bWxEj0FrAjEUhO8F/0N4ghep2RUrZTWKLRS8&#10;SKlKobfH5rlZ3bwsSequ/94UCh6HmW+GWa5724gr+VA7VpBPMhDEpdM1VwqOh4/nVxAhImtsHJOC&#10;GwVYrwZPSyy06/iLrvtYiVTCoUAFJsa2kDKUhiyGiWuJk3dy3mJM0ldSe+xSuW3kNMvm0mLNacFg&#10;S++Gysv+1yqYjXe5j5vzd3D5p+9m45c3wz9KjYb9ZgEiUh8f4X96qxOXw9+X9APk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zp/U8MAAADbAAAADwAAAAAAAAAAAAAAAACf&#10;AgAAZHJzL2Rvd25yZXYueG1sUEsFBgAAAAAEAAQA9wAAAI8DAAAAAA==&#10;">
                  <v:imagedata r:id="rId31" o:title=""/>
                </v:shape>
                <v:shape id="Picture 42" o:spid="_x0000_s1066" type="#_x0000_t75" style="position:absolute;left:3695;top:8309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UcFbCAAAA2wAAAA8AAABkcnMvZG93bnJldi54bWxEj0GLwjAUhO8L/ofwBC+iqd1VpBrFFUQX&#10;vFjF86N5tsXmpTRZW//9RhD2OMzMN8xy3ZlKPKhxpWUFk3EEgjizuuRcweW8G81BOI+ssbJMCp7k&#10;YL3qfSwx0bblEz1Sn4sAYZeggsL7OpHSZQUZdGNbEwfvZhuDPsgml7rBNsBNJeMomkmDJYeFAmva&#10;FpTd01+jwFzzljfH4aeUvk6H0+/94SfeKzXod5sFCE+d/w+/2wet4CuG15fwA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1HBWwgAAANsAAAAPAAAAAAAAAAAAAAAAAJ8C&#10;AABkcnMvZG93bnJldi54bWxQSwUGAAAAAAQABAD3AAAAjgMAAAAA&#10;">
                  <v:imagedata r:id="rId32" o:title=""/>
                </v:shape>
                <v:shape id="Picture 43" o:spid="_x0000_s1067" type="#_x0000_t75" style="position:absolute;left:5735;top:5204;width:129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xDh/DAAAA2wAAAA8AAABkcnMvZG93bnJldi54bWxEj0GLwjAUhO8L/ofwBC/LmqpFpGsUEUQP&#10;sqCV7vXRvG2LzUttotZ/vxEEj8PMfMPMl52pxY1aV1lWMBpGIIhzqysuFJzSzdcMhPPIGmvLpOBB&#10;DpaL3sccE23vfKDb0RciQNglqKD0vkmkdHlJBt3QNsTB+7OtQR9kW0jd4j3ATS3HUTSVBisOCyU2&#10;tC4pPx+vRsGP/b10n9ksjeNDttlnbtJYv1Vq0O9W3yA8df4dfrV3WkE8geeX8APk4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7EOH8MAAADbAAAADwAAAAAAAAAAAAAAAACf&#10;AgAAZHJzL2Rvd25yZXYueG1sUEsFBgAAAAAEAAQA9wAAAI8DAAAAAA==&#10;">
                  <v:imagedata r:id="rId33" o:title=""/>
                </v:shape>
                <v:shape id="AutoShape 44" o:spid="_x0000_s1068" style="position:absolute;left:3344;top:6408;width:13211;height:2937;visibility:visible;mso-wrap-style:square;v-text-anchor:top" coordsize="13211,2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+oWMMA&#10;AADbAAAADwAAAGRycy9kb3ducmV2LnhtbESPQWvCQBSE74L/YXmCF6mbikhJXUWElkKRaho8P7LP&#10;JGT3bciuMf77rlDwOMzMN8x6O1gjeup87VjB6zwBQVw4XXOpIP/9eHkD4QOyRuOYFNzJw3YzHq0x&#10;1e7GJ+qzUIoIYZ+igiqENpXSFxVZ9HPXEkfv4jqLIcqulLrDW4RbIxdJspIWa44LFba0r6hosqtV&#10;gMfv5v5zycOMDs3105jzKu/PSk0nw+4dRKAhPMP/7S+tYLmEx5f4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2+oWMMAAADbAAAADwAAAAAAAAAAAAAAAACYAgAAZHJzL2Rv&#10;d25yZXYueG1sUEsFBgAAAAAEAAQA9QAAAIgDAAAAAA==&#10;" path="m4319,989r99,-203l4622,885r-99,203l4319,989m6035,2936l5827,2453,5462,2329,5725,1118,5892,672,6092,350r46,-216l1665,326,1525,236,1249,581,828,1007,242,1663,95,2019,,2480r223,51l398,2695r616,83l985,2929r29,7m6035,2936l5827,2453,5462,2329,5725,1118,5892,672,6092,350r161,71l9420,645r1067,29l10487,2063r-988,873m13211,275r-41,-2m13085,271r-86,-2m12915,266r-85,-2m12745,261r-85,-2m12575,257r-86,-3m12405,252r-85,-3m12235,247r-85,-2m12065,242r-86,-2m11895,237r-85,-2m11725,233r-85,-3m11555,228r-86,-3m11385,223r-85,-2m11215,218r-85,-2m11045,213r-86,-2m10874,209r-84,-3m10705,204r-85,-3m10535,199r-86,-2m10364,194r-84,-2m10195,189r-85,-2m10025,185r-86,-3m9854,180r-84,-3m9685,175r-85,-4m9515,169r-86,-2m9344,164r-85,-2m9175,159r-85,-2m9005,155r-86,-3m8834,150r-85,-3m8665,145r-85,-2m8495,140r-86,-2m8324,135r-49,-1l8151,126t-85,-5l7981,115t-84,-6l7812,103t-85,-5l7641,92t-84,-6l7472,81t-85,-6l7303,69t-85,-4l7133,59t-86,-6l6963,47t-85,-5l6793,36t-84,-6l6624,25t-85,-6l6453,13m6369,8l6245,,6132,1e" filled="f" strokeweight=".72pt">
                  <v:path arrowok="t" o:connecttype="custom" o:connectlocs="4418,7195;4523,7497;6035,9345;5462,8738;5892,7081;6138,6543;1525,6645;828,7416;95,8428;223,8940;1014,9187;1014,9345;5827,8862;5725,7527;6092,6759;9420,7054;10487,8472;13211,6684;13085,6680;12915,6675;12745,6670;12575,6666;12405,6661;12235,6656;12065,6651;11895,6646;11725,6642;11555,6637;11385,6632;11215,6627;11045,6622;10874,6618;10705,6613;10535,6608;10364,6603;10195,6598;10025,6594;9854,6589;9685,6584;9515,6578;9344,6573;9175,6568;9005,6564;8834,6559;8665,6554;8495,6549;8324,6544;8151,6535;7981,6524;7812,6512;7641,6501;7472,6490;7303,6478;7133,6468;6963,6456;6793,6445;6624,6434;6453,6422;6245,6409" o:connectangles="0,0,0,0,0,0,0,0,0,0,0,0,0,0,0,0,0,0,0,0,0,0,0,0,0,0,0,0,0,0,0,0,0,0,0,0,0,0,0,0,0,0,0,0,0,0,0,0,0,0,0,0,0,0,0,0,0,0,0"/>
                </v:shape>
                <v:line id="Line 45" o:spid="_x0000_s1069" style="position:absolute;visibility:visible;mso-wrap-style:square" from="5218,6438" to="9399,6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aM1cIAAADbAAAADwAAAGRycy9kb3ducmV2LnhtbESPT4vCMBTE74LfITzB25oq6yLVKCrI&#10;6nH9B96ezbOtNi8liVq//WZhweMwM79hJrPGVOJBzpeWFfR7CQjizOqScwX73epjBMIHZI2VZVLw&#10;Ig+zabs1wVTbJ//QYxtyESHsU1RQhFCnUvqsIIO+Z2vi6F2sMxiidLnUDp8Rbio5SJIvabDkuFBg&#10;TcuCstv2bhQsDue9p8W3Cfq4ujZ6c/IuOynV7TTzMYhATXiH/9trreBzCH9f4g+Q0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aM1cIAAADbAAAADwAAAAAAAAAAAAAA&#10;AAChAgAAZHJzL2Rvd25yZXYueG1sUEsFBgAAAAAEAAQA+QAAAJADAAAAAA==&#10;" strokeweight="3.36pt"/>
                <v:shape id="AutoShape 46" o:spid="_x0000_s1070" style="position:absolute;left:1138;top:6465;width:4002;height:1994;visibility:visible;mso-wrap-style:square;v-text-anchor:top" coordsize="4002,1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oqvMYA&#10;AADbAAAADwAAAGRycy9kb3ducmV2LnhtbESPW2sCMRSE3wv9D+EUfBHNVsuiW7NSisWC+FAv4OPp&#10;5uyFbk6WJNXtvzeC0MdhZr5hFsvetOJMzjeWFTyPExDEhdUNVwoO+4/RDIQPyBpby6Tgjzws88eH&#10;BWbaXviLzrtQiQhhn6GCOoQuk9IXNRn0Y9sRR6+0zmCI0lVSO7xEuGnlJElSabDhuFBjR+81FT+7&#10;X6NgbsvN5Mj7dpqshumpGbrtWn4rNXjq315BBOrDf/je/tQKXlK4fYk/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oqvMYAAADbAAAADwAAAAAAAAAAAAAAAACYAgAAZHJz&#10;L2Rvd25yZXYueG1sUEsFBgAAAAAEAAQA9QAAAIsDAAAAAA==&#10;" path="m4002,l3889,1r-53,40m3768,93r-67,50m3632,195r-67,51m3497,298r-67,50m3361,400r-67,51m3226,503r-53,40l3089,625t-60,59l2968,744t-60,60l2846,863t-61,60l2725,983t-61,59l2604,1102t-61,60l2483,1221t-61,60l2362,1341t-62,60l2240,1459t-61,60l2119,1579t-61,59l1974,1721r-64,16m1828,1757r-83,20m1663,1798r-83,20m1498,1839r-83,19m1332,1878r-83,21m1168,1919r-64,16l1002,1939t-85,5l832,1949t-84,5l662,1957t-85,5l492,1967t-84,5l323,1975t-85,5l152,1985t-85,5l,1993e" filled="f" strokeweight=".72pt">
                  <v:path arrowok="t" o:connecttype="custom" o:connectlocs="4002,6465;3889,6466;3836,6506;3768,6558;3701,6608;3632,6660;3565,6711;3497,6763;3430,6813;3361,6865;3294,6916;3226,6968;3173,7008;3089,7090;3029,7149;2968,7209;2908,7269;2846,7328;2785,7388;2725,7448;2664,7507;2604,7567;2543,7627;2483,7686;2422,7746;2362,7806;2300,7866;2240,7924;2179,7984;2119,8044;2058,8103;1974,8186;1910,8202;1828,8222;1745,8242;1663,8263;1580,8283;1498,8304;1415,8323;1332,8343;1249,8364;1168,8384;1104,8400;1002,8404;917,8409;832,8414;748,8419;662,8422;577,8427;492,8432;408,8437;323,8440;238,8445;152,8450;67,8455;0,8458" o:connectangles="0,0,0,0,0,0,0,0,0,0,0,0,0,0,0,0,0,0,0,0,0,0,0,0,0,0,0,0,0,0,0,0,0,0,0,0,0,0,0,0,0,0,0,0,0,0,0,0,0,0,0,0,0,0,0,0"/>
                </v:shape>
                <v:shape id="AutoShape 47" o:spid="_x0000_s1071" style="position:absolute;left:2242;top:8073;width:946;height:327;visibility:visible;mso-wrap-style:square;v-text-anchor:top" coordsize="946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8swsIA&#10;AADbAAAADwAAAGRycy9kb3ducmV2LnhtbESPQWvCQBSE74X+h+UVvNVNRdoYXUMJCLYIxaj3R/aZ&#10;BLNvw+6q8d93BcHjMDPfMIt8MJ24kPOtZQUf4wQEcWV1y7WC/W71noLwAVljZ5kU3MhDvnx9WWCm&#10;7ZW3dClDLSKEfYYKmhD6TEpfNWTQj21PHL2jdQZDlK6W2uE1wk0nJ0nyKQ22HBca7KloqDqVZ6Pg&#10;77DfkP5xt1nVYi9n6e+pGFCp0dvwPQcRaAjP8KO91gqmX3D/En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7yzCwgAAANsAAAAPAAAAAAAAAAAAAAAAAJgCAABkcnMvZG93&#10;bnJldi54bWxQSwUGAAAAAAQABAD1AAAAhwMAAAAA&#10;" path="m870,r76,l888,113m56,270r20,18l76,307,56,327r-37,l,307,,288,19,270r37,l76,251r,-19l56,213r-37,l,232r,19l19,270e" filled="f" strokecolor="#dadada" strokeweight=".72pt">
                  <v:path arrowok="t" o:connecttype="custom" o:connectlocs="870,8073;946,8073;888,8186;56,8343;76,8361;76,8380;56,8400;19,8400;0,8380;0,8361;19,8343;56,8343;76,8324;76,8305;56,8286;19,8286;0,8305;0,8324;19,8343" o:connectangles="0,0,0,0,0,0,0,0,0,0,0,0,0,0,0,0,0,0,0"/>
                </v:shape>
                <v:shape id="AutoShape 48" o:spid="_x0000_s1072" style="position:absolute;left:4;top:-4;width:16836;height:11904;visibility:visible;mso-wrap-style:square;v-text-anchor:top" coordsize="16836,11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dYsAA&#10;AADbAAAADwAAAGRycy9kb3ducmV2LnhtbERPy4rCMBTdD8w/hDvgbkyVQbTTKD4Y0IWCddzfNte2&#10;2NzUJmr9e7MQXB7OO5l1phY3al1lWcGgH4Egzq2uuFDwf/j7HoNwHlljbZkUPMjBbPr5kWCs7Z33&#10;dEt9IUIIuxgVlN43sZQuL8mg69uGOHAn2xr0AbaF1C3eQ7ip5TCKRtJgxaGhxIaWJeXn9GoUrC7b&#10;/WJ3PByX6SYrJvJK2USSUr2vbv4LwlPn3+KXe60V/ISx4Uv4AXL6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RSdYsAAAADbAAAADwAAAAAAAAAAAAAAAACYAgAAZHJzL2Rvd25y&#10;ZXYueG1sUEsFBgAAAAAEAAQA9QAAAIUDAAAAAA==&#10;" path="m,11904l,,16836,r,11904l,11904t1133,-283l1133,283r15420,l16553,11621r-15420,e" filled="f" strokeweight=".72pt">
                  <v:path arrowok="t" o:connecttype="custom" o:connectlocs="0,11900;0,-4;16836,-4;16836,11900;0,11900;1133,11617;1133,279;16553,279;16553,11617;1133,11617" o:connectangles="0,0,0,0,0,0,0,0,0,0"/>
                </v:shape>
                <v:shape id="AutoShape 49" o:spid="_x0000_s1073" style="position:absolute;left:1199;top:9773;width:497;height:1418;visibility:visible;mso-wrap-style:square;v-text-anchor:top" coordsize="497,1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Vd+MQA&#10;AADbAAAADwAAAGRycy9kb3ducmV2LnhtbESPT2vCQBTE7wW/w/IEb83GPxSNriKFQg8imFb0+Mg+&#10;k2D2bcxuzfrt3UKhx2FmfsOsNsE04k6dqy0rGCcpCOLC6ppLBd9fH69zEM4ja2wsk4IHOdisBy8r&#10;zLTt+UD33JciQthlqKDyvs2kdEVFBl1iW+LoXWxn0EfZlVJ32Ee4aeQkTd+kwZrjQoUtvVdUXPMf&#10;oyDfH/rHNCwmp9POhrK/Heksj0qNhmG7BOEp+P/wX/tTK5gt4PdL/AF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1XfjEAAAA2wAAAA8AAAAAAAAAAAAAAAAAmAIAAGRycy9k&#10;b3ducmV2LnhtbFBLBQYAAAAABAAEAPUAAACJAwAAAAA=&#10;" path="m249,r,1417m,709r496,m107,850l390,567t-283,l390,850m497,709l324,633,249,,173,633,,709t497,l324,783r-75,634l173,783,,709m316,850r74,l390,754t,-92l390,567r-74,m181,567r-74,l107,662t,92l107,850r74,e" filled="f" strokeweight=".42pt">
                  <v:path arrowok="t" o:connecttype="custom" o:connectlocs="249,9774;249,11191;0,10483;496,10483;107,10624;390,10341;107,10341;390,10624;497,10483;324,10407;249,9774;173,10407;0,10483;497,10483;324,10557;249,11191;173,10557;0,10483;316,10624;390,10624;390,10528;390,10436;390,10341;316,10341;181,10341;107,10341;107,10436;107,10528;107,10624;181,10624" o:connectangles="0,0,0,0,0,0,0,0,0,0,0,0,0,0,0,0,0,0,0,0,0,0,0,0,0,0,0,0,0,0"/>
                </v:shape>
                <v:shape id="Freeform 50" o:spid="_x0000_s1074" style="position:absolute;left:1306;top:10341;width:75;height:66;visibility:visible;mso-wrap-style:square;v-text-anchor:top" coordsize="75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abM78A&#10;AADbAAAADwAAAGRycy9kb3ducmV2LnhtbERPz2vCMBS+C/4P4Q12s+nGFOmMZQwGPc6q90fybLsl&#10;LzXJtO6vXw4Djx/f7009OSsuFOLgWcFTUYIg1t4M3Ck47D8WaxAxIRu0nknBjSLU2/lsg5XxV97R&#10;pU2dyCEcK1TQpzRWUkbdk8NY+JE4cycfHKYMQydNwGsOd1Y+l+VKOhw4N/Q40ntP+rv9cQqCHm/e&#10;ol0e43n43On298U3X0o9PkxvryASTeku/nc3RsEyr89f8g+Q2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ppszvwAAANsAAAAPAAAAAAAAAAAAAAAAAJgCAABkcnMvZG93bnJl&#10;di54bWxQSwUGAAAAAAQABAD1AAAAhAMAAAAA&#10;" path="m,l66,66,74,,,xe" fillcolor="black" stroked="f">
                  <v:path arrowok="t" o:connecttype="custom" o:connectlocs="0,10341;66,10407;74,10341;0,10341" o:connectangles="0,0,0,0"/>
                </v:shape>
                <v:shape id="Freeform 51" o:spid="_x0000_s1075" style="position:absolute;left:1306;top:10341;width:75;height:66;visibility:visible;mso-wrap-style:square;v-text-anchor:top" coordsize="75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5/o8EA&#10;AADbAAAADwAAAGRycy9kb3ducmV2LnhtbESP0YrCMBRE3wX/IVzBN00VFKlGkbILuwjCaj/g0txt&#10;ujY3JYla/94Iwj4OM3OG2ex624ob+dA4VjCbZiCIK6cbrhWU58/JCkSIyBpbx6TgQQF22+Fgg7l2&#10;d/6h2ynWIkE45KjAxNjlUobKkMUwdR1x8n6dtxiT9LXUHu8Jbls5z7KltNhwWjDYUWGoupyuVsHR&#10;P74/li3ZffF34FVhLkTHUqnxqN+vQUTq43/43f7SChY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uf6PBAAAA2wAAAA8AAAAAAAAAAAAAAAAAmAIAAGRycy9kb3du&#10;cmV2LnhtbFBLBQYAAAAABAAEAPUAAACGAwAAAAA=&#10;" path="m,l74,,66,66,,xe" filled="f" strokeweight="0">
                  <v:path arrowok="t" o:connecttype="custom" o:connectlocs="0,10341;74,10341;66,10407;0,10341" o:connectangles="0,0,0,0"/>
                </v:shape>
                <v:shape id="AutoShape 52" o:spid="_x0000_s1076" style="position:absolute;left:1523;top:10341;width:66;height:95;visibility:visible;mso-wrap-style:square;v-text-anchor:top" coordsize="66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3MIsMA&#10;AADbAAAADwAAAGRycy9kb3ducmV2LnhtbESP0WrCQBRE3wv+w3IF3+pG0aLRVcRSKPjSRj/gkr1m&#10;Y7J3Q3Y1sV/vFgQfh5k5w6y3va3FjVpfOlYwGScgiHOnSy4UnI5f7wsQPiBrrB2Tgjt52G4Gb2tM&#10;tev4l25ZKESEsE9RgQmhSaX0uSGLfuwa4uidXWsxRNkWUrfYRbit5TRJPqTFkuOCwYb2hvIqu1oF&#10;188lTQ7ZoTL32V9VXk5d8+N2So2G/W4FIlAfXuFn+1srmE/h/0v8AX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3MIsMAAADbAAAADwAAAAAAAAAAAAAAAACYAgAAZHJzL2Rv&#10;d25yZXYueG1sUEsFBgAAAAAEAAQA9QAAAIgDAAAAAA==&#10;" path="m,66l66,95r,-29l,66xm,66r66,l66,,,66xe" fillcolor="black" stroked="f">
                  <v:path arrowok="t" o:connecttype="custom" o:connectlocs="0,10407;66,10436;66,10407;0,10407;0,10407;66,10407;66,10341;0,10407" o:connectangles="0,0,0,0,0,0,0,0"/>
                </v:shape>
                <v:shape id="AutoShape 53" o:spid="_x0000_s1077" style="position:absolute;left:1523;top:10341;width:66;height:95;visibility:visible;mso-wrap-style:square;v-text-anchor:top" coordsize="66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TGFsIA&#10;AADbAAAADwAAAGRycy9kb3ducmV2LnhtbESPQYvCMBSE78L+h/AW9qapK4pUoyyCZfFmFfH4aJ5t&#10;sXnpJlHbf78RBI/DzHzDLNedacSdnK8tKxiPEhDEhdU1lwqOh+1wDsIHZI2NZVLQk4f16mOwxFTb&#10;B+/pnodSRAj7FBVUIbSplL6oyKAf2ZY4ehfrDIYoXSm1w0eEm0Z+J8lMGqw5LlTY0qai4prfjIJd&#10;8VeO3fG8O02m4TbvOc+yrFfq67P7WYAI1IV3+NX+1QqmE3h+iT9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1MYWwgAAANsAAAAPAAAAAAAAAAAAAAAAAJgCAABkcnMvZG93&#10;bnJldi54bWxQSwUGAAAAAAQABAD1AAAAhwMAAAAA&#10;" path="m66,r,66l,66,66,xm66,66l,66,66,95r,-29xe" filled="f" strokeweight="0">
                  <v:path arrowok="t" o:connecttype="custom" o:connectlocs="66,10341;66,10407;0,10407;66,10341;66,10407;0,10407;66,10436;66,10407" o:connectangles="0,0,0,0,0,0,0,0"/>
                </v:shape>
                <v:shape id="AutoShape 54" o:spid="_x0000_s1078" style="position:absolute;left:1306;top:10528;width:66;height:96;visibility:visible;mso-wrap-style:square;v-text-anchor:top" coordsize="66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7gb8UA&#10;AADbAAAADwAAAGRycy9kb3ducmV2LnhtbESPQWsCMRSE74X+h/AKXopmW9taVqOUgiD2IFqRHp+b&#10;52Z187Ik0V3/vSkUehxm5htmMutsLS7kQ+VYwdMgA0FcOF1xqWD7Pe+/gwgRWWPtmBRcKcBsen83&#10;wVy7ltd02cRSJAiHHBWYGJtcylAYshgGriFO3sF5izFJX0rtsU1wW8vnLHuTFitOCwYb+jRUnDZn&#10;myjZzu4fV8PR+qh/zNeuHR2W3ivVe+g+xiAidfE//NdeaAWvL/D7Jf0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/uBvxQAAANsAAAAPAAAAAAAAAAAAAAAAAJgCAABkcnMv&#10;ZG93bnJldi54bWxQSwUGAAAAAAQABAD1AAAAigMAAAAA&#10;" path="m,29l,96,66,29,,29xm,l,29r66,l,xe" fillcolor="black" stroked="f">
                  <v:path arrowok="t" o:connecttype="custom" o:connectlocs="0,10557;0,10624;66,10557;0,10557;0,10528;0,10557;66,10557;0,10528" o:connectangles="0,0,0,0,0,0,0,0"/>
                </v:shape>
                <v:shape id="AutoShape 55" o:spid="_x0000_s1079" style="position:absolute;left:1306;top:10528;width:66;height:96;visibility:visible;mso-wrap-style:square;v-text-anchor:top" coordsize="66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MtlL4A&#10;AADbAAAADwAAAGRycy9kb3ducmV2LnhtbESPywrCMBBF94L/EEZwZ1OFilSjqCDoSnx8wNCMbbGZ&#10;1CbW+vdGEFxe7uNwF6vOVKKlxpWWFYyjGARxZnXJuYLrZTeagXAeWWNlmRS8ycFq2e8tMNX2xSdq&#10;zz4XYYRdigoK7+tUSpcVZNBFtiYO3s02Bn2QTS51g68wbio5ieOpNFhyIBRY07ag7H5+mgDBx3a6&#10;bicyeW+O2eVQ3bunjZUaDrr1HISnzv/Dv/ZeK0gS+H4JP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DLZS+AAAA2wAAAA8AAAAAAAAAAAAAAAAAmAIAAGRycy9kb3ducmV2&#10;LnhtbFBLBQYAAAAABAAEAPUAAACDAwAAAAA=&#10;" path="m,l66,29,,29,,xm66,29l,29,,96,66,29xe" filled="f" strokeweight="0">
                  <v:path arrowok="t" o:connecttype="custom" o:connectlocs="0,10528;66,10557;0,10557;0,10528;66,10557;0,10557;0,10624;66,10557" o:connectangles="0,0,0,0,0,0,0,0"/>
                </v:shape>
                <v:shape id="Freeform 56" o:spid="_x0000_s1080" style="position:absolute;left:1514;top:10557;width:75;height:68;visibility:visible;mso-wrap-style:square;v-text-anchor:top" coordsize="75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MjZcAA&#10;AADbAAAADwAAAGRycy9kb3ducmV2LnhtbESP0YrCMBRE3wX/IVxhX0RTXSxSjSKCsC8KVT/g0lzb&#10;YnNTkqjVrzfCgo/DzJxhluvONOJOzteWFUzGCQjiwuqaSwXn0240B+EDssbGMil4kof1qt9bYqbt&#10;g3O6H0MpIoR9hgqqENpMSl9UZNCPbUscvYt1BkOUrpTa4SPCTSOnSZJKgzXHhQpb2lZUXI83owCn&#10;mwvnv/nw0OhX+3Iy4b27KvUz6DYLEIG68A3/t/+0glkKny/xB8jV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MjZcAAAADbAAAADwAAAAAAAAAAAAAAAACYAgAAZHJzL2Rvd25y&#10;ZXYueG1sUEsFBgAAAAAEAAQA9QAAAIUDAAAAAA==&#10;" path="m,67r74,l8,,,67xe" fillcolor="black" stroked="f">
                  <v:path arrowok="t" o:connecttype="custom" o:connectlocs="0,10624;74,10624;8,10557;0,10624" o:connectangles="0,0,0,0"/>
                </v:shape>
                <v:shape id="Freeform 57" o:spid="_x0000_s1081" style="position:absolute;left:1514;top:10557;width:75;height:68;visibility:visible;mso-wrap-style:square;v-text-anchor:top" coordsize="75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L5r8A&#10;AADbAAAADwAAAGRycy9kb3ducmV2LnhtbESPQavCMBCE74L/IazgTVMF9VGNoqLiUfvE89KsbbHZ&#10;1CZq/fdGEDwOM/MNM1s0phQPql1hWcGgH4EgTq0uOFNw+t/2/kA4j6yxtEwKXuRgMW+3Zhhr++Qj&#10;PRKfiQBhF6OC3PsqltKlORl0fVsRB+9ia4M+yDqTusZngJtSDqNoLA0WHBZyrGidU3pN7kbBbSCb&#10;I18Nb06H4lZuVzudXM5KdTvNcgrCU+N/4W97rxWMJvD5En6An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GcvmvwAAANsAAAAPAAAAAAAAAAAAAAAAAJgCAABkcnMvZG93bnJl&#10;di54bWxQSwUGAAAAAAQABAD1AAAAhAMAAAAA&#10;" path="m8,l74,67,,67,8,xe" filled="f" strokeweight="0">
                  <v:path arrowok="t" o:connecttype="custom" o:connectlocs="8,10557;74,10624;0,10624;8,10557" o:connectangles="0,0,0,0"/>
                </v:shape>
                <v:shape id="Freeform 58" o:spid="_x0000_s1082" style="position:absolute;left:1446;top:9773;width:76;height:634;visibility:visible;mso-wrap-style:square;v-text-anchor:top" coordsize="76,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bzq8AA&#10;AADbAAAADwAAAGRycy9kb3ducmV2LnhtbERPzYrCMBC+C75DGMGbpi6suF2j2MVlPehB7QMMzZiW&#10;NpPSRK379OYgePz4/pfr3jbiRp2vHCuYTRMQxIXTFRsF+fl3sgDhA7LGxjEpeJCH9Wo4WGKq3Z2P&#10;dDsFI2II+xQVlCG0qZS+KMmin7qWOHIX11kMEXZG6g7vMdw28iNJ5tJixbGhxJZ+Sirq09Uq2Nd/&#10;8n923mX5dp5lVV4bOnwZpcajfvMNIlAf3uKXe6cVf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bzq8AAAADbAAAADwAAAAAAAAAAAAAAAACYAgAAZHJzL2Rvd25y&#10;ZXYueG1sUEsFBgAAAAAEAAQA9QAAAIUDAAAAAA==&#10;" path="m,l,633r76,l,xe" fillcolor="black" stroked="f">
                  <v:path arrowok="t" o:connecttype="custom" o:connectlocs="0,9774;0,10407;76,10407;0,9774" o:connectangles="0,0,0,0"/>
                </v:shape>
                <v:shape id="Freeform 59" o:spid="_x0000_s1083" style="position:absolute;left:1446;top:9773;width:76;height:634;visibility:visible;mso-wrap-style:square;v-text-anchor:top" coordsize="76,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CXdsMA&#10;AADbAAAADwAAAGRycy9kb3ducmV2LnhtbESPQYvCMBSE7wv+h/AEb2uqoGhtKiIKInvYrXrw9mie&#10;bbF5KU209d9vhIU9DjPfDJOse1OLJ7WusqxgMo5AEOdWV1woOJ/2nwsQziNrrC2Tghc5WKeDjwRj&#10;bTv+oWfmCxFK2MWooPS+iaV0eUkG3dg2xMG72dagD7ItpG6xC+WmltMomkuDFYeFEhvalpTfs4dR&#10;sAvEontE/e5qD8fLl/zeXHSn1GjYb1YgPPX+P/xHH7SC2RLeX8IPkO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CXdsMAAADbAAAADwAAAAAAAAAAAAAAAACYAgAAZHJzL2Rv&#10;d25yZXYueG1sUEsFBgAAAAAEAAQA9QAAAIgDAAAAAA==&#10;" path="m,l76,633,,633,,xe" filled="f" strokeweight="0">
                  <v:path arrowok="t" o:connecttype="custom" o:connectlocs="0,9774;76,10407;0,10407;0,9774" o:connectangles="0,0,0,0"/>
                </v:shape>
                <v:shape id="Picture 60" o:spid="_x0000_s1084" type="#_x0000_t75" style="position:absolute;left:1199;top:10407;width:496;height: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X2QHCAAAA2wAAAA8AAABkcnMvZG93bnJldi54bWxET7tuwjAU3ZH6D9at1A2cFsojYFDVioqh&#10;CwEkxkt8G0fE16ltIP17PFTqeHTei1VnG3ElH2rHCp4HGQji0umaKwX73bo/BREissbGMSn4pQCr&#10;5UNvgbl2N97StYiVSCEcclRgYmxzKUNpyGIYuJY4cd/OW4wJ+kpqj7cUbhv5kmVjabHm1GCwpXdD&#10;5bm4WAWH0efrSZvz18+l8EeahOEsfgyVenrs3uYgInXxX/zn3mgF47Q+fUk/QC7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19kBwgAAANsAAAAPAAAAAAAAAAAAAAAAAJ8C&#10;AABkcnMvZG93bnJldi54bWxQSwUGAAAAAAQABAD3AAAAjgMAAAAA&#10;">
                  <v:imagedata r:id="rId34" o:title=""/>
                </v:shape>
                <v:shape id="Freeform 61" o:spid="_x0000_s1085" style="position:absolute;left:1372;top:10557;width:75;height:634;visibility:visible;mso-wrap-style:square;v-text-anchor:top" coordsize="75,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sDtcEA&#10;AADbAAAADwAAAGRycy9kb3ducmV2LnhtbESPT4vCMBTE78J+h/CEvdlUYat0TYuIwl6tguzt0bz+&#10;wealNFnb/fZGEDwOM/MbZptPphN3GlxrWcEyikEQl1a3XCu4nI+LDQjnkTV2lknBPznIs4/ZFlNt&#10;Rz7RvfC1CBB2KSpovO9TKV3ZkEEX2Z44eJUdDPogh1rqAccAN51cxXEiDbYcFhrsad9QeSv+jIKv&#10;dnORdn/A9e/VJ6dxVxWrslLqcz7tvkF4mvw7/Gr/aAXJEp5fwg+Q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rA7XBAAAA2wAAAA8AAAAAAAAAAAAAAAAAmAIAAGRycy9kb3du&#10;cmV2LnhtbFBLBQYAAAAABAAEAPUAAACGAwAAAAA=&#10;" path="m,l74,634,74,,,xe" fillcolor="black" stroked="f">
                  <v:path arrowok="t" o:connecttype="custom" o:connectlocs="0,10557;74,11191;74,10557;0,10557" o:connectangles="0,0,0,0"/>
                </v:shape>
                <v:shape id="Freeform 62" o:spid="_x0000_s1086" style="position:absolute;left:1372;top:10557;width:75;height:634;visibility:visible;mso-wrap-style:square;v-text-anchor:top" coordsize="75,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vbysQA&#10;AADbAAAADwAAAGRycy9kb3ducmV2LnhtbESPT4vCMBTE7wt+h/CEva1pBf9QjSKKsrB42Kp4fTTP&#10;ttq81CZq99ubBcHjMDO/Yabz1lTiTo0rLSuIexEI4szqknMF+936awzCeWSNlWVS8EcO5rPOxxQT&#10;bR/8S/fU5yJA2CWooPC+TqR0WUEGXc/WxME72cagD7LJpW7wEeCmkv0oGkqDJYeFAmtaFpRd0ptR&#10;kA7izSg/2+P2EP/IxfVWrs7pUqnPbruYgPDU+nf41f7WCoZ9+P8Sf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r28rEAAAA2wAAAA8AAAAAAAAAAAAAAAAAmAIAAGRycy9k&#10;b3ducmV2LnhtbFBLBQYAAAAABAAEAPUAAACJAwAAAAA=&#10;" path="m,l74,r,634l,xe" filled="f" strokeweight="0">
                  <v:path arrowok="t" o:connecttype="custom" o:connectlocs="0,10557;74,10557;74,11191;0,10557" o:connectangles="0,0,0,0"/>
                </v:shape>
                <v:shape id="Freeform 63" o:spid="_x0000_s1087" style="position:absolute;left:1416;top:9648;width:58;height:107;visibility:visible;mso-wrap-style:square;v-text-anchor:top" coordsize="58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x4jMQA&#10;AADbAAAADwAAAGRycy9kb3ducmV2LnhtbESPW2vCQBSE3wv+h+UIfRHdWKtIdBURWorQB2/vx+zJ&#10;RbNnQ3abxH/vCkIfh5n5hlmuO1OKhmpXWFYwHkUgiBOrC84UnI5fwzkI55E1lpZJwZ0crFe9tyXG&#10;2ra8p+bgMxEg7GJUkHtfxVK6JCeDbmQr4uCltjbog6wzqWtsA9yU8iOKZtJgwWEhx4q2OSW3w59R&#10;8FlM0821un8PovOl/c3GTbeTqVLv/W6zAOGp8//hV/tHK5hN4Pkl/AC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seIzEAAAA2wAAAA8AAAAAAAAAAAAAAAAAmAIAAGRycy9k&#10;b3ducmV2LnhtbFBLBQYAAAAABAAEAPUAAACJAwAAAAA=&#10;" path="m58,25l53,15,46,5,39,,23,,16,5,8,15,4,25,,41,,66,4,80,8,91r8,10l23,107r16,l46,101,53,91,58,80e" filled="f" strokeweight=".42pt">
                  <v:path arrowok="t" o:connecttype="custom" o:connectlocs="58,9674;53,9664;46,9654;39,9649;23,9649;16,9654;8,9664;4,9674;0,9690;0,9715;4,9729;8,9740;16,9750;23,9756;39,9756;46,9750;53,9740;58,9729" o:connectangles="0,0,0,0,0,0,0,0,0,0,0,0,0,0,0,0,0,0"/>
                </v:shape>
                <v:shape id="AutoShape 64" o:spid="_x0000_s1088" style="position:absolute;left:1136;top:9346;width:15420;height:2271;visibility:visible;mso-wrap-style:square;v-text-anchor:top" coordsize="15420,2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7cosMA&#10;AADbAAAADwAAAGRycy9kb3ducmV2LnhtbESPzWrDMBCE74W+g9hCb806pYTgRAmhNLRQCOT3vFhr&#10;W8RaGUtx3D59FCj0OMzMN8x8ObhG9dwF60XDeJSBYim8sVJpOOzXL1NQIZIYarywhh8OsFw8Pswp&#10;N/4qW+53sVIJIiEnDXWMbY4YipodhZFvWZJX+s5RTLKr0HR0TXDX4GuWTdCRlbRQU8vvNRfn3cVp&#10;sOX0tMZv13/+XsrxB276aI+o9fPTsJqBijzE//Bf+8tomLzB/Uv6Abi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7cosMAAADbAAAADwAAAAAAAAAAAAAAAACYAgAAZHJzL2Rv&#10;d25yZXYueG1sUEsFBgAAAAAEAAQA9QAAAIgDAAAAAA==&#10;" path="m4249,2271r11171,l15420,1931m,l,2268m625,r,2268m15420,r,2271l15420,1931m625,r,2268m4249,4l15420,e" filled="f" strokeweight=".72pt">
                  <v:path arrowok="t" o:connecttype="custom" o:connectlocs="4249,11617;15420,11617;15420,11277;0,9346;0,11614;625,9346;625,11614;15420,9346;15420,11617;15420,11277;625,9346;625,11614;4249,9350;15420,9346" o:connectangles="0,0,0,0,0,0,0,0,0,0,0,0,0,0"/>
                </v:shape>
                <v:rect id="Rectangle 65" o:spid="_x0000_s1089" style="position:absolute;left:1136;top:647;width:15420;height:8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ny18MA&#10;AADbAAAADwAAAGRycy9kb3ducmV2LnhtbESPW4vCMBSE34X9D+Es+KapK16oRpEFwSd3vSA+Hptj&#10;W5qclCZq/febBcHHYWa+YebL1hpxp8aXjhUM+gkI4szpknMFx8O6NwXhA7JG45gUPMnDcvHRmWOq&#10;3YN3dN+HXEQI+xQVFCHUqZQ+K8ii77uaOHpX11gMUTa51A0+Itwa+ZUkY2mx5LhQYE3fBWXV/mYV&#10;TEcXUx0nw/N28jM4VWRW5Le/SnU/29UMRKA2vMOv9kYrGI/g/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ny18MAAADbAAAADwAAAAAAAAAAAAAAAACYAgAAZHJzL2Rv&#10;d25yZXYueG1sUEsFBgAAAAAEAAQA9QAAAIgDAAAAAA==&#10;" filled="f" strokeweight="0"/>
                <v:shape id="AutoShape 66" o:spid="_x0000_s1090" style="position:absolute;left:1136;top:279;width:15420;height:10124;visibility:visible;mso-wrap-style:square;v-text-anchor:top" coordsize="15420,10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9CHMIA&#10;AADbAAAADwAAAGRycy9kb3ducmV2LnhtbESPQWsCMRSE7wX/Q3hCbzVrwaVdjYtYikIPUuvB42Pz&#10;TMJuXpZNqtt/bwqFHoeZ+YZZ1aPvxJWG6AIrmM8KEMRN0I6NgtPX+9MLiJiQNXaBScEPRajXk4cV&#10;Vjrc+JOux2REhnCsUIFNqa+kjI0lj3EWeuLsXcLgMWU5GKkHvGW47+RzUZTSo+O8YLGnraWmPX57&#10;Ba09v5rDm8SiPOwMuQVuPhwq9TgdN0sQicb0H/5r77WCsoTfL/kH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0IcwgAAANsAAAAPAAAAAAAAAAAAAAAAAJgCAABkcnMvZG93&#10;bnJldi54bWxQSwUGAAAAAAQABAD1AAAAhwMAAAAA&#10;" path="m,l15420,r,369l,369,,m759,10123r366,-192e" filled="f" strokeweight=".72pt">
                  <v:path arrowok="t" o:connecttype="custom" o:connectlocs="0,279;15420,279;15420,648;0,648;0,279;759,10402;1125,10210" o:connectangles="0,0,0,0,0,0,0"/>
                </v:shape>
                <v:line id="Line 67" o:spid="_x0000_s1091" style="position:absolute;visibility:visible;mso-wrap-style:square" from="1893,9967" to="2282,10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plMMAAADbAAAADwAAAGRycy9kb3ducmV2LnhtbESPQWsCMRSE7wX/Q3hCbzWrgpatUUQQ&#10;PRV2FaS3R/K6Wdy8LJuoW399Iwgeh5n5hlmseteIK3Wh9qxgPMpAEGtvaq4UHA/bj08QISIbbDyT&#10;gj8KsFoO3haYG3/jgq5lrESCcMhRgY2xzaUM2pLDMPItcfJ+fecwJtlV0nR4S3DXyEmWzaTDmtOC&#10;xZY2lvS5vDgFeqLvhT3v7mF6+OmL0/dm6mKp1PuwX3+BiNTHV/jZ3hsFszk8vqQfI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43aZTDAAAA2wAAAA8AAAAAAAAAAAAA&#10;AAAAoQIAAGRycy9kb3ducmV2LnhtbFBLBQYAAAAABAAEAPkAAACRAwAAAAA=&#10;" strokecolor="red" strokeweight=".72pt"/>
                <v:line id="Line 68" o:spid="_x0000_s1092" style="position:absolute;visibility:visible;mso-wrap-style:square" from="1844,10617" to="2243,10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lcfsAAAADbAAAADwAAAGRycy9kb3ducmV2LnhtbERPTYvCMBC9C/6HMIIX0XRdEKlG0QVh&#10;wcNi9VBvQzO2xc6kNFmt/35zWPD4eN/rbc+NelDnaycGPmYJKJLC2VpKA5fzYboE5QOKxcYJGXiR&#10;h+1mOFhjat1TTvTIQqliiPgUDVQhtKnWvqiI0c9cSxK5m+sYQ4RdqW2HzxjOjZ4nyUIz1hIbKmzp&#10;q6Linv2ygb2uOZ8Ezl3+yYfseP0prlYbMx71uxWoQH14i//d39bAIo6NX+IP0J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7ZXH7AAAAA2wAAAA8AAAAAAAAAAAAAAAAA&#10;oQIAAGRycy9kb3ducmV2LnhtbFBLBQYAAAAABAAEAPkAAACOAwAAAAA=&#10;" strokecolor="#2db800" strokeweight=".72pt"/>
                <v:shape id="Freeform 69" o:spid="_x0000_s1093" style="position:absolute;left:6042;top:10367;width:392;height:368;visibility:visible;mso-wrap-style:square;v-text-anchor:top" coordsize="392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o0IsQA&#10;AADbAAAADwAAAGRycy9kb3ducmV2LnhtbESPQWvCQBSE74L/YXlCb7oxh6Cpq0hR2pyksT309sw+&#10;s6HZtyG7TdJ/3y0Uehxm5htmd5hsKwbqfeNYwXqVgCCunG64VvB2PS83IHxA1tg6JgXf5OGwn892&#10;mGs38isNZahFhLDPUYEJocul9JUhi37lOuLo3V1vMUTZ11L3OEa4bWWaJJm02HBcMNjRk6Hqs/yy&#10;Cgouikty+yDznp7weZsey3Q9KvWwmI6PIAJN4T/8137RCrIt/H6JP0D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qNCLEAAAA2wAAAA8AAAAAAAAAAAAAAAAAmAIAAGRycy9k&#10;b3ducmV2LnhtbFBLBQYAAAAABAAEAPUAAACJAwAAAAA=&#10;" path="m,367l,1,392,r,367l,367e" filled="f" strokecolor="#b85b00" strokeweight=".72pt">
                  <v:path arrowok="t" o:connecttype="custom" o:connectlocs="0,10735;0,10369;392,10368;392,10735;0,10735" o:connectangles="0,0,0,0,0"/>
                </v:shape>
                <v:line id="Line 70" o:spid="_x0000_s1094" style="position:absolute;visibility:visible;mso-wrap-style:square" from="1844,10828" to="2243,11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JwzsEAAADbAAAADwAAAGRycy9kb3ducmV2LnhtbERPzWrCQBC+F3yHZYTe6saitaSuIqVW&#10;vQj+PMA0O02C2dmwOzWxT989CD1+fP/zZe8adaUQa88GxqMMFHHhbc2lgfNp/fQKKgqyxcYzGbhR&#10;hOVi8DDH3PqOD3Q9SqlSCMccDVQiba51LCpyGEe+JU7ctw8OJcFQahuwS+Gu0c9Z9qId1pwaKmzp&#10;vaLicvxxBpr9x/nzV3bT7jC97Hiy8V8SvDGPw371Bkqol3/x3b21BmZpffqSfoBe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gnDOwQAAANsAAAAPAAAAAAAAAAAAAAAA&#10;AKECAABkcnMvZG93bnJldi54bWxQSwUGAAAAAAQABAD5AAAAjwMAAAAA&#10;" strokecolor="aqua" strokeweight=".72pt"/>
                <v:shape id="Picture 71" o:spid="_x0000_s1095" type="#_x0000_t75" style="position:absolute;left:6275;top:10080;width:74;height: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ARdjFAAAA2wAAAA8AAABkcnMvZG93bnJldi54bWxEj09rwkAUxO9Cv8PyCr3pxmj9k7pKKBTq&#10;sWmhentkn0lq9m3Irkn003cLQo/DzPyG2ewGU4uOWldZVjCdRCCIc6srLhR8fb6NVyCcR9ZYWyYF&#10;V3Kw2z6MNpho2/MHdZkvRICwS1BB6X2TSOnykgy6iW2Ig3eyrUEfZFtI3WIf4KaWcRQtpMGKw0KJ&#10;Db2WlJ+zi1GwX9Sxt+f1xR3we3ZMZ7d5//yj1NPjkL6A8DT4//C9/a4VLKfw9yX8ALn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wEXYxQAAANsAAAAPAAAAAAAAAAAAAAAA&#10;AJ8CAABkcnMvZG93bnJldi54bWxQSwUGAAAAAAQABAD3AAAAkQMAAAAA&#10;">
                  <v:imagedata r:id="rId35" o:title=""/>
                </v:shape>
                <v:shape id="AutoShape 72" o:spid="_x0000_s1096" style="position:absolute;left:1843;top:11050;width:400;height:201;visibility:visible;mso-wrap-style:square;v-text-anchor:top" coordsize="400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iuscUA&#10;AADbAAAADwAAAGRycy9kb3ducmV2LnhtbESP0WrCQBRE3wv9h+UWfKubRrAlugmlVvFFpGk/4LJ7&#10;TUKzd2N2qzFf7wpCH4eZOcMsi8G24kS9bxwreJkmIIi1Mw1XCn6+189vIHxANtg6JgUX8lDkjw9L&#10;zIw78xedylCJCGGfoYI6hC6T0uuaLPqp64ijd3C9xRBlX0nT4znCbSvTJJlLiw3HhRo7+qhJ/5Z/&#10;VsFun2zSRs/a1U7vu+MxrD7HcVRq8jS8L0AEGsJ/+N7eGgWvKdy+xB8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K6xxQAAANsAAAAPAAAAAAAAAAAAAAAAAJgCAABkcnMv&#10;ZG93bnJldi54bWxQSwUGAAAAAAQABAD1AAAAigMAAAAA&#10;" path="m,201l86,158t76,-39l237,81m314,44l399,e" filled="f" strokecolor="#dd006d" strokeweight=".72pt">
                  <v:path arrowok="t" o:connecttype="custom" o:connectlocs="0,11251;86,11208;162,11169;237,11131;314,11094;399,11050" o:connectangles="0,0,0,0,0,0"/>
                </v:shape>
                <v:shape id="AutoShape 73" o:spid="_x0000_s1097" style="position:absolute;left:1843;top:11271;width:400;height:201;visibility:visible;mso-wrap-style:square;v-text-anchor:top" coordsize="400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1SNcYA&#10;AADbAAAADwAAAGRycy9kb3ducmV2LnhtbESP3WrCQBSE7wt9h+UI3hTd1NYoqasUUSu5EPx5gNPs&#10;MRvMnk2zW03fvlsoeDnMzDfMbNHZWlyp9ZVjBc/DBARx4XTFpYLTcT2YgvABWWPtmBT8kIfF/PFh&#10;hpl2N97T9RBKESHsM1RgQmgyKX1hyKIfuoY4emfXWgxRtqXULd4i3NZylCSptFhxXDDY0NJQcTl8&#10;WwUf6bFIn+i1/hxfVmaz2eVf6zxXqt/r3t9ABOrCPfzf3moFkxf4+xJ/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1SNcYAAADbAAAADwAAAAAAAAAAAAAAAACYAgAAZHJz&#10;L2Rvd25yZXYueG1sUEsFBgAAAAAEAAQA9QAAAIsDAAAAAA==&#10;" path="m,201l86,157t76,-38l237,82m314,43l399,e" filled="f" strokeweight=".72pt">
                  <v:path arrowok="t" o:connecttype="custom" o:connectlocs="0,11472;86,11428;162,11390;237,11353;314,11314;399,11271" o:connectangles="0,0,0,0,0,0"/>
                </v:shape>
                <v:shape id="AutoShape 74" o:spid="_x0000_s1098" style="position:absolute;left:6154;top:10930;width:389;height:210;visibility:visible;mso-wrap-style:square;v-text-anchor:top" coordsize="38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7CacQA&#10;AADbAAAADwAAAGRycy9kb3ducmV2LnhtbESP3WoCMRSE7wu+QzgFb6Qm/tCWrVFEKghCQbft9SE5&#10;3V3cnCxJquvbG6HQy2FmvmEWq9614kwhNp41TMYKBLHxtuFKw2e5fXoFEROyxdYzabhShNVy8LDA&#10;wvoLH+h8TJXIEI4FaqhT6gopo6nJYRz7jjh7Pz44TFmGStqAlwx3rZwq9SwdNpwXauxoU5M5HX+d&#10;hr0pZ/Gj3OHspMyXGr1Pq2C+tR4+9us3EIn69B/+a++shpc53L/k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ewmnEAAAA2wAAAA8AAAAAAAAAAAAAAAAAmAIAAGRycy9k&#10;b3ducmV2LnhtbFBLBQYAAAAABAAEAPUAAACJAwAAAAA=&#10;" path="m,210l82,166t74,-40l232,86m306,45l389,e" filled="f" strokecolor="red" strokeweight=".84pt">
                  <v:path arrowok="t" o:connecttype="custom" o:connectlocs="0,11140;82,11096;156,11056;232,11016;306,10975;389,10930" o:connectangles="0,0,0,0,0,0"/>
                </v:shape>
                <w10:wrap anchorx="page" anchory="page"/>
              </v:group>
            </w:pict>
          </mc:Fallback>
        </mc:AlternateContent>
      </w:r>
      <w:r w:rsidR="009B3A75">
        <w:rPr>
          <w:w w:val="105"/>
          <w:sz w:val="12"/>
          <w:lang w:eastAsia="en-US"/>
        </w:rPr>
        <w:t>граница</w:t>
      </w:r>
      <w:r w:rsidR="009B3A75">
        <w:rPr>
          <w:spacing w:val="-5"/>
          <w:w w:val="105"/>
          <w:sz w:val="12"/>
          <w:lang w:eastAsia="en-US"/>
        </w:rPr>
        <w:t xml:space="preserve"> </w:t>
      </w:r>
      <w:r w:rsidR="009B3A75">
        <w:rPr>
          <w:spacing w:val="-2"/>
          <w:w w:val="105"/>
          <w:sz w:val="12"/>
          <w:lang w:eastAsia="en-US"/>
        </w:rPr>
        <w:t>ЗОУИТ</w:t>
      </w:r>
    </w:p>
    <w:p w:rsidR="004528BC" w:rsidRDefault="009B3A75">
      <w:pPr>
        <w:pStyle w:val="ListParagraph0"/>
        <w:widowControl w:val="0"/>
        <w:numPr>
          <w:ilvl w:val="1"/>
          <w:numId w:val="16"/>
        </w:numPr>
        <w:tabs>
          <w:tab w:val="left" w:pos="1122"/>
        </w:tabs>
        <w:autoSpaceDE w:val="0"/>
        <w:autoSpaceDN w:val="0"/>
        <w:spacing w:before="83" w:line="124" w:lineRule="exact"/>
        <w:ind w:left="1122" w:hanging="72"/>
        <w:rPr>
          <w:sz w:val="12"/>
          <w:lang w:eastAsia="en-US"/>
        </w:rPr>
      </w:pPr>
      <w:r>
        <w:rPr>
          <w:w w:val="105"/>
          <w:sz w:val="12"/>
          <w:lang w:eastAsia="en-US"/>
        </w:rPr>
        <w:t>границы</w:t>
      </w:r>
      <w:r>
        <w:rPr>
          <w:spacing w:val="-8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между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МО,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населенными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пунктами</w:t>
      </w:r>
    </w:p>
    <w:p w:rsidR="004528BC" w:rsidRDefault="009B3A75">
      <w:pPr>
        <w:pStyle w:val="Normal0"/>
        <w:widowControl w:val="0"/>
        <w:tabs>
          <w:tab w:val="left" w:pos="1055"/>
        </w:tabs>
        <w:autoSpaceDE w:val="0"/>
        <w:autoSpaceDN w:val="0"/>
        <w:spacing w:line="235" w:lineRule="exact"/>
        <w:ind w:left="127"/>
        <w:rPr>
          <w:sz w:val="12"/>
          <w:lang w:eastAsia="en-US"/>
        </w:rPr>
      </w:pPr>
      <w:proofErr w:type="gramStart"/>
      <w:r>
        <w:rPr>
          <w:rFonts w:ascii="Calibri" w:hAnsi="Calibri"/>
          <w:spacing w:val="-10"/>
          <w:position w:val="9"/>
          <w:sz w:val="14"/>
          <w:lang w:eastAsia="en-US"/>
        </w:rPr>
        <w:t>Ю</w:t>
      </w:r>
      <w:proofErr w:type="gramEnd"/>
      <w:r>
        <w:rPr>
          <w:rFonts w:ascii="Calibri" w:hAnsi="Calibri"/>
          <w:position w:val="9"/>
          <w:sz w:val="14"/>
          <w:lang w:eastAsia="en-US"/>
        </w:rPr>
        <w:tab/>
      </w:r>
      <w:r>
        <w:rPr>
          <w:sz w:val="12"/>
          <w:lang w:eastAsia="en-US"/>
        </w:rPr>
        <w:t>-</w:t>
      </w:r>
      <w:r>
        <w:rPr>
          <w:spacing w:val="16"/>
          <w:sz w:val="12"/>
          <w:lang w:eastAsia="en-US"/>
        </w:rPr>
        <w:t xml:space="preserve"> </w:t>
      </w:r>
      <w:r>
        <w:rPr>
          <w:sz w:val="12"/>
          <w:lang w:eastAsia="en-US"/>
        </w:rPr>
        <w:t>граница</w:t>
      </w:r>
      <w:r>
        <w:rPr>
          <w:spacing w:val="14"/>
          <w:sz w:val="12"/>
          <w:lang w:eastAsia="en-US"/>
        </w:rPr>
        <w:t xml:space="preserve"> </w:t>
      </w:r>
      <w:r>
        <w:rPr>
          <w:sz w:val="12"/>
          <w:lang w:eastAsia="en-US"/>
        </w:rPr>
        <w:t>кадастрового</w:t>
      </w:r>
      <w:r>
        <w:rPr>
          <w:spacing w:val="17"/>
          <w:sz w:val="12"/>
          <w:lang w:eastAsia="en-US"/>
        </w:rPr>
        <w:t xml:space="preserve"> </w:t>
      </w:r>
      <w:r>
        <w:rPr>
          <w:spacing w:val="-2"/>
          <w:sz w:val="12"/>
          <w:lang w:eastAsia="en-US"/>
        </w:rPr>
        <w:t>квартала</w:t>
      </w:r>
    </w:p>
    <w:p w:rsidR="004528BC" w:rsidRDefault="009B3A75">
      <w:pPr>
        <w:pStyle w:val="ListParagraph0"/>
        <w:widowControl w:val="0"/>
        <w:numPr>
          <w:ilvl w:val="0"/>
          <w:numId w:val="16"/>
        </w:numPr>
        <w:tabs>
          <w:tab w:val="left" w:pos="199"/>
        </w:tabs>
        <w:autoSpaceDE w:val="0"/>
        <w:autoSpaceDN w:val="0"/>
        <w:spacing w:before="117"/>
        <w:ind w:left="199" w:hanging="72"/>
        <w:rPr>
          <w:sz w:val="12"/>
          <w:lang w:eastAsia="en-US"/>
        </w:rPr>
      </w:pPr>
      <w:r>
        <w:rPr>
          <w:lang w:eastAsia="en-US"/>
        </w:rPr>
        <w:br w:type="column"/>
      </w:r>
      <w:r>
        <w:rPr>
          <w:w w:val="105"/>
          <w:sz w:val="12"/>
          <w:lang w:eastAsia="en-US"/>
        </w:rPr>
        <w:lastRenderedPageBreak/>
        <w:t>проектное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расположение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w w:val="105"/>
          <w:sz w:val="12"/>
          <w:lang w:eastAsia="en-US"/>
        </w:rPr>
        <w:t>инженерного</w:t>
      </w:r>
      <w:r>
        <w:rPr>
          <w:spacing w:val="-7"/>
          <w:w w:val="105"/>
          <w:sz w:val="12"/>
          <w:lang w:eastAsia="en-US"/>
        </w:rPr>
        <w:t xml:space="preserve"> </w:t>
      </w:r>
      <w:r>
        <w:rPr>
          <w:spacing w:val="-2"/>
          <w:w w:val="105"/>
          <w:sz w:val="12"/>
          <w:lang w:eastAsia="en-US"/>
        </w:rPr>
        <w:t>сооружения</w:t>
      </w:r>
    </w:p>
    <w:sectPr w:rsidR="004528BC">
      <w:type w:val="continuous"/>
      <w:pgSz w:w="16840" w:h="11900" w:orient="landscape"/>
      <w:pgMar w:top="1100" w:right="1417" w:bottom="280" w:left="1275" w:header="720" w:footer="720" w:gutter="0"/>
      <w:cols w:num="2" w:space="720" w:equalWidth="0">
        <w:col w:w="3562" w:space="1729"/>
        <w:col w:w="88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BA737AB"/>
    <w:multiLevelType w:val="hybridMultilevel"/>
    <w:tmpl w:val="EDEC16EC"/>
    <w:lvl w:ilvl="0" w:tplc="7D024F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18E399E" w:tentative="1">
      <w:start w:val="1"/>
      <w:numFmt w:val="lowerLetter"/>
      <w:lvlText w:val="%2."/>
      <w:lvlJc w:val="left"/>
      <w:pPr>
        <w:ind w:left="1647" w:hanging="360"/>
      </w:pPr>
    </w:lvl>
    <w:lvl w:ilvl="2" w:tplc="C7EA0B60" w:tentative="1">
      <w:start w:val="1"/>
      <w:numFmt w:val="lowerRoman"/>
      <w:lvlText w:val="%3."/>
      <w:lvlJc w:val="right"/>
      <w:pPr>
        <w:ind w:left="2367" w:hanging="180"/>
      </w:pPr>
    </w:lvl>
    <w:lvl w:ilvl="3" w:tplc="CD3C2128" w:tentative="1">
      <w:start w:val="1"/>
      <w:numFmt w:val="decimal"/>
      <w:lvlText w:val="%4."/>
      <w:lvlJc w:val="left"/>
      <w:pPr>
        <w:ind w:left="3087" w:hanging="360"/>
      </w:pPr>
    </w:lvl>
    <w:lvl w:ilvl="4" w:tplc="58F2BA4A" w:tentative="1">
      <w:start w:val="1"/>
      <w:numFmt w:val="lowerLetter"/>
      <w:lvlText w:val="%5."/>
      <w:lvlJc w:val="left"/>
      <w:pPr>
        <w:ind w:left="3807" w:hanging="360"/>
      </w:pPr>
    </w:lvl>
    <w:lvl w:ilvl="5" w:tplc="377AC17E" w:tentative="1">
      <w:start w:val="1"/>
      <w:numFmt w:val="lowerRoman"/>
      <w:lvlText w:val="%6."/>
      <w:lvlJc w:val="right"/>
      <w:pPr>
        <w:ind w:left="4527" w:hanging="180"/>
      </w:pPr>
    </w:lvl>
    <w:lvl w:ilvl="6" w:tplc="6FC2FA0A" w:tentative="1">
      <w:start w:val="1"/>
      <w:numFmt w:val="decimal"/>
      <w:lvlText w:val="%7."/>
      <w:lvlJc w:val="left"/>
      <w:pPr>
        <w:ind w:left="5247" w:hanging="360"/>
      </w:pPr>
    </w:lvl>
    <w:lvl w:ilvl="7" w:tplc="FD9295F0" w:tentative="1">
      <w:start w:val="1"/>
      <w:numFmt w:val="lowerLetter"/>
      <w:lvlText w:val="%8."/>
      <w:lvlJc w:val="left"/>
      <w:pPr>
        <w:ind w:left="5967" w:hanging="360"/>
      </w:pPr>
    </w:lvl>
    <w:lvl w:ilvl="8" w:tplc="828EEDA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0CA6795E"/>
    <w:multiLevelType w:val="hybridMultilevel"/>
    <w:tmpl w:val="5C48A33C"/>
    <w:lvl w:ilvl="0" w:tplc="46F22CB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A9B4D39C" w:tentative="1">
      <w:start w:val="1"/>
      <w:numFmt w:val="lowerLetter"/>
      <w:lvlText w:val="%2."/>
      <w:lvlJc w:val="left"/>
      <w:pPr>
        <w:ind w:left="1647" w:hanging="360"/>
      </w:pPr>
    </w:lvl>
    <w:lvl w:ilvl="2" w:tplc="A66268E6" w:tentative="1">
      <w:start w:val="1"/>
      <w:numFmt w:val="lowerRoman"/>
      <w:lvlText w:val="%3."/>
      <w:lvlJc w:val="right"/>
      <w:pPr>
        <w:ind w:left="2367" w:hanging="180"/>
      </w:pPr>
    </w:lvl>
    <w:lvl w:ilvl="3" w:tplc="AC6A0DBC" w:tentative="1">
      <w:start w:val="1"/>
      <w:numFmt w:val="decimal"/>
      <w:lvlText w:val="%4."/>
      <w:lvlJc w:val="left"/>
      <w:pPr>
        <w:ind w:left="3087" w:hanging="360"/>
      </w:pPr>
    </w:lvl>
    <w:lvl w:ilvl="4" w:tplc="42AA01F0" w:tentative="1">
      <w:start w:val="1"/>
      <w:numFmt w:val="lowerLetter"/>
      <w:lvlText w:val="%5."/>
      <w:lvlJc w:val="left"/>
      <w:pPr>
        <w:ind w:left="3807" w:hanging="360"/>
      </w:pPr>
    </w:lvl>
    <w:lvl w:ilvl="5" w:tplc="BC745FFE" w:tentative="1">
      <w:start w:val="1"/>
      <w:numFmt w:val="lowerRoman"/>
      <w:lvlText w:val="%6."/>
      <w:lvlJc w:val="right"/>
      <w:pPr>
        <w:ind w:left="4527" w:hanging="180"/>
      </w:pPr>
    </w:lvl>
    <w:lvl w:ilvl="6" w:tplc="09AC5094" w:tentative="1">
      <w:start w:val="1"/>
      <w:numFmt w:val="decimal"/>
      <w:lvlText w:val="%7."/>
      <w:lvlJc w:val="left"/>
      <w:pPr>
        <w:ind w:left="5247" w:hanging="360"/>
      </w:pPr>
    </w:lvl>
    <w:lvl w:ilvl="7" w:tplc="A0AC7FEC" w:tentative="1">
      <w:start w:val="1"/>
      <w:numFmt w:val="lowerLetter"/>
      <w:lvlText w:val="%8."/>
      <w:lvlJc w:val="left"/>
      <w:pPr>
        <w:ind w:left="5967" w:hanging="360"/>
      </w:pPr>
    </w:lvl>
    <w:lvl w:ilvl="8" w:tplc="F3D28232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B000CE6"/>
    <w:multiLevelType w:val="hybridMultilevel"/>
    <w:tmpl w:val="CDA238A6"/>
    <w:lvl w:ilvl="0" w:tplc="DBC0D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DC285A" w:tentative="1">
      <w:start w:val="1"/>
      <w:numFmt w:val="lowerLetter"/>
      <w:lvlText w:val="%2."/>
      <w:lvlJc w:val="left"/>
      <w:pPr>
        <w:ind w:left="1440" w:hanging="360"/>
      </w:pPr>
    </w:lvl>
    <w:lvl w:ilvl="2" w:tplc="7D0818CA" w:tentative="1">
      <w:start w:val="1"/>
      <w:numFmt w:val="lowerRoman"/>
      <w:lvlText w:val="%3."/>
      <w:lvlJc w:val="right"/>
      <w:pPr>
        <w:ind w:left="2160" w:hanging="180"/>
      </w:pPr>
    </w:lvl>
    <w:lvl w:ilvl="3" w:tplc="3F8C6658" w:tentative="1">
      <w:start w:val="1"/>
      <w:numFmt w:val="decimal"/>
      <w:lvlText w:val="%4."/>
      <w:lvlJc w:val="left"/>
      <w:pPr>
        <w:ind w:left="2880" w:hanging="360"/>
      </w:pPr>
    </w:lvl>
    <w:lvl w:ilvl="4" w:tplc="A99AEB7E" w:tentative="1">
      <w:start w:val="1"/>
      <w:numFmt w:val="lowerLetter"/>
      <w:lvlText w:val="%5."/>
      <w:lvlJc w:val="left"/>
      <w:pPr>
        <w:ind w:left="3600" w:hanging="360"/>
      </w:pPr>
    </w:lvl>
    <w:lvl w:ilvl="5" w:tplc="DF10EB1C" w:tentative="1">
      <w:start w:val="1"/>
      <w:numFmt w:val="lowerRoman"/>
      <w:lvlText w:val="%6."/>
      <w:lvlJc w:val="right"/>
      <w:pPr>
        <w:ind w:left="4320" w:hanging="180"/>
      </w:pPr>
    </w:lvl>
    <w:lvl w:ilvl="6" w:tplc="32B011B2" w:tentative="1">
      <w:start w:val="1"/>
      <w:numFmt w:val="decimal"/>
      <w:lvlText w:val="%7."/>
      <w:lvlJc w:val="left"/>
      <w:pPr>
        <w:ind w:left="5040" w:hanging="360"/>
      </w:pPr>
    </w:lvl>
    <w:lvl w:ilvl="7" w:tplc="6196474A" w:tentative="1">
      <w:start w:val="1"/>
      <w:numFmt w:val="lowerLetter"/>
      <w:lvlText w:val="%8."/>
      <w:lvlJc w:val="left"/>
      <w:pPr>
        <w:ind w:left="5760" w:hanging="360"/>
      </w:pPr>
    </w:lvl>
    <w:lvl w:ilvl="8" w:tplc="3474C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B6589"/>
    <w:multiLevelType w:val="hybridMultilevel"/>
    <w:tmpl w:val="38D22C18"/>
    <w:lvl w:ilvl="0" w:tplc="908A8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2219BE" w:tentative="1">
      <w:start w:val="1"/>
      <w:numFmt w:val="lowerLetter"/>
      <w:lvlText w:val="%2."/>
      <w:lvlJc w:val="left"/>
      <w:pPr>
        <w:ind w:left="1440" w:hanging="360"/>
      </w:pPr>
    </w:lvl>
    <w:lvl w:ilvl="2" w:tplc="FFD05EDE" w:tentative="1">
      <w:start w:val="1"/>
      <w:numFmt w:val="lowerRoman"/>
      <w:lvlText w:val="%3."/>
      <w:lvlJc w:val="right"/>
      <w:pPr>
        <w:ind w:left="2160" w:hanging="180"/>
      </w:pPr>
    </w:lvl>
    <w:lvl w:ilvl="3" w:tplc="E24AF0D2" w:tentative="1">
      <w:start w:val="1"/>
      <w:numFmt w:val="decimal"/>
      <w:lvlText w:val="%4."/>
      <w:lvlJc w:val="left"/>
      <w:pPr>
        <w:ind w:left="2880" w:hanging="360"/>
      </w:pPr>
    </w:lvl>
    <w:lvl w:ilvl="4" w:tplc="5C00FC6C" w:tentative="1">
      <w:start w:val="1"/>
      <w:numFmt w:val="lowerLetter"/>
      <w:lvlText w:val="%5."/>
      <w:lvlJc w:val="left"/>
      <w:pPr>
        <w:ind w:left="3600" w:hanging="360"/>
      </w:pPr>
    </w:lvl>
    <w:lvl w:ilvl="5" w:tplc="403E1578" w:tentative="1">
      <w:start w:val="1"/>
      <w:numFmt w:val="lowerRoman"/>
      <w:lvlText w:val="%6."/>
      <w:lvlJc w:val="right"/>
      <w:pPr>
        <w:ind w:left="4320" w:hanging="180"/>
      </w:pPr>
    </w:lvl>
    <w:lvl w:ilvl="6" w:tplc="E7F2F110" w:tentative="1">
      <w:start w:val="1"/>
      <w:numFmt w:val="decimal"/>
      <w:lvlText w:val="%7."/>
      <w:lvlJc w:val="left"/>
      <w:pPr>
        <w:ind w:left="5040" w:hanging="360"/>
      </w:pPr>
    </w:lvl>
    <w:lvl w:ilvl="7" w:tplc="92CAC20A" w:tentative="1">
      <w:start w:val="1"/>
      <w:numFmt w:val="lowerLetter"/>
      <w:lvlText w:val="%8."/>
      <w:lvlJc w:val="left"/>
      <w:pPr>
        <w:ind w:left="5760" w:hanging="360"/>
      </w:pPr>
    </w:lvl>
    <w:lvl w:ilvl="8" w:tplc="6E0E8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187CA9"/>
    <w:multiLevelType w:val="hybridMultilevel"/>
    <w:tmpl w:val="CDA238A6"/>
    <w:lvl w:ilvl="0" w:tplc="BF50D1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3EDE96" w:tentative="1">
      <w:start w:val="1"/>
      <w:numFmt w:val="lowerLetter"/>
      <w:lvlText w:val="%2."/>
      <w:lvlJc w:val="left"/>
      <w:pPr>
        <w:ind w:left="1440" w:hanging="360"/>
      </w:pPr>
    </w:lvl>
    <w:lvl w:ilvl="2" w:tplc="A9C2FCFE" w:tentative="1">
      <w:start w:val="1"/>
      <w:numFmt w:val="lowerRoman"/>
      <w:lvlText w:val="%3."/>
      <w:lvlJc w:val="right"/>
      <w:pPr>
        <w:ind w:left="2160" w:hanging="180"/>
      </w:pPr>
    </w:lvl>
    <w:lvl w:ilvl="3" w:tplc="6A5CCA82" w:tentative="1">
      <w:start w:val="1"/>
      <w:numFmt w:val="decimal"/>
      <w:lvlText w:val="%4."/>
      <w:lvlJc w:val="left"/>
      <w:pPr>
        <w:ind w:left="2880" w:hanging="360"/>
      </w:pPr>
    </w:lvl>
    <w:lvl w:ilvl="4" w:tplc="8CD2BAD6" w:tentative="1">
      <w:start w:val="1"/>
      <w:numFmt w:val="lowerLetter"/>
      <w:lvlText w:val="%5."/>
      <w:lvlJc w:val="left"/>
      <w:pPr>
        <w:ind w:left="3600" w:hanging="360"/>
      </w:pPr>
    </w:lvl>
    <w:lvl w:ilvl="5" w:tplc="35821150" w:tentative="1">
      <w:start w:val="1"/>
      <w:numFmt w:val="lowerRoman"/>
      <w:lvlText w:val="%6."/>
      <w:lvlJc w:val="right"/>
      <w:pPr>
        <w:ind w:left="4320" w:hanging="180"/>
      </w:pPr>
    </w:lvl>
    <w:lvl w:ilvl="6" w:tplc="6E9232D4" w:tentative="1">
      <w:start w:val="1"/>
      <w:numFmt w:val="decimal"/>
      <w:lvlText w:val="%7."/>
      <w:lvlJc w:val="left"/>
      <w:pPr>
        <w:ind w:left="5040" w:hanging="360"/>
      </w:pPr>
    </w:lvl>
    <w:lvl w:ilvl="7" w:tplc="7DB27F12" w:tentative="1">
      <w:start w:val="1"/>
      <w:numFmt w:val="lowerLetter"/>
      <w:lvlText w:val="%8."/>
      <w:lvlJc w:val="left"/>
      <w:pPr>
        <w:ind w:left="5760" w:hanging="360"/>
      </w:pPr>
    </w:lvl>
    <w:lvl w:ilvl="8" w:tplc="584274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87CAA"/>
    <w:multiLevelType w:val="hybridMultilevel"/>
    <w:tmpl w:val="C4404B5C"/>
    <w:lvl w:ilvl="0" w:tplc="3E9C489C">
      <w:numFmt w:val="bullet"/>
      <w:lvlText w:val="-"/>
      <w:lvlJc w:val="left"/>
      <w:pPr>
        <w:ind w:left="1065" w:hanging="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12"/>
        <w:szCs w:val="12"/>
        <w:lang w:val="ru-RU" w:eastAsia="en-US" w:bidi="ar-SA"/>
      </w:rPr>
    </w:lvl>
    <w:lvl w:ilvl="1" w:tplc="EA3EEBBC">
      <w:numFmt w:val="bullet"/>
      <w:lvlText w:val="•"/>
      <w:lvlJc w:val="left"/>
      <w:pPr>
        <w:ind w:left="1414" w:hanging="74"/>
      </w:pPr>
      <w:rPr>
        <w:rFonts w:hint="default"/>
        <w:lang w:val="ru-RU" w:eastAsia="en-US" w:bidi="ar-SA"/>
      </w:rPr>
    </w:lvl>
    <w:lvl w:ilvl="2" w:tplc="0DF49F66">
      <w:numFmt w:val="bullet"/>
      <w:lvlText w:val="•"/>
      <w:lvlJc w:val="left"/>
      <w:pPr>
        <w:ind w:left="1769" w:hanging="74"/>
      </w:pPr>
      <w:rPr>
        <w:rFonts w:hint="default"/>
        <w:lang w:val="ru-RU" w:eastAsia="en-US" w:bidi="ar-SA"/>
      </w:rPr>
    </w:lvl>
    <w:lvl w:ilvl="3" w:tplc="71F08B36">
      <w:numFmt w:val="bullet"/>
      <w:lvlText w:val="•"/>
      <w:lvlJc w:val="left"/>
      <w:pPr>
        <w:ind w:left="2124" w:hanging="74"/>
      </w:pPr>
      <w:rPr>
        <w:rFonts w:hint="default"/>
        <w:lang w:val="ru-RU" w:eastAsia="en-US" w:bidi="ar-SA"/>
      </w:rPr>
    </w:lvl>
    <w:lvl w:ilvl="4" w:tplc="3E42FC12">
      <w:numFmt w:val="bullet"/>
      <w:lvlText w:val="•"/>
      <w:lvlJc w:val="left"/>
      <w:pPr>
        <w:ind w:left="2479" w:hanging="74"/>
      </w:pPr>
      <w:rPr>
        <w:rFonts w:hint="default"/>
        <w:lang w:val="ru-RU" w:eastAsia="en-US" w:bidi="ar-SA"/>
      </w:rPr>
    </w:lvl>
    <w:lvl w:ilvl="5" w:tplc="D6B6B208">
      <w:numFmt w:val="bullet"/>
      <w:lvlText w:val="•"/>
      <w:lvlJc w:val="left"/>
      <w:pPr>
        <w:ind w:left="2834" w:hanging="74"/>
      </w:pPr>
      <w:rPr>
        <w:rFonts w:hint="default"/>
        <w:lang w:val="ru-RU" w:eastAsia="en-US" w:bidi="ar-SA"/>
      </w:rPr>
    </w:lvl>
    <w:lvl w:ilvl="6" w:tplc="5602F9BA">
      <w:numFmt w:val="bullet"/>
      <w:lvlText w:val="•"/>
      <w:lvlJc w:val="left"/>
      <w:pPr>
        <w:ind w:left="3189" w:hanging="74"/>
      </w:pPr>
      <w:rPr>
        <w:rFonts w:hint="default"/>
        <w:lang w:val="ru-RU" w:eastAsia="en-US" w:bidi="ar-SA"/>
      </w:rPr>
    </w:lvl>
    <w:lvl w:ilvl="7" w:tplc="E67E2C00">
      <w:numFmt w:val="bullet"/>
      <w:lvlText w:val="•"/>
      <w:lvlJc w:val="left"/>
      <w:pPr>
        <w:ind w:left="3544" w:hanging="74"/>
      </w:pPr>
      <w:rPr>
        <w:rFonts w:hint="default"/>
        <w:lang w:val="ru-RU" w:eastAsia="en-US" w:bidi="ar-SA"/>
      </w:rPr>
    </w:lvl>
    <w:lvl w:ilvl="8" w:tplc="69902742">
      <w:numFmt w:val="bullet"/>
      <w:lvlText w:val="•"/>
      <w:lvlJc w:val="left"/>
      <w:pPr>
        <w:ind w:left="3899" w:hanging="74"/>
      </w:pPr>
      <w:rPr>
        <w:rFonts w:hint="default"/>
        <w:lang w:val="ru-RU" w:eastAsia="en-US" w:bidi="ar-SA"/>
      </w:rPr>
    </w:lvl>
  </w:abstractNum>
  <w:abstractNum w:abstractNumId="15">
    <w:nsid w:val="75187CAB"/>
    <w:multiLevelType w:val="hybridMultilevel"/>
    <w:tmpl w:val="8E969D42"/>
    <w:lvl w:ilvl="0" w:tplc="07324936">
      <w:numFmt w:val="bullet"/>
      <w:lvlText w:val="-"/>
      <w:lvlJc w:val="left"/>
      <w:pPr>
        <w:ind w:left="196" w:hanging="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12"/>
        <w:szCs w:val="12"/>
        <w:lang w:val="ru-RU" w:eastAsia="en-US" w:bidi="ar-SA"/>
      </w:rPr>
    </w:lvl>
    <w:lvl w:ilvl="1" w:tplc="04AC7432">
      <w:numFmt w:val="bullet"/>
      <w:lvlText w:val="-"/>
      <w:lvlJc w:val="left"/>
      <w:pPr>
        <w:ind w:left="1124" w:hanging="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12"/>
        <w:szCs w:val="12"/>
        <w:lang w:val="ru-RU" w:eastAsia="en-US" w:bidi="ar-SA"/>
      </w:rPr>
    </w:lvl>
    <w:lvl w:ilvl="2" w:tplc="1CBEE798">
      <w:numFmt w:val="bullet"/>
      <w:lvlText w:val="•"/>
      <w:lvlJc w:val="left"/>
      <w:pPr>
        <w:ind w:left="819" w:hanging="74"/>
      </w:pPr>
      <w:rPr>
        <w:rFonts w:hint="default"/>
        <w:lang w:val="ru-RU" w:eastAsia="en-US" w:bidi="ar-SA"/>
      </w:rPr>
    </w:lvl>
    <w:lvl w:ilvl="3" w:tplc="443E6CBC">
      <w:numFmt w:val="bullet"/>
      <w:lvlText w:val="•"/>
      <w:lvlJc w:val="left"/>
      <w:pPr>
        <w:ind w:left="519" w:hanging="74"/>
      </w:pPr>
      <w:rPr>
        <w:rFonts w:hint="default"/>
        <w:lang w:val="ru-RU" w:eastAsia="en-US" w:bidi="ar-SA"/>
      </w:rPr>
    </w:lvl>
    <w:lvl w:ilvl="4" w:tplc="015C98FE">
      <w:numFmt w:val="bullet"/>
      <w:lvlText w:val="•"/>
      <w:lvlJc w:val="left"/>
      <w:pPr>
        <w:ind w:left="218" w:hanging="74"/>
      </w:pPr>
      <w:rPr>
        <w:rFonts w:hint="default"/>
        <w:lang w:val="ru-RU" w:eastAsia="en-US" w:bidi="ar-SA"/>
      </w:rPr>
    </w:lvl>
    <w:lvl w:ilvl="5" w:tplc="DA08158A">
      <w:numFmt w:val="bullet"/>
      <w:lvlText w:val="•"/>
      <w:lvlJc w:val="left"/>
      <w:pPr>
        <w:ind w:left="-82" w:hanging="74"/>
      </w:pPr>
      <w:rPr>
        <w:rFonts w:hint="default"/>
        <w:lang w:val="ru-RU" w:eastAsia="en-US" w:bidi="ar-SA"/>
      </w:rPr>
    </w:lvl>
    <w:lvl w:ilvl="6" w:tplc="A3DA7B24">
      <w:numFmt w:val="bullet"/>
      <w:lvlText w:val="•"/>
      <w:lvlJc w:val="left"/>
      <w:pPr>
        <w:ind w:left="-382" w:hanging="74"/>
      </w:pPr>
      <w:rPr>
        <w:rFonts w:hint="default"/>
        <w:lang w:val="ru-RU" w:eastAsia="en-US" w:bidi="ar-SA"/>
      </w:rPr>
    </w:lvl>
    <w:lvl w:ilvl="7" w:tplc="A748EC84">
      <w:numFmt w:val="bullet"/>
      <w:lvlText w:val="•"/>
      <w:lvlJc w:val="left"/>
      <w:pPr>
        <w:ind w:left="-683" w:hanging="74"/>
      </w:pPr>
      <w:rPr>
        <w:rFonts w:hint="default"/>
        <w:lang w:val="ru-RU" w:eastAsia="en-US" w:bidi="ar-SA"/>
      </w:rPr>
    </w:lvl>
    <w:lvl w:ilvl="8" w:tplc="16C612E8">
      <w:numFmt w:val="bullet"/>
      <w:lvlText w:val="•"/>
      <w:lvlJc w:val="left"/>
      <w:pPr>
        <w:ind w:left="-983" w:hanging="7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A75"/>
    <w:rsid w:val="00233446"/>
    <w:rsid w:val="0034632E"/>
    <w:rsid w:val="004F3B56"/>
    <w:rsid w:val="007D1603"/>
    <w:rsid w:val="008A5261"/>
    <w:rsid w:val="009B3A75"/>
    <w:rsid w:val="00BD3BDD"/>
    <w:rsid w:val="00DD70B6"/>
    <w:rsid w:val="00E85816"/>
    <w:rsid w:val="00FB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200"/>
    </w:pPr>
    <w:rPr>
      <w:rFonts w:ascii="Times New Roman" w:hAnsi="Times New Roman"/>
      <w:sz w:val="24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rPr>
      <w:sz w:val="22"/>
      <w:szCs w:val="22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left w:val="nil"/>
        <w:bottom w:val="single" w:sz="8" w:space="0" w:color="C0504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left w:val="nil"/>
        <w:bottom w:val="single" w:sz="8" w:space="0" w:color="9BBB59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left w:val="nil"/>
        <w:bottom w:val="single" w:sz="8" w:space="0" w:color="8064A2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left w:val="nil"/>
        <w:bottom w:val="single" w:sz="8" w:space="0" w:color="4BACC6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left w:val="nil"/>
        <w:bottom w:val="single" w:sz="8" w:space="0" w:color="F79646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left w:val="nil"/>
        <w:bottom w:val="single" w:sz="8" w:space="0" w:color="C0504D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left w:val="nil"/>
        <w:bottom w:val="single" w:sz="8" w:space="0" w:color="9BBB59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left w:val="nil"/>
        <w:bottom w:val="single" w:sz="8" w:space="0" w:color="8064A2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left w:val="nil"/>
        <w:bottom w:val="single" w:sz="8" w:space="0" w:color="4BACC6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left w:val="nil"/>
        <w:bottom w:val="single" w:sz="8" w:space="0" w:color="F79646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4B3E00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4B3E00"/>
    <w:rPr>
      <w:rFonts w:ascii="Tahoma" w:hAnsi="Tahoma" w:cs="Tahoma"/>
      <w:sz w:val="16"/>
      <w:szCs w:val="16"/>
    </w:rPr>
  </w:style>
  <w:style w:type="paragraph" w:customStyle="1" w:styleId="Heading10">
    <w:name w:val="Heading 1_0"/>
    <w:basedOn w:val="Normal0"/>
    <w:uiPriority w:val="1"/>
    <w:qFormat/>
    <w:pPr>
      <w:spacing w:before="64"/>
      <w:ind w:left="352"/>
      <w:outlineLvl w:val="0"/>
    </w:pPr>
    <w:rPr>
      <w:b/>
      <w:bCs/>
      <w:sz w:val="24"/>
      <w:szCs w:val="24"/>
    </w:rPr>
  </w:style>
  <w:style w:type="paragraph" w:customStyle="1" w:styleId="Normal0">
    <w:name w:val="Normal_0"/>
    <w:uiPriority w:val="1"/>
    <w:qFormat/>
    <w:rPr>
      <w:rFonts w:ascii="Times New Roman" w:eastAsia="Times New Roman" w:hAnsi="Times New Roman"/>
      <w:sz w:val="22"/>
      <w:szCs w:val="22"/>
    </w:rPr>
  </w:style>
  <w:style w:type="paragraph" w:customStyle="1" w:styleId="BodyText0">
    <w:name w:val="Body Text_0"/>
    <w:basedOn w:val="Normal0"/>
    <w:uiPriority w:val="1"/>
    <w:qFormat/>
    <w:rPr>
      <w:sz w:val="20"/>
      <w:szCs w:val="20"/>
      <w:u w:val="single" w:color="000000"/>
    </w:rPr>
  </w:style>
  <w:style w:type="paragraph" w:customStyle="1" w:styleId="TableParagraph">
    <w:name w:val="Table Paragraph"/>
    <w:basedOn w:val="Normal0"/>
    <w:uiPriority w:val="1"/>
    <w:qFormat/>
    <w:pPr>
      <w:spacing w:line="186" w:lineRule="exact"/>
      <w:jc w:val="center"/>
    </w:pPr>
  </w:style>
  <w:style w:type="table" w:customStyle="1" w:styleId="TableNormal0">
    <w:name w:val="Table Normal_0"/>
    <w:uiPriority w:val="2"/>
    <w:semiHidden/>
    <w:unhideWhenUsed/>
    <w:qFormat/>
    <w:rPr>
      <w:rFonts w:ascii="Times New Roman" w:eastAsia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0">
    <w:name w:val="List Paragraph_0"/>
    <w:basedOn w:val="Normal0"/>
    <w:uiPriority w:val="1"/>
    <w:qFormat/>
    <w:pPr>
      <w:spacing w:before="24"/>
      <w:ind w:left="1122" w:hanging="7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200"/>
    </w:pPr>
    <w:rPr>
      <w:rFonts w:ascii="Times New Roman" w:hAnsi="Times New Roman"/>
      <w:sz w:val="24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rPr>
      <w:sz w:val="22"/>
      <w:szCs w:val="22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left w:val="nil"/>
        <w:bottom w:val="single" w:sz="8" w:space="0" w:color="C0504D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left w:val="nil"/>
        <w:bottom w:val="single" w:sz="8" w:space="0" w:color="9BBB59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left w:val="nil"/>
        <w:bottom w:val="single" w:sz="8" w:space="0" w:color="8064A2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left w:val="nil"/>
        <w:bottom w:val="single" w:sz="8" w:space="0" w:color="4BACC6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left w:val="nil"/>
        <w:bottom w:val="single" w:sz="8" w:space="0" w:color="F79646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left w:val="nil"/>
        <w:bottom w:val="single" w:sz="8" w:space="0" w:color="000000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left w:val="nil"/>
        <w:bottom w:val="single" w:sz="8" w:space="0" w:color="4F81BD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left w:val="nil"/>
        <w:bottom w:val="single" w:sz="8" w:space="0" w:color="C0504D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left w:val="nil"/>
        <w:bottom w:val="single" w:sz="8" w:space="0" w:color="9BBB59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left w:val="nil"/>
        <w:bottom w:val="single" w:sz="8" w:space="0" w:color="8064A2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left w:val="nil"/>
        <w:bottom w:val="single" w:sz="8" w:space="0" w:color="4BACC6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left w:val="nil"/>
        <w:bottom w:val="single" w:sz="8" w:space="0" w:color="F79646"/>
        <w:right w:val="nil"/>
        <w:insideH w:val="nil"/>
        <w:insideV w:val="nil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il"/>
        <w:insideV w:val="nil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sid w:val="00CB0664"/>
    <w:rPr>
      <w:color w:val="000000"/>
    </w:rPr>
    <w:tblPr>
      <w:tblStyleRowBandSize w:val="1"/>
      <w:tblStyleColBandSize w:val="1"/>
      <w:tblBorders>
        <w:top w:val="nil"/>
        <w:left w:val="nil"/>
        <w:bottom w:val="nil"/>
        <w:right w:val="nil"/>
        <w:insideH w:val="single" w:sz="4" w:space="0" w:color="FFFFFF"/>
        <w:insideV w:val="nil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4B3E00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4B3E00"/>
    <w:rPr>
      <w:rFonts w:ascii="Tahoma" w:hAnsi="Tahoma" w:cs="Tahoma"/>
      <w:sz w:val="16"/>
      <w:szCs w:val="16"/>
    </w:rPr>
  </w:style>
  <w:style w:type="paragraph" w:customStyle="1" w:styleId="Heading10">
    <w:name w:val="Heading 1_0"/>
    <w:basedOn w:val="Normal0"/>
    <w:uiPriority w:val="1"/>
    <w:qFormat/>
    <w:pPr>
      <w:spacing w:before="64"/>
      <w:ind w:left="352"/>
      <w:outlineLvl w:val="0"/>
    </w:pPr>
    <w:rPr>
      <w:b/>
      <w:bCs/>
      <w:sz w:val="24"/>
      <w:szCs w:val="24"/>
    </w:rPr>
  </w:style>
  <w:style w:type="paragraph" w:customStyle="1" w:styleId="Normal0">
    <w:name w:val="Normal_0"/>
    <w:uiPriority w:val="1"/>
    <w:qFormat/>
    <w:rPr>
      <w:rFonts w:ascii="Times New Roman" w:eastAsia="Times New Roman" w:hAnsi="Times New Roman"/>
      <w:sz w:val="22"/>
      <w:szCs w:val="22"/>
    </w:rPr>
  </w:style>
  <w:style w:type="paragraph" w:customStyle="1" w:styleId="BodyText0">
    <w:name w:val="Body Text_0"/>
    <w:basedOn w:val="Normal0"/>
    <w:uiPriority w:val="1"/>
    <w:qFormat/>
    <w:rPr>
      <w:sz w:val="20"/>
      <w:szCs w:val="20"/>
      <w:u w:val="single" w:color="000000"/>
    </w:rPr>
  </w:style>
  <w:style w:type="paragraph" w:customStyle="1" w:styleId="TableParagraph">
    <w:name w:val="Table Paragraph"/>
    <w:basedOn w:val="Normal0"/>
    <w:uiPriority w:val="1"/>
    <w:qFormat/>
    <w:pPr>
      <w:spacing w:line="186" w:lineRule="exact"/>
      <w:jc w:val="center"/>
    </w:pPr>
  </w:style>
  <w:style w:type="table" w:customStyle="1" w:styleId="TableNormal0">
    <w:name w:val="Table Normal_0"/>
    <w:uiPriority w:val="2"/>
    <w:semiHidden/>
    <w:unhideWhenUsed/>
    <w:qFormat/>
    <w:rPr>
      <w:rFonts w:ascii="Times New Roman" w:eastAsia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0">
    <w:name w:val="List Paragraph_0"/>
    <w:basedOn w:val="Normal0"/>
    <w:uiPriority w:val="1"/>
    <w:qFormat/>
    <w:pPr>
      <w:spacing w:before="24"/>
      <w:ind w:left="1122" w:hanging="7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2193E7-9856-4541-B1BC-288F8C1E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2864</Words>
  <Characters>16325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9</cp:revision>
  <cp:lastPrinted>2026-09-28T09:16:00Z</cp:lastPrinted>
  <dcterms:created xsi:type="dcterms:W3CDTF">2026-09-23T11:17:00Z</dcterms:created>
  <dcterms:modified xsi:type="dcterms:W3CDTF">2026-09-28T09:20:00Z</dcterms:modified>
</cp:coreProperties>
</file>